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0705" w14:textId="77777777" w:rsidR="001C4B22" w:rsidRDefault="001C4B22"/>
    <w:p w14:paraId="49A24B2B" w14:textId="77777777" w:rsidR="001C4B22" w:rsidRDefault="001C4B22"/>
    <w:p w14:paraId="722A904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65EED873" w14:textId="77777777" w:rsidR="001C4B22" w:rsidRDefault="00000000">
      <w:pPr>
        <w:jc w:val="center"/>
      </w:pPr>
      <w:r>
        <w:rPr>
          <w:b/>
          <w:color w:val="1F497D"/>
          <w:sz w:val="36"/>
        </w:rPr>
        <w:t>PRELIMINARY GEOTECHNICAL</w:t>
      </w:r>
    </w:p>
    <w:p w14:paraId="16F2A4FF" w14:textId="77777777" w:rsidR="001C4B22" w:rsidRDefault="00000000">
      <w:pPr>
        <w:jc w:val="center"/>
      </w:pPr>
      <w:r>
        <w:rPr>
          <w:b/>
          <w:color w:val="1F497D"/>
          <w:sz w:val="36"/>
        </w:rPr>
        <w:t>GROUND RISK SCREENING REPORT</w:t>
      </w:r>
    </w:p>
    <w:p w14:paraId="75B08FB8" w14:textId="77777777" w:rsidR="001C4B22" w:rsidRDefault="001C4B22"/>
    <w:p w14:paraId="118671D2" w14:textId="77777777" w:rsidR="001C4B22" w:rsidRDefault="00000000">
      <w:pPr>
        <w:jc w:val="center"/>
      </w:pPr>
      <w:r>
        <w:rPr>
          <w:b/>
          <w:i/>
          <w:sz w:val="28"/>
        </w:rPr>
        <w:t>BA1 2LY</w:t>
      </w:r>
    </w:p>
    <w:p w14:paraId="6DC92F06" w14:textId="77777777" w:rsidR="001C4B22" w:rsidRDefault="00000000">
      <w:pPr>
        <w:jc w:val="center"/>
      </w:pPr>
      <w:r>
        <w:rPr>
          <w:i/>
          <w:sz w:val="24"/>
        </w:rPr>
        <w:t>BA1 2LY</w:t>
      </w:r>
    </w:p>
    <w:p w14:paraId="5A1DD9B0" w14:textId="77777777" w:rsidR="001C4B22" w:rsidRDefault="00000000">
      <w:pPr>
        <w:jc w:val="center"/>
      </w:pPr>
      <w:r>
        <w:t>OS NGR: 374351 165474</w:t>
      </w:r>
    </w:p>
    <w:p w14:paraId="46350CFA"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5B9F78B2" w14:textId="77777777">
        <w:tc>
          <w:tcPr>
            <w:tcW w:w="4536" w:type="dxa"/>
          </w:tcPr>
          <w:p w14:paraId="7C3FBD11" w14:textId="77777777" w:rsidR="001C4B22" w:rsidRDefault="00000000">
            <w:r>
              <w:rPr>
                <w:b/>
              </w:rPr>
              <w:t>Prepared for:</w:t>
            </w:r>
          </w:p>
        </w:tc>
        <w:tc>
          <w:tcPr>
            <w:tcW w:w="4536" w:type="dxa"/>
          </w:tcPr>
          <w:p w14:paraId="344524BF" w14:textId="77777777" w:rsidR="001C4B22" w:rsidRDefault="00000000">
            <w:r>
              <w:t>Magnum GSI</w:t>
            </w:r>
          </w:p>
        </w:tc>
      </w:tr>
      <w:tr w:rsidR="001C4B22" w14:paraId="5DC0762C" w14:textId="77777777">
        <w:tc>
          <w:tcPr>
            <w:tcW w:w="4536" w:type="dxa"/>
          </w:tcPr>
          <w:p w14:paraId="0FE61F2E" w14:textId="77777777" w:rsidR="001C4B22" w:rsidRDefault="00000000">
            <w:r>
              <w:rPr>
                <w:b/>
              </w:rPr>
              <w:t>Report Reference:</w:t>
            </w:r>
          </w:p>
        </w:tc>
        <w:tc>
          <w:tcPr>
            <w:tcW w:w="4536" w:type="dxa"/>
          </w:tcPr>
          <w:p w14:paraId="0A46EB60" w14:textId="77777777" w:rsidR="001C4B22" w:rsidRDefault="00000000">
            <w:r>
              <w:t>GEO-B1175CF7</w:t>
            </w:r>
          </w:p>
        </w:tc>
      </w:tr>
      <w:tr w:rsidR="001C4B22" w14:paraId="1C134897" w14:textId="77777777">
        <w:tc>
          <w:tcPr>
            <w:tcW w:w="4536" w:type="dxa"/>
          </w:tcPr>
          <w:p w14:paraId="3B826DF2" w14:textId="77777777" w:rsidR="001C4B22" w:rsidRDefault="00000000">
            <w:r>
              <w:rPr>
                <w:b/>
              </w:rPr>
              <w:t>Date of Issue:</w:t>
            </w:r>
          </w:p>
        </w:tc>
        <w:tc>
          <w:tcPr>
            <w:tcW w:w="4536" w:type="dxa"/>
          </w:tcPr>
          <w:p w14:paraId="15C0AF57" w14:textId="77777777" w:rsidR="001C4B22" w:rsidRDefault="00000000">
            <w:r>
              <w:t>21 July 2026</w:t>
            </w:r>
          </w:p>
        </w:tc>
      </w:tr>
      <w:tr w:rsidR="001C4B22" w14:paraId="2C9DDFBC" w14:textId="77777777">
        <w:tc>
          <w:tcPr>
            <w:tcW w:w="4536" w:type="dxa"/>
          </w:tcPr>
          <w:p w14:paraId="2AD4943C" w14:textId="77777777" w:rsidR="001C4B22" w:rsidRDefault="00000000">
            <w:r>
              <w:rPr>
                <w:b/>
              </w:rPr>
              <w:t>Version:</w:t>
            </w:r>
          </w:p>
        </w:tc>
        <w:tc>
          <w:tcPr>
            <w:tcW w:w="4536" w:type="dxa"/>
          </w:tcPr>
          <w:p w14:paraId="3847914C" w14:textId="77777777" w:rsidR="001C4B22" w:rsidRDefault="00000000">
            <w:r>
              <w:t>1.0</w:t>
            </w:r>
          </w:p>
        </w:tc>
      </w:tr>
      <w:tr w:rsidR="001C4B22" w14:paraId="5D94DAD9" w14:textId="77777777">
        <w:tc>
          <w:tcPr>
            <w:tcW w:w="4536" w:type="dxa"/>
          </w:tcPr>
          <w:p w14:paraId="3F9D01F1" w14:textId="77777777" w:rsidR="001C4B22" w:rsidRDefault="00000000">
            <w:r>
              <w:rPr>
                <w:b/>
              </w:rPr>
              <w:t>Classification:</w:t>
            </w:r>
          </w:p>
        </w:tc>
        <w:tc>
          <w:tcPr>
            <w:tcW w:w="4536" w:type="dxa"/>
          </w:tcPr>
          <w:p w14:paraId="056061CE" w14:textId="77777777" w:rsidR="001C4B22" w:rsidRDefault="00000000">
            <w:r>
              <w:t>Indicative — Not for Design</w:t>
            </w:r>
          </w:p>
        </w:tc>
      </w:tr>
      <w:tr w:rsidR="001C4B22" w14:paraId="06E40764" w14:textId="77777777">
        <w:tc>
          <w:tcPr>
            <w:tcW w:w="4536" w:type="dxa"/>
          </w:tcPr>
          <w:p w14:paraId="329CADD2" w14:textId="77777777" w:rsidR="001C4B22" w:rsidRDefault="00000000">
            <w:r>
              <w:rPr>
                <w:b/>
              </w:rPr>
              <w:t>Prepared by:</w:t>
            </w:r>
          </w:p>
        </w:tc>
        <w:tc>
          <w:tcPr>
            <w:tcW w:w="4536" w:type="dxa"/>
          </w:tcPr>
          <w:p w14:paraId="3FC515D9" w14:textId="77777777" w:rsidR="001C4B22" w:rsidRDefault="00000000">
            <w:r>
              <w:t>GeoScreen™ | Magnum GSI Ltd</w:t>
            </w:r>
          </w:p>
        </w:tc>
      </w:tr>
    </w:tbl>
    <w:p w14:paraId="74FC4DD5" w14:textId="77777777" w:rsidR="001F40D2" w:rsidRDefault="00000000">
      <w:pPr>
        <w:spacing w:before="1440"/>
        <w:jc w:val="center"/>
      </w:pPr>
      <w:r>
        <w:rPr>
          <w:b/>
          <w:color w:val="2E75B6"/>
        </w:rPr>
        <w:t>Prepared by GeoScreen™, an automated reporting platform developed and operated by Magnum GSI Ltd</w:t>
      </w:r>
    </w:p>
    <w:p w14:paraId="0E42E1AA" w14:textId="77777777" w:rsidR="001C4B22" w:rsidRDefault="00000000">
      <w:r>
        <w:br w:type="page"/>
      </w:r>
    </w:p>
    <w:p w14:paraId="36D7DED8"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01880FF5" w14:textId="77777777">
        <w:tc>
          <w:tcPr>
            <w:tcW w:w="4536" w:type="dxa"/>
          </w:tcPr>
          <w:p w14:paraId="128CE521" w14:textId="77777777" w:rsidR="001C4B22" w:rsidRDefault="00000000">
            <w:r>
              <w:rPr>
                <w:b/>
              </w:rPr>
              <w:t>Report Title</w:t>
            </w:r>
          </w:p>
        </w:tc>
        <w:tc>
          <w:tcPr>
            <w:tcW w:w="4536" w:type="dxa"/>
          </w:tcPr>
          <w:p w14:paraId="423EE29A" w14:textId="77777777" w:rsidR="001C4B22" w:rsidRDefault="00000000">
            <w:r>
              <w:t>BA1 2LY — Preliminary Ground Risk Screening Report</w:t>
            </w:r>
          </w:p>
        </w:tc>
      </w:tr>
      <w:tr w:rsidR="001C4B22" w14:paraId="62139C17" w14:textId="77777777">
        <w:tc>
          <w:tcPr>
            <w:tcW w:w="4536" w:type="dxa"/>
          </w:tcPr>
          <w:p w14:paraId="5BD8CD98" w14:textId="77777777" w:rsidR="001C4B22" w:rsidRDefault="00000000">
            <w:r>
              <w:rPr>
                <w:b/>
              </w:rPr>
              <w:t>Client</w:t>
            </w:r>
          </w:p>
        </w:tc>
        <w:tc>
          <w:tcPr>
            <w:tcW w:w="4536" w:type="dxa"/>
          </w:tcPr>
          <w:p w14:paraId="275424C7" w14:textId="77777777" w:rsidR="001C4B22" w:rsidRDefault="00000000">
            <w:r>
              <w:t>Magnum GSI</w:t>
            </w:r>
          </w:p>
        </w:tc>
      </w:tr>
      <w:tr w:rsidR="001C4B22" w14:paraId="704DDABB" w14:textId="77777777">
        <w:tc>
          <w:tcPr>
            <w:tcW w:w="4536" w:type="dxa"/>
          </w:tcPr>
          <w:p w14:paraId="2558083B" w14:textId="77777777" w:rsidR="001C4B22" w:rsidRDefault="00000000">
            <w:r>
              <w:rPr>
                <w:b/>
              </w:rPr>
              <w:t>Site Address</w:t>
            </w:r>
          </w:p>
        </w:tc>
        <w:tc>
          <w:tcPr>
            <w:tcW w:w="4536" w:type="dxa"/>
          </w:tcPr>
          <w:p w14:paraId="3D408C29" w14:textId="77777777" w:rsidR="001C4B22" w:rsidRDefault="00000000">
            <w:r>
              <w:t>BA1 2LY</w:t>
            </w:r>
          </w:p>
        </w:tc>
      </w:tr>
      <w:tr w:rsidR="001C4B22" w14:paraId="738F2116" w14:textId="77777777">
        <w:tc>
          <w:tcPr>
            <w:tcW w:w="4536" w:type="dxa"/>
          </w:tcPr>
          <w:p w14:paraId="75CD2FF7" w14:textId="77777777" w:rsidR="001C4B22" w:rsidRDefault="00000000">
            <w:r>
              <w:rPr>
                <w:b/>
              </w:rPr>
              <w:t>OS National Grid Reference</w:t>
            </w:r>
          </w:p>
        </w:tc>
        <w:tc>
          <w:tcPr>
            <w:tcW w:w="4536" w:type="dxa"/>
          </w:tcPr>
          <w:p w14:paraId="5BB616A2" w14:textId="77777777" w:rsidR="001C4B22" w:rsidRDefault="00000000">
            <w:r>
              <w:t>374351 165474</w:t>
            </w:r>
          </w:p>
        </w:tc>
      </w:tr>
      <w:tr w:rsidR="001C4B22" w14:paraId="6965E349" w14:textId="77777777">
        <w:tc>
          <w:tcPr>
            <w:tcW w:w="4536" w:type="dxa"/>
          </w:tcPr>
          <w:p w14:paraId="54F539D5" w14:textId="77777777" w:rsidR="001C4B22" w:rsidRDefault="00000000">
            <w:r>
              <w:rPr>
                <w:b/>
              </w:rPr>
              <w:t>Report Reference</w:t>
            </w:r>
          </w:p>
        </w:tc>
        <w:tc>
          <w:tcPr>
            <w:tcW w:w="4536" w:type="dxa"/>
          </w:tcPr>
          <w:p w14:paraId="5EB88F7F" w14:textId="77777777" w:rsidR="001C4B22" w:rsidRDefault="00000000">
            <w:r>
              <w:t>GEO-B1175CF7</w:t>
            </w:r>
          </w:p>
        </w:tc>
      </w:tr>
      <w:tr w:rsidR="001C4B22" w14:paraId="2B8B8B37" w14:textId="77777777">
        <w:tc>
          <w:tcPr>
            <w:tcW w:w="4536" w:type="dxa"/>
          </w:tcPr>
          <w:p w14:paraId="04CD53CB" w14:textId="77777777" w:rsidR="001C4B22" w:rsidRDefault="00000000">
            <w:r>
              <w:rPr>
                <w:b/>
              </w:rPr>
              <w:t>Date of Issue</w:t>
            </w:r>
          </w:p>
        </w:tc>
        <w:tc>
          <w:tcPr>
            <w:tcW w:w="4536" w:type="dxa"/>
          </w:tcPr>
          <w:p w14:paraId="54145847" w14:textId="77777777" w:rsidR="001C4B22" w:rsidRDefault="00000000">
            <w:r>
              <w:t>21 July 2026</w:t>
            </w:r>
          </w:p>
        </w:tc>
      </w:tr>
      <w:tr w:rsidR="001C4B22" w14:paraId="662D5229" w14:textId="77777777">
        <w:tc>
          <w:tcPr>
            <w:tcW w:w="4536" w:type="dxa"/>
          </w:tcPr>
          <w:p w14:paraId="23687448" w14:textId="77777777" w:rsidR="001C4B22" w:rsidRDefault="00000000">
            <w:r>
              <w:rPr>
                <w:b/>
              </w:rPr>
              <w:t>Data Collection Date</w:t>
            </w:r>
          </w:p>
        </w:tc>
        <w:tc>
          <w:tcPr>
            <w:tcW w:w="4536" w:type="dxa"/>
          </w:tcPr>
          <w:p w14:paraId="7941A394" w14:textId="77777777" w:rsidR="001C4B22" w:rsidRDefault="00000000">
            <w:r>
              <w:t>21 July 2026</w:t>
            </w:r>
          </w:p>
        </w:tc>
      </w:tr>
    </w:tbl>
    <w:p w14:paraId="2A561B4B" w14:textId="77777777" w:rsidR="001C4B22" w:rsidRDefault="00000000">
      <w:r>
        <w:br w:type="page"/>
      </w:r>
    </w:p>
    <w:p w14:paraId="4461C8DD"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25869EC8" w14:textId="77777777">
        <w:tc>
          <w:tcPr>
            <w:tcW w:w="9072" w:type="dxa"/>
            <w:shd w:val="clear" w:color="auto" w:fill="FFF2CC"/>
          </w:tcPr>
          <w:p w14:paraId="76639E19" w14:textId="77777777" w:rsidR="009C2D5A" w:rsidRDefault="00000000">
            <w:pPr>
              <w:keepLines/>
              <w:spacing w:before="80" w:after="100"/>
            </w:pPr>
            <w:r>
              <w:rPr>
                <w:b/>
                <w:sz w:val="18"/>
                <w:szCs w:val="18"/>
              </w:rPr>
              <w:t>IMPORTANT NOTICE — PLEASE READ BEFORE USING THIS REPORT</w:t>
            </w:r>
          </w:p>
          <w:p w14:paraId="66B520C9"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4DB7BB06" w14:textId="77777777" w:rsidR="00155A1C" w:rsidRDefault="00155A1C">
            <w:pPr>
              <w:keepLines/>
              <w:spacing w:before="60" w:after="60"/>
            </w:pPr>
          </w:p>
          <w:p w14:paraId="1C8EC6A0"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2C669BC1" w14:textId="77777777" w:rsidR="00155A1C" w:rsidRDefault="00155A1C">
            <w:pPr>
              <w:keepLines/>
              <w:spacing w:after="80"/>
            </w:pPr>
          </w:p>
          <w:p w14:paraId="7771F45B" w14:textId="77777777" w:rsidR="009C2D5A" w:rsidRDefault="00000000">
            <w:pPr>
              <w:keepLines/>
              <w:spacing w:before="60" w:after="40"/>
            </w:pPr>
            <w:r>
              <w:rPr>
                <w:sz w:val="18"/>
                <w:szCs w:val="18"/>
              </w:rPr>
              <w:t>This report:</w:t>
            </w:r>
          </w:p>
          <w:p w14:paraId="69B83E91"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5C453616"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6638DC08"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2E5E0A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68BD2ACB" w14:textId="77777777" w:rsidR="00155A1C" w:rsidRDefault="00155A1C">
            <w:pPr>
              <w:spacing w:before="40" w:after="60"/>
              <w:ind w:left="540" w:hanging="270"/>
            </w:pPr>
          </w:p>
          <w:p w14:paraId="3C1FA841"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388617FA" w14:textId="77777777" w:rsidR="001C4B22" w:rsidRDefault="00000000">
      <w:r>
        <w:br w:type="page"/>
      </w:r>
    </w:p>
    <w:p w14:paraId="0B52A9F1" w14:textId="77777777" w:rsidR="001F40D2" w:rsidRDefault="00000000">
      <w:pPr>
        <w:pStyle w:val="Heading1"/>
      </w:pPr>
      <w:r>
        <w:lastRenderedPageBreak/>
        <w:t>CONTENTS</w:t>
      </w:r>
    </w:p>
    <w:p w14:paraId="7D4E270A" w14:textId="77777777" w:rsidR="001F40D2" w:rsidRDefault="001F40D2">
      <w:pPr>
        <w:spacing w:before="60" w:after="60"/>
      </w:pPr>
    </w:p>
    <w:p w14:paraId="3A3C9615" w14:textId="77777777" w:rsidR="001F40D2" w:rsidRDefault="00000000">
      <w:pPr>
        <w:tabs>
          <w:tab w:val="left" w:pos="540"/>
        </w:tabs>
        <w:spacing w:before="80" w:after="80"/>
      </w:pPr>
      <w:r>
        <w:rPr>
          <w:b/>
        </w:rPr>
        <w:t>Executive Summary</w:t>
      </w:r>
    </w:p>
    <w:p w14:paraId="41566963" w14:textId="77777777" w:rsidR="001F40D2" w:rsidRDefault="00000000">
      <w:pPr>
        <w:tabs>
          <w:tab w:val="left" w:pos="540"/>
        </w:tabs>
        <w:spacing w:before="80" w:after="80"/>
      </w:pPr>
      <w:r>
        <w:rPr>
          <w:b/>
          <w:color w:val="365F91"/>
        </w:rPr>
        <w:t>1</w:t>
      </w:r>
      <w:r>
        <w:tab/>
        <w:t>Introduction</w:t>
      </w:r>
    </w:p>
    <w:p w14:paraId="2B15D8ED" w14:textId="77777777" w:rsidR="001F40D2" w:rsidRDefault="00000000">
      <w:pPr>
        <w:tabs>
          <w:tab w:val="left" w:pos="540"/>
        </w:tabs>
        <w:spacing w:before="80" w:after="80"/>
      </w:pPr>
      <w:r>
        <w:rPr>
          <w:b/>
          <w:color w:val="365F91"/>
        </w:rPr>
        <w:t>2</w:t>
      </w:r>
      <w:r>
        <w:tab/>
        <w:t>Site Setting</w:t>
      </w:r>
    </w:p>
    <w:p w14:paraId="002FCD66" w14:textId="77777777" w:rsidR="001F40D2" w:rsidRDefault="00000000">
      <w:pPr>
        <w:tabs>
          <w:tab w:val="left" w:pos="540"/>
        </w:tabs>
        <w:spacing w:before="80" w:after="80"/>
      </w:pPr>
      <w:r>
        <w:rPr>
          <w:b/>
          <w:color w:val="365F91"/>
        </w:rPr>
        <w:t>3</w:t>
      </w:r>
      <w:r>
        <w:tab/>
        <w:t>Planning Context</w:t>
      </w:r>
    </w:p>
    <w:p w14:paraId="44E7789A" w14:textId="77777777" w:rsidR="001F40D2" w:rsidRDefault="00000000">
      <w:pPr>
        <w:tabs>
          <w:tab w:val="left" w:pos="540"/>
        </w:tabs>
        <w:spacing w:before="80" w:after="80"/>
      </w:pPr>
      <w:r>
        <w:rPr>
          <w:b/>
          <w:color w:val="365F91"/>
        </w:rPr>
        <w:t>4</w:t>
      </w:r>
      <w:r>
        <w:tab/>
        <w:t>Sources of Information</w:t>
      </w:r>
    </w:p>
    <w:p w14:paraId="7F0A8EC6" w14:textId="77777777" w:rsidR="001F40D2" w:rsidRDefault="00000000">
      <w:pPr>
        <w:tabs>
          <w:tab w:val="left" w:pos="540"/>
        </w:tabs>
        <w:spacing w:before="80" w:after="80"/>
      </w:pPr>
      <w:r>
        <w:rPr>
          <w:b/>
          <w:color w:val="365F91"/>
        </w:rPr>
        <w:t>5</w:t>
      </w:r>
      <w:r>
        <w:tab/>
        <w:t>Site History</w:t>
      </w:r>
    </w:p>
    <w:p w14:paraId="5314408F" w14:textId="77777777" w:rsidR="001F40D2" w:rsidRDefault="00000000">
      <w:pPr>
        <w:tabs>
          <w:tab w:val="left" w:pos="540"/>
        </w:tabs>
        <w:spacing w:before="80" w:after="80"/>
      </w:pPr>
      <w:r>
        <w:rPr>
          <w:b/>
          <w:color w:val="365F91"/>
        </w:rPr>
        <w:t>6</w:t>
      </w:r>
      <w:r>
        <w:tab/>
        <w:t>Geology and Ground Conditions</w:t>
      </w:r>
    </w:p>
    <w:p w14:paraId="4AFD86E4" w14:textId="77777777" w:rsidR="001F40D2" w:rsidRDefault="00000000">
      <w:pPr>
        <w:tabs>
          <w:tab w:val="left" w:pos="540"/>
        </w:tabs>
        <w:spacing w:before="80" w:after="80"/>
      </w:pPr>
      <w:r>
        <w:rPr>
          <w:b/>
          <w:color w:val="365F91"/>
        </w:rPr>
        <w:t>7</w:t>
      </w:r>
      <w:r>
        <w:tab/>
        <w:t>Hydrogeology and Hydrology</w:t>
      </w:r>
    </w:p>
    <w:p w14:paraId="7B2CA39A" w14:textId="77777777" w:rsidR="001F40D2" w:rsidRDefault="00000000">
      <w:pPr>
        <w:tabs>
          <w:tab w:val="left" w:pos="540"/>
        </w:tabs>
        <w:spacing w:before="80" w:after="80"/>
      </w:pPr>
      <w:r>
        <w:rPr>
          <w:b/>
          <w:color w:val="365F91"/>
        </w:rPr>
        <w:t>8</w:t>
      </w:r>
      <w:r>
        <w:tab/>
        <w:t>Geohazard Assessment</w:t>
      </w:r>
    </w:p>
    <w:p w14:paraId="7A8D55C9" w14:textId="77777777" w:rsidR="001F40D2" w:rsidRDefault="00000000">
      <w:pPr>
        <w:tabs>
          <w:tab w:val="left" w:pos="540"/>
        </w:tabs>
        <w:spacing w:before="80" w:after="80"/>
      </w:pPr>
      <w:r>
        <w:rPr>
          <w:b/>
          <w:color w:val="365F91"/>
        </w:rPr>
        <w:t>9</w:t>
      </w:r>
      <w:r>
        <w:tab/>
        <w:t>Foundation and Drainage Considerations</w:t>
      </w:r>
    </w:p>
    <w:p w14:paraId="1B20F031" w14:textId="77777777" w:rsidR="001F40D2" w:rsidRDefault="00000000">
      <w:pPr>
        <w:tabs>
          <w:tab w:val="left" w:pos="540"/>
        </w:tabs>
        <w:spacing w:before="80" w:after="80"/>
      </w:pPr>
      <w:r>
        <w:rPr>
          <w:b/>
          <w:color w:val="365F91"/>
        </w:rPr>
        <w:t>10</w:t>
      </w:r>
      <w:r>
        <w:tab/>
        <w:t>Conclusions</w:t>
      </w:r>
    </w:p>
    <w:p w14:paraId="59AB3821" w14:textId="77777777" w:rsidR="001F40D2" w:rsidRDefault="00000000">
      <w:pPr>
        <w:tabs>
          <w:tab w:val="left" w:pos="540"/>
        </w:tabs>
        <w:spacing w:before="80" w:after="80"/>
      </w:pPr>
      <w:r>
        <w:rPr>
          <w:b/>
          <w:color w:val="365F91"/>
        </w:rPr>
        <w:t>11</w:t>
      </w:r>
      <w:r>
        <w:tab/>
        <w:t>Recommendations</w:t>
      </w:r>
    </w:p>
    <w:p w14:paraId="189529E6" w14:textId="77777777" w:rsidR="001F40D2" w:rsidRDefault="00000000">
      <w:pPr>
        <w:tabs>
          <w:tab w:val="left" w:pos="540"/>
        </w:tabs>
        <w:spacing w:before="80" w:after="80"/>
      </w:pPr>
      <w:r>
        <w:rPr>
          <w:b/>
          <w:color w:val="365F91"/>
        </w:rPr>
        <w:t>12</w:t>
      </w:r>
      <w:r>
        <w:tab/>
        <w:t>Limitations and Liability Statement</w:t>
      </w:r>
    </w:p>
    <w:p w14:paraId="2D752337" w14:textId="77777777" w:rsidR="001F40D2" w:rsidRDefault="001F40D2">
      <w:pPr>
        <w:spacing w:before="60" w:after="60"/>
      </w:pPr>
    </w:p>
    <w:p w14:paraId="01D4B37A" w14:textId="77777777" w:rsidR="001F40D2" w:rsidRDefault="00000000">
      <w:pPr>
        <w:spacing w:before="80" w:after="80"/>
      </w:pPr>
      <w:r>
        <w:rPr>
          <w:i/>
        </w:rPr>
        <w:t>Appendices A–O</w:t>
      </w:r>
    </w:p>
    <w:p w14:paraId="57F5EF2A" w14:textId="77777777" w:rsidR="001F40D2" w:rsidRDefault="00000000">
      <w:r>
        <w:br w:type="page"/>
      </w:r>
    </w:p>
    <w:p w14:paraId="10E4FFAC" w14:textId="77777777" w:rsidR="001C4B22" w:rsidRDefault="00000000">
      <w:pPr>
        <w:pStyle w:val="Heading1"/>
      </w:pPr>
      <w:r>
        <w:rPr>
          <w:color w:val="1F497D"/>
        </w:rPr>
        <w:lastRenderedPageBreak/>
        <w:t>EXECUTIVE SUMMARY</w:t>
      </w:r>
    </w:p>
    <w:tbl>
      <w:tblPr>
        <w:tblStyle w:val="TableGrid"/>
        <w:tblW w:w="0" w:type="auto"/>
        <w:tblLook w:val="04A0" w:firstRow="1" w:lastRow="0" w:firstColumn="1" w:lastColumn="0" w:noHBand="0" w:noVBand="1"/>
      </w:tblPr>
      <w:tblGrid>
        <w:gridCol w:w="4530"/>
        <w:gridCol w:w="4532"/>
      </w:tblGrid>
      <w:tr w:rsidR="001C4B22" w14:paraId="40A13D00" w14:textId="77777777">
        <w:tc>
          <w:tcPr>
            <w:tcW w:w="4536" w:type="dxa"/>
          </w:tcPr>
          <w:p w14:paraId="3C3112B2" w14:textId="77777777" w:rsidR="001C4B22" w:rsidRDefault="00000000">
            <w:r>
              <w:rPr>
                <w:b/>
              </w:rPr>
              <w:t>Site address</w:t>
            </w:r>
          </w:p>
        </w:tc>
        <w:tc>
          <w:tcPr>
            <w:tcW w:w="4536" w:type="dxa"/>
          </w:tcPr>
          <w:p w14:paraId="41A70CC2" w14:textId="77777777" w:rsidR="001C4B22" w:rsidRDefault="00000000">
            <w:r>
              <w:t>BA1 2LY</w:t>
            </w:r>
          </w:p>
        </w:tc>
      </w:tr>
      <w:tr w:rsidR="001C4B22" w14:paraId="0E929E91" w14:textId="77777777">
        <w:tc>
          <w:tcPr>
            <w:tcW w:w="4536" w:type="dxa"/>
          </w:tcPr>
          <w:p w14:paraId="04AE10A1" w14:textId="77777777" w:rsidR="001C4B22" w:rsidRDefault="00000000">
            <w:r>
              <w:rPr>
                <w:b/>
              </w:rPr>
              <w:t>Current use</w:t>
            </w:r>
          </w:p>
        </w:tc>
        <w:tc>
          <w:tcPr>
            <w:tcW w:w="4536" w:type="dxa"/>
          </w:tcPr>
          <w:p w14:paraId="24C0ABFC" w14:textId="77777777" w:rsidR="001C4B22" w:rsidRDefault="00000000">
            <w:r>
              <w:t>Not confirmed</w:t>
            </w:r>
          </w:p>
        </w:tc>
      </w:tr>
      <w:tr w:rsidR="001C4B22" w14:paraId="0B2C90D6" w14:textId="77777777">
        <w:tc>
          <w:tcPr>
            <w:tcW w:w="4536" w:type="dxa"/>
          </w:tcPr>
          <w:p w14:paraId="29D9E71C" w14:textId="77777777" w:rsidR="001C4B22" w:rsidRDefault="00000000">
            <w:r>
              <w:rPr>
                <w:b/>
              </w:rPr>
              <w:t>Proposed development</w:t>
            </w:r>
          </w:p>
        </w:tc>
        <w:tc>
          <w:tcPr>
            <w:tcW w:w="4536" w:type="dxa"/>
          </w:tcPr>
          <w:p w14:paraId="2783ED1F" w14:textId="77777777" w:rsidR="001C4B22" w:rsidRDefault="00000000">
            <w:r>
              <w:t>Residential development</w:t>
            </w:r>
          </w:p>
        </w:tc>
      </w:tr>
      <w:tr w:rsidR="001C4B22" w14:paraId="3A642071" w14:textId="77777777">
        <w:tc>
          <w:tcPr>
            <w:tcW w:w="4536" w:type="dxa"/>
          </w:tcPr>
          <w:p w14:paraId="47BD1BA9" w14:textId="77777777" w:rsidR="001C4B22" w:rsidRDefault="00000000">
            <w:r>
              <w:rPr>
                <w:b/>
              </w:rPr>
              <w:t>OS Grid Reference</w:t>
            </w:r>
          </w:p>
        </w:tc>
        <w:tc>
          <w:tcPr>
            <w:tcW w:w="4536" w:type="dxa"/>
          </w:tcPr>
          <w:p w14:paraId="3CDB0BE5" w14:textId="77777777" w:rsidR="001C4B22" w:rsidRDefault="00000000">
            <w:r>
              <w:t>374351 165474</w:t>
            </w:r>
          </w:p>
        </w:tc>
      </w:tr>
      <w:tr w:rsidR="001C4B22" w14:paraId="196833CE" w14:textId="77777777">
        <w:tc>
          <w:tcPr>
            <w:tcW w:w="4536" w:type="dxa"/>
          </w:tcPr>
          <w:p w14:paraId="2E3D5722" w14:textId="77777777" w:rsidR="001C4B22" w:rsidRDefault="00000000">
            <w:r>
              <w:rPr>
                <w:b/>
              </w:rPr>
              <w:t>Local Planning Authority</w:t>
            </w:r>
          </w:p>
        </w:tc>
        <w:tc>
          <w:tcPr>
            <w:tcW w:w="4536" w:type="dxa"/>
          </w:tcPr>
          <w:p w14:paraId="02448327" w14:textId="77777777" w:rsidR="001C4B22" w:rsidRDefault="00000000">
            <w:r>
              <w:t>Bath and North East Somerset Council</w:t>
            </w:r>
          </w:p>
        </w:tc>
      </w:tr>
      <w:tr w:rsidR="001C4B22" w14:paraId="70FC078D" w14:textId="77777777">
        <w:tc>
          <w:tcPr>
            <w:tcW w:w="4536" w:type="dxa"/>
          </w:tcPr>
          <w:p w14:paraId="4D982800" w14:textId="77777777" w:rsidR="001C4B22" w:rsidRDefault="00000000">
            <w:r>
              <w:rPr>
                <w:b/>
              </w:rPr>
              <w:t>Geological setting (bedrock)</w:t>
            </w:r>
          </w:p>
        </w:tc>
        <w:tc>
          <w:tcPr>
            <w:tcW w:w="4536" w:type="dxa"/>
          </w:tcPr>
          <w:p w14:paraId="61436163" w14:textId="77777777" w:rsidR="001C4B22" w:rsidRDefault="00000000">
            <w:r>
              <w:t>Lias Group - Mudstone, Siltstone, Limestone</w:t>
            </w:r>
          </w:p>
        </w:tc>
      </w:tr>
      <w:tr w:rsidR="001C4B22" w14:paraId="4B5283E2" w14:textId="77777777">
        <w:tc>
          <w:tcPr>
            <w:tcW w:w="4536" w:type="dxa"/>
          </w:tcPr>
          <w:p w14:paraId="0FBA9E57" w14:textId="77777777" w:rsidR="001C4B22" w:rsidRDefault="00000000">
            <w:r>
              <w:rPr>
                <w:b/>
              </w:rPr>
              <w:t>Geological setting (superficial)</w:t>
            </w:r>
          </w:p>
        </w:tc>
        <w:tc>
          <w:tcPr>
            <w:tcW w:w="4536" w:type="dxa"/>
          </w:tcPr>
          <w:p w14:paraId="05593BA9" w14:textId="77777777" w:rsidR="001C4B22" w:rsidRDefault="00000000">
            <w:r>
              <w:t>Landslip</w:t>
            </w:r>
          </w:p>
        </w:tc>
      </w:tr>
      <w:tr w:rsidR="001C4B22" w14:paraId="3E6B56E0" w14:textId="77777777">
        <w:tc>
          <w:tcPr>
            <w:tcW w:w="4536" w:type="dxa"/>
          </w:tcPr>
          <w:p w14:paraId="379A4580" w14:textId="77777777" w:rsidR="001C4B22" w:rsidRDefault="00000000">
            <w:r>
              <w:rPr>
                <w:b/>
              </w:rPr>
              <w:t>Overall risk rating</w:t>
            </w:r>
          </w:p>
        </w:tc>
        <w:tc>
          <w:tcPr>
            <w:tcW w:w="4536" w:type="dxa"/>
            <w:shd w:val="clear" w:color="auto" w:fill="FFE0E0"/>
          </w:tcPr>
          <w:p w14:paraId="34691585" w14:textId="77777777" w:rsidR="001C4B22" w:rsidRDefault="00000000">
            <w:r>
              <w:rPr>
                <w:b/>
                <w:color w:val="C00000"/>
              </w:rPr>
              <w:t>Very High</w:t>
            </w:r>
          </w:p>
        </w:tc>
      </w:tr>
    </w:tbl>
    <w:p w14:paraId="36F094C2" w14:textId="77777777" w:rsidR="001C4B22" w:rsidRDefault="001C4B22"/>
    <w:p>
      <w:pPr>
        <w:pStyle w:val="Normal"/>
      </w:pPr>
      <w:r>
        <w:rPr>
          <w:rFonts w:ascii="Arial" w:hAnsi="Arial"/>
          <w:sz w:val="20"/>
          <w:b/>
        </w:rPr>
        <w:t xml:space="preserve">Key takeaway:</w:t>
      </w:r>
      <w:r>
        <w:rPr>
          <w:rFonts w:ascii="Arial" w:hAnsi="Arial"/>
          <w:sz w:val="20"/>
        </w:rPr>
        <w:t xml:space="preserve"> The site is assessed as Very High geotechnical risk, driven primarily by Radon (see Appendix H) and Dissolution Features, with Surface Water Flood Risk (see Appendix L) as an additional consideration. Radon protective measures are likely to be required based on BR 211:2015 guidance, subject to confirmation during detailed design.</w:t>
      </w:r>
    </w:p>
    <w:p>
      <w:pPr>
        <w:pStyle w:val="Normal"/>
      </w:pPr>
      <w:r>
        <w:rPr>
          <w:rFonts w:ascii="Arial" w:hAnsi="Arial"/>
          <w:sz w:val="20"/>
          <w:b/>
        </w:rPr>
        <w:t xml:space="preserve">Primary constraint:</w:t>
      </w:r>
      <w:r>
        <w:rPr>
          <w:rFonts w:ascii="Arial" w:hAnsi="Arial"/>
          <w:sz w:val="20"/>
        </w:rPr>
        <w:t xml:space="preserve"/>
      </w:r>
    </w:p>
    <w:p>
      <w:pPr>
        <w:pStyle w:val="Normal"/>
      </w:pPr>
      <w:r>
        <w:rPr>
          <w:rFonts w:ascii="Arial" w:hAnsi="Arial"/>
          <w:sz w:val="20"/>
        </w:rPr>
        <w:t xml:space="preserve">Radon potential — Class 5 (10–30% of homes above Action Level) — and dissolution-related ground instability associated with limestone horizons within the Lias Group succession.</w:t>
      </w:r>
    </w:p>
    <w:p>
      <w:pPr>
        <w:pStyle w:val="Normal"/>
      </w:pPr>
      <w:r>
        <w:rPr>
          <w:rFonts w:ascii="Arial" w:hAnsi="Arial"/>
          <w:sz w:val="20"/>
          <w:b/>
        </w:rPr>
        <w:t xml:space="preserve">Implication:</w:t>
      </w:r>
      <w:r>
        <w:rPr>
          <w:rFonts w:ascii="Arial" w:hAnsi="Arial"/>
          <w:sz w:val="20"/>
        </w:rPr>
        <w:t xml:space="preserve"/>
      </w:r>
    </w:p>
    <w:p>
      <w:pPr>
        <w:pStyle w:val="Normal"/>
      </w:pPr>
      <w:r>
        <w:rPr>
          <w:rFonts w:ascii="Arial" w:hAnsi="Arial"/>
          <w:sz w:val="20"/>
        </w:rPr>
        <w:t xml:space="preserve">Radon protection measures likely required; dissolution risk may affect foundation design and ground stability.</w:t>
      </w:r>
    </w:p>
    <w:p>
      <w:pPr>
        <w:pStyle w:val="Normal"/>
      </w:pPr>
      <w:r>
        <w:rPr>
          <w:rFonts w:ascii="Arial" w:hAnsi="Arial"/>
          <w:sz w:val="20"/>
          <w:b/>
        </w:rPr>
        <w:t xml:space="preserve">Required next step:</w:t>
      </w:r>
      <w:r>
        <w:rPr>
          <w:rFonts w:ascii="Arial" w:hAnsi="Arial"/>
          <w:sz w:val="20"/>
        </w:rPr>
        <w:t xml:space="preserve"/>
      </w:r>
    </w:p>
    <w:p>
      <w:pPr>
        <w:pStyle w:val="Normal"/>
      </w:pPr>
      <w:r>
        <w:rPr>
          <w:rFonts w:ascii="Arial" w:hAnsi="Arial"/>
          <w:sz w:val="20"/>
        </w:rPr>
        <w:t xml:space="preserve">Undertake intrusive ground investigation to characterise ground conditions and assess dissolution risk; confirm radon protection requirements during detailed design in accordance with BR 211:2015 guidance.</w:t>
      </w:r>
    </w:p>
    <w:p>
      <w:pPr>
        <w:pStyle w:val="Normal"/>
      </w:pPr>
      <w:r>
        <w:rPr>
          <w:rFonts w:ascii="Arial" w:hAnsi="Arial"/>
          <w:sz w:val="20"/>
          <w:b/>
        </w:rPr>
        <w:t xml:space="preserve">Overall risk:</w:t>
      </w:r>
      <w:r>
        <w:rPr>
          <w:rFonts w:ascii="Arial" w:hAnsi="Arial"/>
          <w:sz w:val="20"/>
        </w:rPr>
        <w:t xml:space="preserve"/>
      </w:r>
    </w:p>
    <w:p>
      <w:pPr>
        <w:pStyle w:val="Normal"/>
      </w:pPr>
      <w:r>
        <w:rPr>
          <w:rFonts w:ascii="Arial" w:hAnsi="Arial"/>
          <w:sz w:val="20"/>
        </w:rPr>
        <w:t xml:space="preserve">Very High.</w:t>
      </w:r>
    </w:p>
    <w:p>
      <w:pPr>
        <w:pStyle w:val="Normal"/>
      </w:pPr>
      <w:r>
        <w:rPr>
          <w:rFonts w:ascii="Arial" w:hAnsi="Arial"/>
          <w:sz w:val="20"/>
        </w:rPr>
        <w:t xml:space="preserve">The site at BA1 2LY is proposed for residential development and is underlain by the Lias Group, comprising interbedded mudstone, siltstone, and limestone. Dissolution-related ground instability associated with limestone horizons within the Lias Group succession presents a significant risk, with potential for localised subsidence or collapse features that may affect foundation design and long-term stability. Surface water flood risk is rated High, requiring detailed drainage assessment and mitigation measures to manage surface runoff and protect the development. Heritage assets are identified within 500m, and Cotswolds AONB lies within 2km of the site — Heritage Impact Assessment and ecological assessment may be required to inform planning decisions.</w:t>
      </w:r>
    </w:p>
    <w:p w14:paraId="27BDE9DE" w14:textId="77777777" w:rsidR="001C4B22" w:rsidRDefault="001C4B22"/>
    <w:p w14:paraId="3BC1A79D" w14:textId="77777777" w:rsidR="001C4B22" w:rsidRDefault="00000000">
      <w:r>
        <w:rPr>
          <w:b/>
        </w:rPr>
        <w:t>Geohazard Overview</w:t>
      </w:r>
    </w:p>
    <w:tbl>
      <w:tblPr>
        <w:tblStyle w:val="TableGrid"/>
        <w:tblW w:w="0" w:type="auto"/>
        <w:tblLook w:val="04A0" w:firstRow="1" w:lastRow="0" w:firstColumn="1" w:lastColumn="0" w:noHBand="0" w:noVBand="1"/>
      </w:tblPr>
      <w:tblGrid>
        <w:gridCol w:w="3020"/>
        <w:gridCol w:w="3021"/>
        <w:gridCol w:w="3021"/>
      </w:tblGrid>
      <w:tr w:rsidR="001C4B22" w14:paraId="23933D7C" w14:textId="77777777" w:rsidTr="00957F57">
        <w:tc>
          <w:tcPr>
            <w:tcW w:w="3024" w:type="dxa"/>
            <w:shd w:val="clear" w:color="auto" w:fill="DBE5F1" w:themeFill="accent1" w:themeFillTint="33"/>
          </w:tcPr>
          <w:p w14:paraId="0F481432" w14:textId="77777777" w:rsidR="001C4B22" w:rsidRDefault="00000000">
            <w:r>
              <w:rPr>
                <w:b/>
              </w:rPr>
              <w:t>Geohazard</w:t>
            </w:r>
          </w:p>
        </w:tc>
        <w:tc>
          <w:tcPr>
            <w:tcW w:w="3024" w:type="dxa"/>
            <w:shd w:val="clear" w:color="auto" w:fill="DBE5F1" w:themeFill="accent1" w:themeFillTint="33"/>
          </w:tcPr>
          <w:p w14:paraId="5B3B73B1" w14:textId="77777777" w:rsidR="001C4B22" w:rsidRDefault="00000000">
            <w:r>
              <w:rPr>
                <w:b/>
              </w:rPr>
              <w:t>Risk Rating</w:t>
            </w:r>
          </w:p>
        </w:tc>
        <w:tc>
          <w:tcPr>
            <w:tcW w:w="3024" w:type="dxa"/>
            <w:shd w:val="clear" w:color="auto" w:fill="DBE5F1" w:themeFill="accent1" w:themeFillTint="33"/>
          </w:tcPr>
          <w:p w14:paraId="12D2299E" w14:textId="77777777" w:rsidR="001C4B22" w:rsidRDefault="00000000">
            <w:r>
              <w:rPr>
                <w:b/>
              </w:rPr>
              <w:t>Key Data Source</w:t>
            </w:r>
          </w:p>
        </w:tc>
      </w:tr>
      <w:tr w:rsidR="001C4B22" w14:paraId="324F413F" w14:textId="77777777">
        <w:tc>
          <w:tcPr>
            <w:tcW w:w="3024" w:type="dxa"/>
          </w:tcPr>
          <w:p w14:paraId="62AA8288" w14:textId="77777777" w:rsidR="001C4B22" w:rsidRDefault="00000000">
            <w:r>
              <w:t>Mining Legacy</w:t>
            </w:r>
          </w:p>
        </w:tc>
        <w:tc>
          <w:tcPr>
            <w:tcW w:w="3024" w:type="dxa"/>
            <w:shd w:val="clear" w:color="auto" w:fill="E2EFDA"/>
          </w:tcPr>
          <w:p w14:paraId="425E75FF" w14:textId="77777777" w:rsidR="001C4B22" w:rsidRDefault="00000000">
            <w:r>
              <w:rPr>
                <w:b/>
                <w:color w:val="378610"/>
              </w:rPr>
              <w:t>Low</w:t>
            </w:r>
          </w:p>
        </w:tc>
        <w:tc>
          <w:tcPr>
            <w:tcW w:w="3024" w:type="dxa"/>
          </w:tcPr>
          <w:p w14:paraId="3CE18244" w14:textId="6B953C0F" w:rsidR="001C4B22" w:rsidRDefault="00000000">
            <w:r>
              <w:t>Mining Remediation Authority (Appendix G)</w:t>
            </w:r>
          </w:p>
        </w:tc>
      </w:tr>
      <w:tr w:rsidR="001C4B22" w14:paraId="52DA2CF1" w14:textId="77777777">
        <w:tc>
          <w:tcPr>
            <w:tcW w:w="3024" w:type="dxa"/>
          </w:tcPr>
          <w:p w14:paraId="2586DFDC" w14:textId="77777777" w:rsidR="001C4B22" w:rsidRDefault="00000000">
            <w:r>
              <w:t>Compressible Ground</w:t>
            </w:r>
          </w:p>
        </w:tc>
        <w:tc>
          <w:tcPr>
            <w:tcW w:w="3024" w:type="dxa"/>
            <w:shd w:val="clear" w:color="auto" w:fill="E2EFDA"/>
          </w:tcPr>
          <w:p w14:paraId="4246C9D2" w14:textId="77777777" w:rsidR="001C4B22" w:rsidRDefault="00000000">
            <w:r>
              <w:rPr>
                <w:b/>
                <w:color w:val="378610"/>
              </w:rPr>
              <w:t>Low</w:t>
            </w:r>
          </w:p>
        </w:tc>
        <w:tc>
          <w:tcPr>
            <w:tcW w:w="3024" w:type="dxa"/>
          </w:tcPr>
          <w:p w14:paraId="30B96165" w14:textId="77777777" w:rsidR="001C4B22" w:rsidRDefault="00000000">
            <w:r>
              <w:rPr/>
              <w:t>BGS 1:625,000 geological mapping (formation analysis)</w:t>
            </w:r>
          </w:p>
        </w:tc>
      </w:tr>
      <w:tr w:rsidR="001C4B22" w14:paraId="6D15A8BC" w14:textId="77777777">
        <w:tc>
          <w:tcPr>
            <w:tcW w:w="3024" w:type="dxa"/>
          </w:tcPr>
          <w:p w14:paraId="16FAFDCF" w14:textId="77777777" w:rsidR="001C4B22" w:rsidRDefault="00000000">
            <w:r>
              <w:t>Shrink-Swell Clays</w:t>
            </w:r>
          </w:p>
        </w:tc>
        <w:tc>
          <w:tcPr>
            <w:tcW w:w="3024" w:type="dxa"/>
            <w:shd w:val="clear" w:color="auto" w:fill="E2EFDA"/>
          </w:tcPr>
          <w:p w14:paraId="35E7A306" w14:textId="77777777" w:rsidR="001C4B22" w:rsidRDefault="00000000">
            <w:r>
              <w:rPr>
                <w:b/>
                <w:color w:val="378610"/>
              </w:rPr>
              <w:t>Low</w:t>
            </w:r>
          </w:p>
        </w:tc>
        <w:tc>
          <w:tcPr>
            <w:tcW w:w="3024" w:type="dxa"/>
          </w:tcPr>
          <w:p w14:paraId="1265F932" w14:textId="77777777" w:rsidR="001C4B22" w:rsidRDefault="00000000">
            <w:r>
              <w:rPr/>
              <w:t>BGS 1:625,000 geological mapping (formation analysis)</w:t>
            </w:r>
          </w:p>
        </w:tc>
      </w:tr>
      <w:tr w:rsidR="001C4B22" w14:paraId="01B49894" w14:textId="77777777">
        <w:tc>
          <w:tcPr>
            <w:tcW w:w="3024" w:type="dxa"/>
          </w:tcPr>
          <w:p w14:paraId="72F72FA0" w14:textId="77777777" w:rsidR="001C4B22" w:rsidRDefault="00000000">
            <w:r>
              <w:t>Slope Instability</w:t>
            </w:r>
          </w:p>
        </w:tc>
        <w:tc>
          <w:tcPr>
            <w:tcW w:w="3024" w:type="dxa"/>
            <w:shd w:val="clear" w:color="auto" w:fill="E2EFDA"/>
          </w:tcPr>
          <w:p w14:paraId="0FEB0CBB" w14:textId="77777777" w:rsidR="001C4B22" w:rsidRDefault="00000000">
            <w:r>
              <w:rPr>
                <w:b/>
                <w:color w:val="378610"/>
              </w:rPr>
              <w:t>Low</w:t>
            </w:r>
          </w:p>
        </w:tc>
        <w:tc>
          <w:tcPr>
            <w:tcW w:w="3024" w:type="dxa"/>
          </w:tcPr>
          <w:p w14:paraId="4754224C" w14:textId="77777777" w:rsidR="001C4B22" w:rsidRDefault="00000000">
            <w:r>
              <w:rPr/>
              <w:t>BGS 1:625,000 geological mapping + EA LiDAR DTM</w:t>
            </w:r>
          </w:p>
        </w:tc>
      </w:tr>
      <w:tr w:rsidR="001C4B22" w14:paraId="0471F372" w14:textId="77777777">
        <w:tc>
          <w:tcPr>
            <w:tcW w:w="3024" w:type="dxa"/>
          </w:tcPr>
          <w:p w14:paraId="084E0683" w14:textId="77777777" w:rsidR="001C4B22" w:rsidRDefault="00000000">
            <w:r>
              <w:t>Dissolution Features</w:t>
            </w:r>
          </w:p>
        </w:tc>
        <w:tc>
          <w:tcPr>
            <w:tcW w:w="3024" w:type="dxa"/>
            <w:shd w:val="clear" w:color="auto" w:fill="FFE8CC"/>
          </w:tcPr>
          <w:p w14:paraId="345C9188" w14:textId="77777777" w:rsidR="001C4B22" w:rsidRDefault="00000000">
            <w:r>
              <w:rPr>
                <w:b/>
                <w:color w:val="FF7200"/>
              </w:rPr>
              <w:t>High</w:t>
            </w:r>
          </w:p>
        </w:tc>
        <w:tc>
          <w:tcPr>
            <w:tcW w:w="3024" w:type="dxa"/>
          </w:tcPr>
          <w:p w14:paraId="5E47D2E1" w14:textId="77777777" w:rsidR="001C4B22" w:rsidRDefault="00000000">
            <w:r>
              <w:rPr/>
              <w:t>BGS 1:625,000 geological mapping (formation analysis)</w:t>
            </w:r>
          </w:p>
        </w:tc>
      </w:tr>
      <w:tr w:rsidR="001C4B22" w14:paraId="2A96E974" w14:textId="77777777">
        <w:tc>
          <w:tcPr>
            <w:tcW w:w="3024" w:type="dxa"/>
          </w:tcPr>
          <w:p w14:paraId="22951536" w14:textId="77777777" w:rsidR="001C4B22" w:rsidRDefault="00000000">
            <w:r>
              <w:t>Made Ground</w:t>
            </w:r>
          </w:p>
        </w:tc>
        <w:tc>
          <w:tcPr>
            <w:tcW w:w="3024" w:type="dxa"/>
            <w:shd w:val="clear" w:color="auto" w:fill="E2EFDA"/>
          </w:tcPr>
          <w:p w14:paraId="4C5B8651" w14:textId="77777777" w:rsidR="001C4B22" w:rsidRDefault="00E74F8D">
            <w:r>
              <w:rPr>
                <w:b/>
                <w:color w:val="378610"/>
              </w:rPr>
              <w:t>Low</w:t>
            </w:r>
          </w:p>
        </w:tc>
        <w:tc>
          <w:tcPr>
            <w:tcW w:w="3024" w:type="dxa"/>
          </w:tcPr>
          <w:p w14:paraId="6E3CB920" w14:textId="77777777" w:rsidR="001C4B22" w:rsidRDefault="00000000">
            <w:r>
              <w:t>BGS Superficial Geology / Address context</w:t>
            </w:r>
          </w:p>
        </w:tc>
      </w:tr>
      <w:tr w:rsidR="001C4B22" w14:paraId="7ABCDC97" w14:textId="77777777">
        <w:tc>
          <w:tcPr>
            <w:tcW w:w="3024" w:type="dxa"/>
          </w:tcPr>
          <w:p w14:paraId="7A86BF1C" w14:textId="77777777" w:rsidR="001C4B22" w:rsidRDefault="00000000">
            <w:r>
              <w:t>River and Coastal Flood Risk</w:t>
            </w:r>
          </w:p>
        </w:tc>
        <w:tc>
          <w:tcPr>
            <w:tcW w:w="3024" w:type="dxa"/>
            <w:shd w:val="clear" w:color="auto" w:fill="E2EFDA"/>
          </w:tcPr>
          <w:p w14:paraId="1E5E8950" w14:textId="77777777" w:rsidR="001C4B22" w:rsidRDefault="00000000">
            <w:r>
              <w:rPr>
                <w:b/>
                <w:color w:val="378610"/>
              </w:rPr>
              <w:t>Low</w:t>
            </w:r>
          </w:p>
        </w:tc>
        <w:tc>
          <w:tcPr>
            <w:tcW w:w="3024" w:type="dxa"/>
          </w:tcPr>
          <w:p w14:paraId="2BC68A85" w14:textId="6D7AF11F" w:rsidR="001C4B22" w:rsidRDefault="00000000">
            <w:r>
              <w:t>EA Flood Map for Planning (Appendix D)</w:t>
            </w:r>
          </w:p>
        </w:tc>
      </w:tr>
      <w:tr w:rsidR="001C4B22" w14:paraId="2E53B575" w14:textId="77777777">
        <w:tc>
          <w:tcPr>
            <w:tcW w:w="3024" w:type="dxa"/>
          </w:tcPr>
          <w:p w14:paraId="3A67899D" w14:textId="77777777" w:rsidR="001C4B22" w:rsidRDefault="00000000">
            <w:r>
              <w:t>Surface Water Flood Risk</w:t>
            </w:r>
          </w:p>
        </w:tc>
        <w:tc>
          <w:tcPr>
            <w:tcW w:w="3024" w:type="dxa"/>
            <w:shd w:val="clear" w:color="auto" w:fill="FFE8CC"/>
          </w:tcPr>
          <w:p w14:paraId="31171025" w14:textId="77777777" w:rsidR="001C4B22" w:rsidRDefault="00000000">
            <w:r>
              <w:rPr>
                <w:b/>
                <w:color w:val="FF7200"/>
              </w:rPr>
              <w:t>High</w:t>
            </w:r>
          </w:p>
        </w:tc>
        <w:tc>
          <w:tcPr>
            <w:tcW w:w="3024" w:type="dxa"/>
          </w:tcPr>
          <w:p w14:paraId="5CD3398D" w14:textId="055396DF" w:rsidR="001C4B22" w:rsidRDefault="00000000">
            <w:r>
              <w:t>EA Risk of Flooding from Surface Water (RoFSW) (Appendix L)</w:t>
            </w:r>
          </w:p>
        </w:tc>
      </w:tr>
      <w:tr w:rsidR="001C4B22" w14:paraId="05BA0E55" w14:textId="77777777">
        <w:tc>
          <w:tcPr>
            <w:tcW w:w="3024" w:type="dxa"/>
          </w:tcPr>
          <w:p w14:paraId="5C651E2C" w14:textId="77777777" w:rsidR="001C4B22" w:rsidRDefault="00000000">
            <w:r>
              <w:t>Radon</w:t>
            </w:r>
          </w:p>
        </w:tc>
        <w:tc>
          <w:tcPr>
            <w:tcW w:w="3024" w:type="dxa"/>
            <w:shd w:val="clear" w:color="auto" w:fill="FFE0E0"/>
          </w:tcPr>
          <w:p w14:paraId="2E436191" w14:textId="77777777" w:rsidR="001C4B22" w:rsidRDefault="00E74F8D">
            <w:r>
              <w:rPr>
                <w:b/>
                <w:color w:val="C00000"/>
              </w:rPr>
              <w:t>Very High</w:t>
            </w:r>
          </w:p>
        </w:tc>
        <w:tc>
          <w:tcPr>
            <w:tcW w:w="3024" w:type="dxa"/>
          </w:tcPr>
          <w:p w14:paraId="6A02BA82" w14:textId="157F4F40" w:rsidR="001C4B22" w:rsidRDefault="00000000">
            <w:r>
              <w:t>BGS/UKHSA Radon Atlas (Appendix H)</w:t>
            </w:r>
          </w:p>
        </w:tc>
      </w:tr>
      <w:tr w:rsidR="001C4B22" w14:paraId="2CEA9FEF" w14:textId="77777777">
        <w:tc>
          <w:tcPr>
            <w:tcW w:w="3024" w:type="dxa"/>
          </w:tcPr>
          <w:p w14:paraId="4DC48515" w14:textId="77777777" w:rsidR="001C4B22" w:rsidRDefault="00000000">
            <w:r>
              <w:t>Ground Gas</w:t>
            </w:r>
          </w:p>
        </w:tc>
        <w:tc>
          <w:tcPr>
            <w:tcW w:w="3024" w:type="dxa"/>
            <w:shd w:val="clear" w:color="auto" w:fill="E2EFDA"/>
          </w:tcPr>
          <w:p w14:paraId="073244EF" w14:textId="77777777" w:rsidR="001C4B22" w:rsidRDefault="00E74F8D">
            <w:r>
              <w:rPr>
                <w:b/>
                <w:color w:val="378610"/>
              </w:rPr>
              <w:t>Low</w:t>
            </w:r>
          </w:p>
        </w:tc>
        <w:tc>
          <w:tcPr>
            <w:tcW w:w="3024" w:type="dxa"/>
          </w:tcPr>
          <w:p w14:paraId="2E8B312F" w14:textId="77777777" w:rsidR="001C4B22" w:rsidRDefault="00000000">
            <w:r>
              <w:t>EA Permitted + Historic Landfill (500m)</w:t>
            </w:r>
          </w:p>
        </w:tc>
      </w:tr>
      <w:tr w:rsidR="001C4B22" w14:paraId="24FACC2E" w14:textId="77777777">
        <w:tc>
          <w:tcPr>
            <w:tcW w:w="3024" w:type="dxa"/>
          </w:tcPr>
          <w:p w14:paraId="40064EB8" w14:textId="77777777" w:rsidR="001C4B22" w:rsidRDefault="00000000">
            <w:r>
              <w:t>Aggressive Ground</w:t>
            </w:r>
          </w:p>
        </w:tc>
        <w:tc>
          <w:tcPr>
            <w:tcW w:w="3024" w:type="dxa"/>
            <w:shd w:val="clear" w:color="auto" w:fill="FFF2CC"/>
          </w:tcPr>
          <w:p w14:paraId="4D06B9D7" w14:textId="77777777" w:rsidR="001C4B22" w:rsidRDefault="00000000">
            <w:r>
              <w:rPr>
                <w:b/>
                <w:color w:val="FF9C00"/>
              </w:rPr>
              <w:t>Medium</w:t>
            </w:r>
          </w:p>
        </w:tc>
        <w:tc>
          <w:tcPr>
            <w:tcW w:w="3024" w:type="dxa"/>
          </w:tcPr>
          <w:p w14:paraId="16145482" w14:textId="77777777" w:rsidR="001C4B22" w:rsidRDefault="00000000">
            <w:r>
              <w:t>BGS Geology / Formation lookup</w:t>
            </w:r>
          </w:p>
        </w:tc>
      </w:tr>
      <w:tr w:rsidR="001C4B22" w14:paraId="54E3AD13" w14:textId="77777777">
        <w:tc>
          <w:tcPr>
            <w:tcW w:w="3024" w:type="dxa"/>
          </w:tcPr>
          <w:p w14:paraId="5564451B" w14:textId="77777777" w:rsidR="001C4B22" w:rsidRDefault="00000000">
            <w:r>
              <w:t>Source Protection Zone</w:t>
            </w:r>
          </w:p>
        </w:tc>
        <w:tc>
          <w:tcPr>
            <w:tcW w:w="3024" w:type="dxa"/>
            <w:shd w:val="clear" w:color="auto" w:fill="F2F2F2"/>
          </w:tcPr>
          <w:p w14:paraId="02BBFEF8" w14:textId="77777777" w:rsidR="001C4B22" w:rsidRDefault="00000000">
            <w:r>
              <w:rPr>
                <w:b/>
                <w:color w:val="808080"/>
              </w:rPr>
              <w:t>Not identified</w:t>
            </w:r>
          </w:p>
        </w:tc>
        <w:tc>
          <w:tcPr>
            <w:tcW w:w="3024" w:type="dxa"/>
          </w:tcPr>
          <w:p w14:paraId="013121A0" w14:textId="3FE695DE" w:rsidR="001C4B22" w:rsidRDefault="001B5C10">
            <w:r>
              <w:t>EA Source Protection Zones mapping (Appendix M)</w:t>
            </w:r>
          </w:p>
        </w:tc>
      </w:tr>
    </w:tbl>
    <w:p w14:paraId="4477C917" w14:textId="77777777" w:rsidR="002D0B21" w:rsidRDefault="00000000">
      <w:pPr>
        <w:spacing w:before="40" w:after="80"/>
      </w:pPr>
      <w:r>
        <w:rPr>
          <w:i/>
          <w:iCs/>
          <w:color w:val="808080"/>
          <w:sz w:val="18"/>
          <w:szCs w:val="18"/>
        </w:rPr>
        <w:t>Note: Geohazard numbering follows the GeoScreen reference scheme. GH11 (Unexploded Ordnance) is not assessed in this Tier 1 report; this hazard will be incorporated in a future GeoScreen platform release.</w:t>
      </w:r>
    </w:p>
    <w:p w14:paraId="426A6307" w14:textId="77777777" w:rsidR="001C4B22" w:rsidRDefault="00000000">
      <w:pPr>
        <w:spacing w:before="160" w:after="80"/>
      </w:pPr>
      <w:r>
        <w:rPr>
          <w:b/>
        </w:rPr>
        <w:t>Recommendations</w:t>
      </w:r>
    </w:p>
    <w:p>
      <w:pPr>
        <w:pStyle w:val="Normal"/>
        <w:ind w:left="360" w:hanging="180"/>
      </w:pPr>
      <w:r>
        <w:rPr>
          <w:rFonts w:ascii="Arial" w:hAnsi="Arial"/>
          <w:sz w:val="20"/>
        </w:rPr>
        <w:t xml:space="preserve">–  Commission a specialist dissolution geohazard assessment to evaluate solution feature continuity, assess cavity risk, and inform foundation design for the residential development.</w:t>
      </w:r>
    </w:p>
    <w:p>
      <w:pPr>
        <w:pStyle w:val="Normal"/>
        <w:ind w:left="360" w:hanging="180"/>
      </w:pPr>
      <w:r>
        <w:rPr>
          <w:rFonts w:ascii="Arial" w:hAnsi="Arial"/>
          <w:sz w:val="20"/>
        </w:rPr>
        <w:t xml:space="preserve">–  Undertake ecological assessment to evaluate potential impacts on designated sites, including the Cotswolds AONB within 2km of the site.</w:t>
      </w:r>
    </w:p>
    <w:p>
      <w:pPr>
        <w:pStyle w:val="Normal"/>
        <w:ind w:left="360" w:hanging="180"/>
      </w:pPr>
      <w:r>
        <w:rPr>
          <w:rFonts w:ascii="Arial" w:hAnsi="Arial"/>
          <w:sz w:val="20"/>
        </w:rPr>
        <w:t xml:space="preserve">–  Commission a heritage impact assessment to evaluate potential effects on nearby heritage assets and inform design mitigation measures.</w:t>
      </w:r>
    </w:p>
    <w:p>
      <w:pPr>
        <w:pStyle w:val="Normal"/>
        <w:ind w:left="360" w:hanging="180"/>
      </w:pPr>
      <w:r>
        <w:rPr>
          <w:rFonts w:ascii="Arial" w:hAnsi="Arial"/>
          <w:sz w:val="20"/>
        </w:rPr>
        <w:t xml:space="preserve">–  Undertake an intrusive ground investigation in accordance with BS 5930:2015+A1:2020 to characterise ground conditions, assess bearing capacity, and inform foundation design; radon protective measures are likely to be required based on BR 211:2015 guidance, subject to confirmation during detailed design.</w:t>
      </w:r>
    </w:p>
    <w:p>
      <w:pPr>
        <w:pStyle w:val="Normal"/>
        <w:ind w:left="360" w:hanging="180"/>
      </w:pPr>
      <w:r>
        <w:rPr>
          <w:rFonts w:ascii="Arial" w:hAnsi="Arial"/>
          <w:sz w:val="20"/>
        </w:rPr>
        <w:t xml:space="preserve">–  Undertake a site walkover to identify surface features, verify desk-based findings, and inform the scope of further investigation works.</w:t>
      </w:r>
    </w:p>
    <w:p w14:paraId="3893F057" w14:textId="77777777" w:rsidR="001C4B22" w:rsidRDefault="00000000">
      <w:pPr>
        <w:spacing w:before="160" w:after="80"/>
      </w:pPr>
      <w:r>
        <w:rPr>
          <w:b/>
        </w:rPr>
        <w:t>Development Implications</w:t>
      </w:r>
    </w:p>
    <w:p>
      <w:pPr>
        <w:pStyle w:val="Normal"/>
      </w:pPr>
      <w:r>
        <w:rPr>
          <w:rFonts w:ascii="Arial" w:hAnsi="Arial"/>
          <w:sz w:val="20"/>
          <w:b/>
        </w:rPr>
        <w:t xml:space="preserve">Foundation type:</w:t>
      </w:r>
      <w:r>
        <w:rPr>
          <w:rFonts w:ascii="Arial" w:hAnsi="Arial"/>
          <w:sz w:val="20"/>
        </w:rPr>
        <w:t xml:space="preserve"> Shallow foundations may be suitable for lightly loaded residential structures subject to structural loading details and ground investigation confirmation; however, deeper or engineered solutions may be required in areas affected by dissolution features or elevated surface water flood risk, subject to confirmation by intrusive investigation.</w:t>
      </w:r>
    </w:p>
    <w:p>
      <w:pPr>
        <w:pStyle w:val="Normal"/>
      </w:pPr>
      <w:r>
        <w:rPr>
          <w:rFonts w:ascii="Arial" w:hAnsi="Arial"/>
          <w:sz w:val="20"/>
          <w:b/>
        </w:rPr>
        <w:t xml:space="preserve">Key cost risk:</w:t>
      </w:r>
      <w:r>
        <w:rPr>
          <w:rFonts w:ascii="Arial" w:hAnsi="Arial"/>
          <w:sz w:val="20"/>
        </w:rPr>
        <w:t xml:space="preserve"> Radon protective measures are likely to be required based on BR 211:2015 guidance (Very High), with additional cost implications from managing dissolution-related ground instability (High) and surface water flood risk mitigation (High).</w:t>
      </w:r>
    </w:p>
    <w:p>
      <w:pPr>
        <w:pStyle w:val="Normal"/>
      </w:pPr>
      <w:r>
        <w:rPr>
          <w:rFonts w:ascii="Arial" w:hAnsi="Arial"/>
          <w:sz w:val="20"/>
          <w:b/>
        </w:rPr>
        <w:t xml:space="preserve">Planning constraints:</w:t>
      </w:r>
      <w:r>
        <w:rPr>
          <w:rFonts w:ascii="Arial" w:hAnsi="Arial"/>
          <w:sz w:val="20"/>
        </w:rPr>
        <w:t xml:space="preserve"> Heritage assets identified within 500m — Heritage Impact Assessment may be required and early pre-application engagement with the LPA is recommended; Cotswolds AONB within 2km of the site — ecological assessment may be required.</w:t>
      </w:r>
    </w:p>
    <w:p>
      <w:pPr>
        <w:pStyle w:val="Normal"/>
      </w:pPr>
      <w:r>
        <w:rPr>
          <w:rFonts w:ascii="Arial" w:hAnsi="Arial"/>
          <w:sz w:val="20"/>
          <w:b/>
        </w:rPr>
        <w:t xml:space="preserve">Overall suitability:</w:t>
      </w:r>
      <w:r>
        <w:rPr>
          <w:rFonts w:ascii="Arial" w:hAnsi="Arial"/>
          <w:sz w:val="20"/>
        </w:rPr>
        <w:t xml:space="preserve"> Development is feasible subject to appropriate mitigation of the identified geotechnical risks, principally Dissolution Features, Surface Water Flood Risk, and Radon, and subject to confirmation by intrusive ground investigation.</w:t>
      </w:r>
    </w:p>
    <w:p w14:paraId="5629A8E7" w14:textId="77777777" w:rsidR="001C4B22" w:rsidRDefault="00000000">
      <w:r>
        <w:br w:type="page"/>
      </w:r>
    </w:p>
    <w:p w14:paraId="1741830F" w14:textId="77777777" w:rsidR="001C4B22" w:rsidRDefault="00000000">
      <w:pPr>
        <w:pStyle w:val="Heading1"/>
      </w:pPr>
      <w:r>
        <w:rPr>
          <w:color w:val="1F497D"/>
        </w:rPr>
        <w:lastRenderedPageBreak/>
        <w:t>1</w:t>
        <w:tab/>
        <w:t>INTRODUCTION</w:t>
      </w:r>
    </w:p>
    <w:p w14:paraId="474D8175" w14:textId="77777777" w:rsidR="001C4B22" w:rsidRDefault="00000000">
      <w:pPr>
        <w:pStyle w:val="Heading2"/>
      </w:pPr>
      <w:r>
        <w:rPr>
          <w:color w:val="1F497D"/>
        </w:rPr>
        <w:t>1.1</w:t>
        <w:tab/>
        <w:t>Scope and Purpose</w:t>
      </w:r>
    </w:p>
    <w:p w14:paraId="036C4963" w14:textId="77777777" w:rsidR="001C4B22" w:rsidRDefault="00000000">
      <w:r>
        <w:t>This preliminary ground risk screening report has been prepared for Magnum GSI in respect of land at BA1 2LY (hereafter referred to as 'the Site'). The report has been prepared by GeoScreen using automated interrogation of publicly available geotechnical and environmental datasets.</w:t>
      </w:r>
    </w:p>
    <w:p w14:paraId="6C48134F" w14:textId="77777777" w:rsidR="001C4B22" w:rsidRDefault="00000000">
      <w:r>
        <w:t>The purpose of this report is to provide a high-level, indicative assessment of the ground conditions, environmental constraints, and planning context relevant to the Site, based solely on a review of publicly available data. The report is intended to support early-stage site appraisal, land acquisition decisions, and pre-planning risk screening, and to inform the scope of any subsequent professional ground investigation or planning submission.</w:t>
      </w:r>
    </w:p>
    <w:p w14:paraId="2419AE52" w14:textId="77777777" w:rsidR="001C4B22" w:rsidRDefault="00000000">
      <w:r>
        <w:t>This assessment does not include intrusive ground investigation, physical site walkover, statutory environmental searches, or utilities searches. Accordingly, actual site conditions may differ from those described. A professional desk study prepared by a suitably qualified Chartered Geotechnical Engineer, followed by site-specific ground investigation, is recommended to inform design, planning, and construction decisions.</w:t>
      </w:r>
    </w:p>
    <w:p w14:paraId="08413391" w14:textId="77777777" w:rsidR="001C4B22" w:rsidRDefault="00000000">
      <w:pPr>
        <w:pStyle w:val="Heading2"/>
      </w:pPr>
      <w:r>
        <w:rPr>
          <w:color w:val="1F497D"/>
        </w:rPr>
        <w:t>1.2</w:t>
        <w:tab/>
        <w:t>Site Details</w:t>
      </w:r>
    </w:p>
    <w:p w14:paraId="486408DC" w14:textId="77777777" w:rsidR="001C4B22" w:rsidRDefault="00000000">
      <w:r>
        <w:t>The Site is located at BA1 2LY. The approximate OS National Grid Reference for the centre of the Site is Easting 374351, Northing 165474.</w:t>
      </w:r>
    </w:p>
    <w:p w14:paraId="40B4A8D4" w14:textId="77777777" w:rsidR="001C4B22" w:rsidRDefault="00000000">
      <w:pPr>
        <w:pStyle w:val="Heading2"/>
      </w:pPr>
      <w:r>
        <w:rPr>
          <w:color w:val="1F497D"/>
        </w:rPr>
        <w:t>1.3</w:t>
        <w:tab/>
        <w:t>Proposed Development</w:t>
      </w:r>
    </w:p>
    <w:p w14:paraId="6DBD9CBD" w14:textId="77777777" w:rsidR="001C4B22" w:rsidRDefault="00000000">
      <w:r>
        <w:t>Residential development</w:t>
      </w:r>
    </w:p>
    <w:p w14:paraId="1E32E2B1" w14:textId="77777777" w:rsidR="001C4B22" w:rsidRDefault="00000000">
      <w:pPr>
        <w:pStyle w:val="Heading2"/>
      </w:pPr>
      <w:r>
        <w:rPr>
          <w:color w:val="1F497D"/>
        </w:rPr>
        <w:t>1.4</w:t>
        <w:tab/>
        <w:t>Assessment Methodology</w:t>
      </w:r>
    </w:p>
    <w:p w14:paraId="212F66A9" w14:textId="77777777" w:rsidR="001C4B22" w:rsidRDefault="00000000">
      <w:r>
        <w:t>This report has been prepared by automated interrogation of publicly available digital datasets, including those listed in Section 4. Data was collected automatically from each source using the site's OS National Grid Reference as the search point. The findings have been interpreted using AI-assisted interpretation and structured report generation informed by applicable UK standards and guidance.</w:t>
      </w:r>
    </w:p>
    <w:p w14:paraId="32822A60" w14:textId="77777777" w:rsidR="00B01F77" w:rsidRDefault="00000000">
      <w:r>
        <w:t>Each geohazard is assigned a risk rating (Low, Medium, High, or Very High) and a data confidence level. Confidence levels reflect the reliability and completeness of the available data for the assessed geohazard, as defined in Table 2 below.</w:t>
      </w:r>
    </w:p>
    <w:p w14:paraId="46A07B91" w14:textId="77777777" w:rsidR="00B01F77" w:rsidRPr="00370E15" w:rsidRDefault="00000000" w:rsidP="00370E15">
      <w:pPr>
        <w:spacing w:before="120" w:after="40"/>
        <w:rPr>
          <w:b/>
          <w:i/>
        </w:rPr>
      </w:pPr>
      <w:r>
        <w:rPr>
          <w:b/>
          <w:i/>
        </w:rPr>
        <w:t>Table 1 – Geohazard Risk Rating Scale</w:t>
      </w:r>
    </w:p>
    <w:tbl>
      <w:tblPr>
        <w:tblStyle w:val="TableGrid"/>
        <w:tblW w:w="0" w:type="auto"/>
        <w:tblLook w:val="04A0" w:firstRow="1" w:lastRow="0" w:firstColumn="1" w:lastColumn="0" w:noHBand="0" w:noVBand="1"/>
      </w:tblPr>
      <w:tblGrid>
        <w:gridCol w:w="3020"/>
        <w:gridCol w:w="3021"/>
        <w:gridCol w:w="3021"/>
      </w:tblGrid>
      <w:tr w:rsidR="00B01F77" w14:paraId="20540D9B" w14:textId="77777777" w:rsidTr="00957F57">
        <w:tc>
          <w:tcPr>
            <w:tcW w:w="3024" w:type="dxa"/>
            <w:shd w:val="clear" w:color="auto" w:fill="DBE5F1" w:themeFill="accent1" w:themeFillTint="33"/>
          </w:tcPr>
          <w:p w14:paraId="15B14996" w14:textId="77777777" w:rsidR="00B01F77" w:rsidRDefault="00000000">
            <w:r>
              <w:rPr>
                <w:b/>
              </w:rPr>
              <w:t>Risk Rating</w:t>
            </w:r>
          </w:p>
        </w:tc>
        <w:tc>
          <w:tcPr>
            <w:tcW w:w="3024" w:type="dxa"/>
            <w:shd w:val="clear" w:color="auto" w:fill="DBE5F1" w:themeFill="accent1" w:themeFillTint="33"/>
          </w:tcPr>
          <w:p w14:paraId="4D60C626" w14:textId="77777777" w:rsidR="00B01F77" w:rsidRDefault="00000000">
            <w:r>
              <w:rPr>
                <w:b/>
              </w:rPr>
              <w:t>Description</w:t>
            </w:r>
          </w:p>
        </w:tc>
        <w:tc>
          <w:tcPr>
            <w:tcW w:w="3024" w:type="dxa"/>
            <w:shd w:val="clear" w:color="auto" w:fill="DBE5F1" w:themeFill="accent1" w:themeFillTint="33"/>
          </w:tcPr>
          <w:p w14:paraId="149E84A9" w14:textId="77777777" w:rsidR="00B01F77" w:rsidRDefault="00000000">
            <w:r>
              <w:rPr>
                <w:b/>
              </w:rPr>
              <w:t>Development Implication</w:t>
            </w:r>
          </w:p>
        </w:tc>
      </w:tr>
      <w:tr w:rsidR="00B01F77" w14:paraId="7B462A27" w14:textId="77777777">
        <w:tc>
          <w:tcPr>
            <w:tcW w:w="3024" w:type="dxa"/>
            <w:shd w:val="clear" w:color="auto" w:fill="FFE0E0"/>
            <w:shd w:val="clear" w:color="auto" w:fill="FFE0E0"/>
          </w:tcPr>
          <w:p w14:paraId="539AAE5A" w14:textId="77777777" w:rsidR="00B01F77" w:rsidRDefault="00000000">
            <w:r>
              <w:rPr>
                <w:b/>
                <w:color w:val="C00000"/>
              </w:rPr>
              <w:t>Very High</w:t>
            </w:r>
          </w:p>
        </w:tc>
        <w:tc>
          <w:tcPr>
            <w:tcW w:w="3024" w:type="dxa"/>
          </w:tcPr>
          <w:p w14:paraId="701F91A0" w14:textId="77777777" w:rsidR="00B01F77" w:rsidRDefault="00000000">
            <w:r>
              <w:t>A major geohazard has been identified at or close to the site. The hazard presents a significant constraint to development based on available data.</w:t>
            </w:r>
          </w:p>
        </w:tc>
        <w:tc>
          <w:tcPr>
            <w:tcW w:w="3024" w:type="dxa"/>
          </w:tcPr>
          <w:p w14:paraId="0622ACA7" w14:textId="77777777" w:rsidR="00B01F77" w:rsidRDefault="00000000">
            <w:r>
              <w:t>Comprehensive ground investigation and specialist assessment required. Significant design mitigation or planning constraint is anticipated.</w:t>
            </w:r>
          </w:p>
        </w:tc>
      </w:tr>
      <w:tr w:rsidR="00B01F77" w14:paraId="0B959EA7" w14:textId="77777777">
        <w:tc>
          <w:tcPr>
            <w:tcW w:w="3024" w:type="dxa"/>
            <w:shd w:val="clear" w:color="auto" w:fill="FFE8CC"/>
            <w:shd w:val="clear" w:color="auto" w:fill="FFE8CC"/>
          </w:tcPr>
          <w:p w14:paraId="4DCC0FCE" w14:textId="77777777" w:rsidR="00B01F77" w:rsidRDefault="00000000">
            <w:r>
              <w:rPr>
                <w:b/>
                <w:color w:val="FF7200"/>
              </w:rPr>
              <w:t>High</w:t>
            </w:r>
          </w:p>
        </w:tc>
        <w:tc>
          <w:tcPr>
            <w:tcW w:w="3024" w:type="dxa"/>
          </w:tcPr>
          <w:p w14:paraId="28873292" w14:textId="77777777" w:rsidR="00B01F77" w:rsidRDefault="00000000">
            <w:r>
              <w:t>A significant geohazard has been identified that is likely to affect the development and requires further investigation.</w:t>
            </w:r>
          </w:p>
        </w:tc>
        <w:tc>
          <w:tcPr>
            <w:tcW w:w="3024" w:type="dxa"/>
          </w:tcPr>
          <w:p w14:paraId="65ABD19F" w14:textId="77777777" w:rsidR="00B01F77" w:rsidRDefault="00000000">
            <w:r>
              <w:t>Targeted ground investigation and specialist assessment required. Design mitigation measures should be anticipated.</w:t>
            </w:r>
          </w:p>
        </w:tc>
      </w:tr>
      <w:tr w:rsidR="00B01F77" w14:paraId="3CD8EA80" w14:textId="77777777">
        <w:tc>
          <w:tcPr>
            <w:tcW w:w="3024" w:type="dxa"/>
            <w:shd w:val="clear" w:color="auto" w:fill="FFF2CC"/>
            <w:shd w:val="clear" w:color="auto" w:fill="FFF2CC"/>
          </w:tcPr>
          <w:p w14:paraId="05F410A3" w14:textId="77777777" w:rsidR="00B01F77" w:rsidRDefault="00000000">
            <w:r>
              <w:rPr>
                <w:b/>
                <w:color w:val="FF9C00"/>
              </w:rPr>
              <w:t>Medium</w:t>
            </w:r>
          </w:p>
        </w:tc>
        <w:tc>
          <w:tcPr>
            <w:tcW w:w="3024" w:type="dxa"/>
          </w:tcPr>
          <w:p w14:paraId="7F2EF7E1" w14:textId="77777777" w:rsidR="00B01F77" w:rsidRDefault="00000000">
            <w:r>
              <w:t>A geohazard has been identified that may influence the development. Further assessment during detailed design is recommended.</w:t>
            </w:r>
          </w:p>
        </w:tc>
        <w:tc>
          <w:tcPr>
            <w:tcW w:w="3024" w:type="dxa"/>
          </w:tcPr>
          <w:p w14:paraId="47E87B8F" w14:textId="77777777" w:rsidR="00B01F77" w:rsidRDefault="00000000">
            <w:r>
              <w:t>Mitigation measures may be required; targeted investigation or specialist assessment is advised.</w:t>
            </w:r>
          </w:p>
        </w:tc>
      </w:tr>
      <w:tr w:rsidR="00B01F77" w14:paraId="07F7171A" w14:textId="77777777">
        <w:tc>
          <w:tcPr>
            <w:tcW w:w="3024" w:type="dxa"/>
            <w:shd w:val="clear" w:color="auto" w:fill="E2EFDA"/>
            <w:shd w:val="clear" w:color="auto" w:fill="E2EFDA"/>
          </w:tcPr>
          <w:p w14:paraId="68A90A43" w14:textId="77777777" w:rsidR="00B01F77" w:rsidRDefault="00000000">
            <w:r>
              <w:rPr>
                <w:b/>
                <w:color w:val="378610"/>
              </w:rPr>
              <w:t>Low</w:t>
            </w:r>
          </w:p>
        </w:tc>
        <w:tc>
          <w:tcPr>
            <w:tcW w:w="3024" w:type="dxa"/>
          </w:tcPr>
          <w:p w14:paraId="37FB9D68" w14:textId="77777777" w:rsidR="00B01F77" w:rsidRDefault="00000000">
            <w:r>
              <w:t xml:space="preserve">No significant geohazard has been identified from available data. The hazard is unlikely to materially affect development, </w:t>
              <w:lastRenderedPageBreak/>
              <w:t>subject to confirmation by ground investigation.</w:t>
            </w:r>
          </w:p>
        </w:tc>
        <w:tc>
          <w:tcPr>
            <w:tcW w:w="3024" w:type="dxa"/>
          </w:tcPr>
          <w:p w14:paraId="4AD27C4B" w14:textId="77777777" w:rsidR="00B01F77" w:rsidRDefault="00000000">
            <w:r>
              <w:lastRenderedPageBreak/>
              <w:t>No specific mitigation measures are anticipated at this stage; standard design approaches are likely to be suitable.</w:t>
            </w:r>
          </w:p>
        </w:tc>
      </w:tr>
    </w:tbl>
    <w:p w14:paraId="2D3DE95C" w14:textId="77777777" w:rsidR="00B01F77" w:rsidRPr="00370E15" w:rsidRDefault="00000000" w:rsidP="00370E15">
      <w:pPr>
        <w:spacing w:before="120" w:after="40"/>
        <w:rPr>
          <w:b/>
          <w:i/>
        </w:rPr>
      </w:pPr>
      <w:r>
        <w:rPr>
          <w:b/>
          <w:i/>
        </w:rPr>
        <w:t>Table 2 – Data Confidence Levels</w:t>
      </w:r>
    </w:p>
    <w:tbl>
      <w:tblPr>
        <w:tblStyle w:val="TableGrid"/>
        <w:tblW w:w="0" w:type="auto"/>
        <w:tblLook w:val="04A0" w:firstRow="1" w:lastRow="0" w:firstColumn="1" w:lastColumn="0" w:noHBand="0" w:noVBand="1"/>
      </w:tblPr>
      <w:tblGrid>
        <w:gridCol w:w="4531"/>
        <w:gridCol w:w="4531"/>
      </w:tblGrid>
      <w:tr w:rsidR="00B01F77" w14:paraId="696F329E" w14:textId="77777777" w:rsidTr="00957F57">
        <w:tc>
          <w:tcPr>
            <w:tcW w:w="4536" w:type="dxa"/>
            <w:shd w:val="clear" w:color="auto" w:fill="DBE5F1" w:themeFill="accent1" w:themeFillTint="33"/>
          </w:tcPr>
          <w:p w14:paraId="3B2E28A4" w14:textId="77777777" w:rsidR="00B01F77" w:rsidRDefault="00000000">
            <w:r>
              <w:rPr>
                <w:b/>
                <w:sz w:val="18"/>
              </w:rPr>
              <w:t>Confidence Level</w:t>
            </w:r>
          </w:p>
        </w:tc>
        <w:tc>
          <w:tcPr>
            <w:tcW w:w="4536" w:type="dxa"/>
            <w:shd w:val="clear" w:color="auto" w:fill="DBE5F1" w:themeFill="accent1" w:themeFillTint="33"/>
          </w:tcPr>
          <w:p w14:paraId="74D9FA96" w14:textId="77777777" w:rsidR="00B01F77" w:rsidRDefault="00000000">
            <w:r>
              <w:rPr>
                <w:b/>
                <w:sz w:val="18"/>
              </w:rPr>
              <w:t>Definition</w:t>
            </w:r>
          </w:p>
        </w:tc>
      </w:tr>
      <w:tr w:rsidR="00B01F77" w14:paraId="5A842E67" w14:textId="77777777">
        <w:tc>
          <w:tcPr>
            <w:tcW w:w="4536" w:type="dxa"/>
            <w:shd w:val="clear" w:color="auto" w:fill="E2EFDA"/>
            <w:shd w:val="clear" w:color="auto" w:fill="FFE8CC"/>
            <w:shd w:val="clear" w:color="auto" w:fill="E2EFDA"/>
          </w:tcPr>
          <w:p w14:paraId="69F5C76A" w14:textId="77777777" w:rsidR="00B01F77" w:rsidRDefault="00000000">
            <w:r>
              <w:rPr>
                <w:b/>
                <w:color w:val="378610"/>
                <w:sz w:val="18"/>
              </w:rPr>
              <w:t>High</w:t>
            </w:r>
          </w:p>
        </w:tc>
        <w:tc>
          <w:tcPr>
            <w:tcW w:w="4536" w:type="dxa"/>
          </w:tcPr>
          <w:p w14:paraId="14F01C8E" w14:textId="77777777" w:rsidR="00B01F77" w:rsidRDefault="00000000">
            <w:r>
              <w:rPr>
                <w:sz w:val="18"/>
              </w:rPr>
              <w:t>Multiple corroborating data sources; data returned successfully from API; formation or constraint well characterised in national datasets.</w:t>
            </w:r>
          </w:p>
        </w:tc>
      </w:tr>
      <w:tr w:rsidR="00B01F77" w14:paraId="0EAD32C9" w14:textId="77777777">
        <w:tc>
          <w:tcPr>
            <w:tcW w:w="4536" w:type="dxa"/>
            <w:shd w:val="clear" w:color="auto" w:fill="FFF2CC"/>
            <w:shd w:val="clear" w:color="auto" w:fill="FFF2CC"/>
            <w:shd w:val="clear" w:color="auto" w:fill="FFF2CC"/>
          </w:tcPr>
          <w:p w14:paraId="1BF515D0" w14:textId="77777777" w:rsidR="00B01F77" w:rsidRDefault="00000000">
            <w:r>
              <w:rPr>
                <w:b/>
                <w:color w:val="FF9C00"/>
                <w:sz w:val="18"/>
              </w:rPr>
              <w:t>Medium</w:t>
            </w:r>
          </w:p>
        </w:tc>
        <w:tc>
          <w:tcPr>
            <w:tcW w:w="4536" w:type="dxa"/>
          </w:tcPr>
          <w:p w14:paraId="245291B9" w14:textId="77777777" w:rsidR="00B01F77" w:rsidRDefault="00000000">
            <w:r>
              <w:rPr>
                <w:sz w:val="18"/>
              </w:rPr>
              <w:t>Single primary data source; partial data available; some interpretation assumptions required; formation boundary may be uncertain.</w:t>
            </w:r>
          </w:p>
        </w:tc>
      </w:tr>
      <w:tr w:rsidR="00B01F77" w14:paraId="0BB967F3" w14:textId="77777777">
        <w:tc>
          <w:tcPr>
            <w:tcW w:w="4536" w:type="dxa"/>
            <w:shd w:val="clear" w:color="auto" w:fill="FFE8CC"/>
            <w:shd w:val="clear" w:color="auto" w:fill="E2EFDA"/>
            <w:shd w:val="clear" w:color="auto" w:fill="FFE8CC"/>
          </w:tcPr>
          <w:p w14:paraId="258214ED" w14:textId="77777777" w:rsidR="00B01F77" w:rsidRDefault="00000000">
            <w:r>
              <w:rPr>
                <w:b/>
                <w:color w:val="FF7200"/>
                <w:sz w:val="18"/>
              </w:rPr>
              <w:t>Low</w:t>
            </w:r>
          </w:p>
        </w:tc>
        <w:tc>
          <w:tcPr>
            <w:tcW w:w="4536" w:type="dxa"/>
          </w:tcPr>
          <w:p w14:paraId="0A697BA7" w14:textId="77777777" w:rsidR="00B01F77" w:rsidRDefault="00000000">
            <w:r>
              <w:rPr>
                <w:sz w:val="18"/>
              </w:rPr>
              <w:t>Limited data available; API query returned no data or failed; significant uncertainty in the basis of the assessment.</w:t>
            </w:r>
          </w:p>
        </w:tc>
      </w:tr>
    </w:tbl>
    <w:p w14:paraId="62D5842E" w14:textId="77777777" w:rsidR="001C4B22" w:rsidRDefault="00000000">
      <w:r>
        <w:br w:type="page"/>
      </w:r>
    </w:p>
    <w:p w14:paraId="343CCDAD" w14:textId="77777777" w:rsidR="001C4B22" w:rsidRDefault="00000000">
      <w:pPr>
        <w:pStyle w:val="Heading1"/>
      </w:pPr>
      <w:r>
        <w:rPr>
          <w:color w:val="1F497D"/>
        </w:rPr>
        <w:lastRenderedPageBreak/>
        <w:t>2</w:t>
        <w:tab/>
        <w:t>SITE SETTING</w:t>
      </w:r>
    </w:p>
    <w:p w14:paraId="1BAB2E15" w14:textId="77777777" w:rsidR="001C4B22" w:rsidRDefault="00000000">
      <w:pPr>
        <w:pStyle w:val="Heading2"/>
      </w:pPr>
      <w:r>
        <w:rPr>
          <w:color w:val="1F497D"/>
        </w:rPr>
        <w:t>2.1</w:t>
        <w:tab/>
        <w:t>Location and Topography</w:t>
      </w:r>
    </w:p>
    <w:p>
      <w:pPr>
        <w:pStyle w:val="Normal"/>
      </w:pPr>
      <w:r>
        <w:rPr>
          <w:rFonts w:ascii="Arial" w:hAnsi="Arial"/>
          <w:sz w:val="20"/>
        </w:rPr>
        <w:t xml:space="preserve">2.1.1	The site is located at BA1 2LY, centred on Ordnance Survey National Grid Reference E374351 N165474 (latitude 51.38772, longitude -2.36999). The site lies within the administrative area of Bath and North East Somerset Council, which serves as the Local Planning Authority for planning and development control purposes.</w:t>
      </w:r>
    </w:p>
    <w:p>
      <w:pPr>
        <w:pStyle w:val="Normal"/>
      </w:pPr>
      <w:r>
        <w:rPr>
          <w:rFonts w:ascii="Arial" w:hAnsi="Arial"/>
          <w:sz w:val="20"/>
        </w:rPr>
        <w:t xml:space="preserve">2.1.2	The site occupies sloping terrain within the broader landscape of the Bath area, which is characterised by the incised valley of the River Avon and surrounding elevated ground formed by Jurassic limestone escarpments. The local topography reflects the interaction between fluvial processes and the underlying bedrock geology, with the city historically developed across valley slopes and terraced ground. The site's sloping setting may present implications for surface water drainage and foundation design, which are addressed in subsequent sections of this report.</w:t>
      </w:r>
    </w:p>
    <w:p>
      <w:pPr>
        <w:pStyle w:val="Normal"/>
      </w:pPr>
      <w:r>
        <w:rPr>
          <w:rFonts w:ascii="Arial" w:hAnsi="Arial"/>
          <w:sz w:val="20"/>
        </w:rPr>
        <w:t xml:space="preserve">2.1.3	Desk-based review of current Ordnance Survey mapping indicates that the site is situated within an established urban area. The immediate surroundings include Ring Common Allotments approximately 100m to the west, established by the 1919–1947 mapping period and continuing to the present. Royal Victoria Park, a large public park, is located approximately 200m to the southwest. High Common, an area of common land present throughout all historical mapping periods, lies approximately 300m to the north. A railway line is present approximately 300m to the southeast, and the River Avon is located approximately 400m to the south. This description is based on desk study mapping review only; no site walkover has been undertaken as part of this preliminary assessment.</w:t>
      </w:r>
    </w:p>
    <w:p w14:paraId="561D69AC" w14:textId="77777777" w:rsidR="001C4B22" w:rsidRDefault="00000000">
      <w:r>
        <w:br w:type="page"/>
      </w:r>
    </w:p>
    <w:p w14:paraId="416BBFEE" w14:textId="77777777" w:rsidR="001C4B22" w:rsidRDefault="00000000">
      <w:pPr>
        <w:pStyle w:val="Heading1"/>
      </w:pPr>
      <w:r>
        <w:rPr>
          <w:color w:val="1F497D"/>
        </w:rPr>
        <w:lastRenderedPageBreak/>
        <w:t>3</w:t>
        <w:tab/>
        <w:t>PLANNING CONTEXT</w:t>
      </w:r>
    </w:p>
    <w:p w14:paraId="5DAEDC22" w14:textId="77777777" w:rsidR="001C4B22" w:rsidRDefault="00000000">
      <w:pPr>
        <w:pStyle w:val="Heading2"/>
      </w:pPr>
      <w:r>
        <w:rPr>
          <w:color w:val="1F497D"/>
        </w:rPr>
        <w:t>3.1</w:t>
        <w:tab/>
        <w:t>Local Planning Authority</w:t>
      </w:r>
    </w:p>
    <w:p w14:paraId="183FF9EB" w14:textId="77777777" w:rsidR="001C4B22" w:rsidRDefault="00000000">
      <w:r>
        <w:t>Planning decisions at the Site are made by Bath and North East Somerset Council, which acts as the Local Planning Authority (LPA) for the area.</w:t>
      </w:r>
    </w:p>
    <w:tbl>
      <w:tblPr>
        <w:tblStyle w:val="TableGrid"/>
        <w:tblW w:w="0" w:type="auto"/>
        <w:tblLook w:val="04A0" w:firstRow="1" w:lastRow="0" w:firstColumn="1" w:lastColumn="0" w:noHBand="0" w:noVBand="1"/>
      </w:tblPr>
      <w:tblGrid>
        <w:gridCol w:w="4531"/>
        <w:gridCol w:w="4531"/>
      </w:tblGrid>
      <w:tr w:rsidR="001C4B22" w14:paraId="67B1C594" w14:textId="77777777">
        <w:tc>
          <w:tcPr>
            <w:tcW w:w="4536" w:type="dxa"/>
          </w:tcPr>
          <w:p w14:paraId="69635F9F" w14:textId="77777777" w:rsidR="001C4B22" w:rsidRDefault="00000000">
            <w:r>
              <w:rPr>
                <w:b/>
              </w:rPr>
              <w:t>LPA Name</w:t>
            </w:r>
          </w:p>
        </w:tc>
        <w:tc>
          <w:tcPr>
            <w:tcW w:w="4536" w:type="dxa"/>
          </w:tcPr>
          <w:p w14:paraId="245839E5" w14:textId="77777777" w:rsidR="001C4B22" w:rsidRDefault="00000000">
            <w:r>
              <w:t>Bath and North East Somerset Council</w:t>
            </w:r>
          </w:p>
        </w:tc>
      </w:tr>
      <w:tr w:rsidR="001C4B22" w14:paraId="4E0A442E" w14:textId="77777777">
        <w:tc>
          <w:tcPr>
            <w:tcW w:w="4536" w:type="dxa"/>
          </w:tcPr>
          <w:p w14:paraId="29F5B23B" w14:textId="77777777" w:rsidR="001C4B22" w:rsidRDefault="00000000">
            <w:r>
              <w:rPr>
                <w:b/>
              </w:rPr>
              <w:t>Planning portal</w:t>
            </w:r>
          </w:p>
        </w:tc>
        <w:tc>
          <w:tcPr>
            <w:tcW w:w="4536" w:type="dxa"/>
          </w:tcPr>
          <w:p w14:paraId="51C357C0" w14:textId="77777777" w:rsidR="001C4B22" w:rsidRDefault="00000000">
            <w:r>
              <w:t>https://www.planningportal.co.uk</w:t>
            </w:r>
          </w:p>
        </w:tc>
      </w:tr>
      <w:tr w:rsidR="001C4B22" w14:paraId="5EC37294" w14:textId="77777777">
        <w:tc>
          <w:tcPr>
            <w:tcW w:w="4536" w:type="dxa"/>
          </w:tcPr>
          <w:p w14:paraId="7AE673F8" w14:textId="77777777" w:rsidR="001C4B22" w:rsidRDefault="00000000">
            <w:r>
              <w:rPr>
                <w:b/>
              </w:rPr>
              <w:t>General enquiries</w:t>
            </w:r>
          </w:p>
        </w:tc>
        <w:tc>
          <w:tcPr>
            <w:tcW w:w="4536" w:type="dxa"/>
          </w:tcPr>
          <w:p w14:paraId="75FBFA6F" w14:textId="77777777" w:rsidR="001C4B22" w:rsidRDefault="00000000">
            <w:r>
              <w:t>Contact via LPA website</w:t>
            </w:r>
          </w:p>
        </w:tc>
      </w:tr>
    </w:tbl>
    <w:p w14:paraId="0B0F7428" w14:textId="77777777" w:rsidR="001C4B22" w:rsidRDefault="001C4B22"/>
    <w:p w14:paraId="6AE7D495" w14:textId="77777777" w:rsidR="001C4B22" w:rsidRDefault="00000000">
      <w:r>
        <w:rPr>
          <w:i/>
        </w:rPr>
        <w:t>Note: LPA contact details should be verified directly via the planning portal before submission of any pre-application enquiry or planning application.</w:t>
      </w:r>
    </w:p>
    <w:p>
      <w:pPr>
        <w:pStyle w:val="Normal"/>
      </w:pPr>
      <w:r>
        <w:rPr>
          <w:rFonts w:ascii="Arial" w:hAnsi="Arial"/>
          <w:sz w:val="20"/>
        </w:rPr>
        <w:t xml:space="preserve">3.1.1	The National Planning Policy Framework (NPPF) 2023 establishes the policy context for development proposals in England. Chapter 16 (Conserving and enhancing the historic environment) is directly relevant given the presence of 50 listed buildings within 500m of the site, including four Grade I and four Grade II* structures. Chapter 15 (Conserving and enhancing the natural environment) applies due to the proximity of the Cotswolds Area of Outstanding Natural Beauty (AONB) within 2km of the site. Paragraph 189 of the NPPF requires that planning applications are supported by adequate ground condition information, particularly where a site is affected by land stability or contamination issues, or where development may affect natural or heritage assets through changes in ground conditions.</w:t>
      </w:r>
    </w:p>
    <w:p>
      <w:pPr>
        <w:pStyle w:val="Normal"/>
      </w:pPr>
      <w:r>
        <w:rPr>
          <w:rFonts w:ascii="Arial" w:hAnsi="Arial"/>
          <w:sz w:val="20"/>
        </w:rPr>
        <w:t xml:space="preserve">3.1.2	Bath and North East Somerset Council, as the Local Planning Authority, may require a range of technical assessments as part of the planning process, subject to confirmation through pre-application consultation. A Heritage Impact Assessment may be required given the density and significance of listed buildings in the surrounding area, including the Grade I listed Royal Crescent. An Ecological Appraisal or Habitat Survey may be required to assess potential impacts on the Cotswolds AONB within 2km of the site. A professional desk study report and intrusive ground investigation will be required for planning purposes to demonstrate that the site is suitable for the proposed residential development and to inform foundation design, drainage strategy, and construction methodology. Early engagement with the Local Planning Authority is recommended to confirm the scope of technical documentation required for this site.</w:t>
      </w:r>
    </w:p>
    <w:p w14:paraId="104B425D" w14:textId="77777777" w:rsidR="001C4B22" w:rsidRDefault="00000000">
      <w:pPr>
        <w:pStyle w:val="Heading2"/>
      </w:pPr>
      <w:r>
        <w:rPr>
          <w:color w:val="1F497D"/>
        </w:rPr>
        <w:t>3.2</w:t>
        <w:tab/>
        <w:t>Heritage Designations</w:t>
      </w:r>
    </w:p>
    <w:p>
      <w:pPr>
        <w:pStyle w:val="Normal"/>
      </w:pPr>
      <w:r>
        <w:rPr>
          <w:rFonts w:ascii="Arial" w:hAnsi="Arial"/>
          <w:sz w:val="20"/>
        </w:rPr>
        <w:t xml:space="preserve">3.2.1	Historic England National Heritage List for England (NHLE) open data indicates that 50 listed buildings are recorded within 500m of the site, comprising 4 Grade I, 4 Grade II*, and 42 Grade II listed buildings. No scheduled monuments are recorded within 500m, and no World Heritage Sites are recorded within 5km. No conservation areas are recorded within 500m of the site. Data confidence is assessed as high.</w:t>
      </w:r>
    </w:p>
    <w:p>
      <w:pPr>
        <w:pStyle w:val="Normal"/>
      </w:pPr>
      <w:r>
        <w:rPr>
          <w:rFonts w:ascii="Arial" w:hAnsi="Arial"/>
          <w:sz w:val="20"/>
        </w:rPr>
        <w:t xml:space="preserve">3.2.2	The presence of designated heritage assets within 500m of the site means that development proposals must be considered in the context of NPPF Chapter 16 (Conserving and enhancing the historic environment). The planning authority will require an assessment of potential impacts on the setting of nearby listed buildings, particularly given the presence of Grade I and Grade II* assets. A Heritage Impact Assessment is likely to be required to support planning submissions, addressing visual impacts, changes to setting, and any indirect effects on the significance of designated assets. Early consultation with the local planning authority conservation officer is recommended to establish the scope and detail of heritage assessment required.</w:t>
      </w:r>
    </w:p>
    <w:p>
      <w:pPr>
        <w:pStyle w:val="Normal"/>
      </w:pPr>
      <w:r>
        <w:rPr>
          <w:rFonts w:ascii="Arial" w:hAnsi="Arial"/>
          <w:sz w:val="20"/>
        </w:rPr>
        <w:t xml:space="preserve">3.2.3	The 4 Grade I listed buildings within 500m include Nos. 1-30, Royal Crescent, Nos. 38-45 (Consec) And Attached Railings, and Nos 1-15 (Consec) And Attached Railings. Grade I designation indicates buildings of exceptional interest, and the planning authority will give considerable weight to their preservation and setting. The 4 Grade II* listed buildings within 500m are of more than special interest and represent a further material consideration in planning terms. Any residential development proposals must demonstrate that impacts on the setting and significance of these high-grade heritage assets have been carefully assessed and appropriately mitigated through design, layout, and landscaping measures.</w:t>
      </w:r>
    </w:p>
    <w:p w14:paraId="248D6C6C" w14:textId="77777777" w:rsidR="001C4B22" w:rsidRDefault="00000000">
      <w:pPr>
        <w:pStyle w:val="Heading2"/>
      </w:pPr>
      <w:r>
        <w:rPr>
          <w:color w:val="1F497D"/>
        </w:rPr>
        <w:t>3.3</w:t>
        <w:tab/>
        <w:t>Ecological Designations</w:t>
      </w:r>
    </w:p>
    <w:p>
      <w:pPr>
        <w:pStyle w:val="Normal"/>
      </w:pPr>
      <w:r>
        <w:rPr>
          <w:rFonts w:ascii="Arial" w:hAnsi="Arial"/>
          <w:sz w:val="20"/>
        </w:rPr>
        <w:t xml:space="preserve">3.3.1	A desk-based review of Natural England ArcGIS FeatureServer data identified the Cotswolds Area of Outstanding Natural Beauty (AONB) within 2km of the site. No Sites of Special Scientific Interest (SSSI), Special Areas of Conservation (SAC), Special Protection Areas (SPA), or Ramsar sites were identified within the search radii.</w:t>
      </w:r>
    </w:p>
    <w:p>
      <w:pPr>
        <w:pStyle w:val="Normal"/>
      </w:pPr>
      <w:r>
        <w:rPr>
          <w:rFonts w:ascii="Arial" w:hAnsi="Arial"/>
          <w:sz w:val="20"/>
        </w:rPr>
        <w:t xml:space="preserve">3.3.2	The Cotswolds AONB is designated under the Countryside and Rights of Way Act 2000 and afforded the highest level of landscape protection under NPPF paragraph 176. Development proposals within or affecting the setting of an AONB must demonstrate that they conserve and enhance the natural beauty of the designated landscape. The proposed residential development should be designed with careful consideration of landscape character, visual impact, and cumulative effects on the AONB setting. Early pre-application consultation with the Local Planning Authority is recommended to establish the scope of landscape and visual impact assessment required to support the planning application. No statutory ecological designations were identified within the search radii at this desk-based stage. This does not preclude the presence of protected species, habitats, or other ecological sensitivities not assessed by this review; an ecological appraisal may be required at planning stage.</w:t>
      </w:r>
    </w:p>
    <w:p w14:paraId="5955E9B0" w14:textId="77777777" w:rsidR="001C4B22" w:rsidRDefault="00000000">
      <w:r>
        <w:br w:type="page"/>
      </w:r>
    </w:p>
    <w:p w14:paraId="4FF2FD46" w14:textId="77777777" w:rsidR="001C4B22" w:rsidRDefault="00000000">
      <w:pPr>
        <w:pStyle w:val="Heading1"/>
      </w:pPr>
      <w:r>
        <w:rPr>
          <w:color w:val="1F497D"/>
        </w:rPr>
        <w:lastRenderedPageBreak/>
        <w:t>4</w:t>
        <w:tab/>
        <w:t>SOURCES OF INFORMATION</w:t>
      </w:r>
    </w:p>
    <w:p w14:paraId="37EB3554" w14:textId="77777777" w:rsidR="001C4B22" w:rsidRDefault="00000000">
      <w:pPr>
        <w:pStyle w:val="Heading2"/>
      </w:pPr>
      <w:r>
        <w:rPr>
          <w:color w:val="1F497D"/>
        </w:rPr>
        <w:t>4.1</w:t>
        <w:tab/>
        <w:t>Data Sources Consulted</w:t>
      </w:r>
    </w:p>
    <w:p w14:paraId="5569BB9E" w14:textId="77777777" w:rsidR="001C4B22" w:rsidRDefault="00000000">
      <w:r>
        <w:t>All data was collected automatically on 21 July 2026 using the site's National Grid Reference as the search point.</w:t>
      </w:r>
    </w:p>
    <w:p w14:paraId="544F9003" w14:textId="77777777" w:rsidR="001C4B22" w:rsidRDefault="00000000">
      <w:pPr>
        <w:spacing w:before="120" w:after="40"/>
      </w:pPr>
      <w:r>
        <w:rPr>
          <w:b/>
          <w:i/>
        </w:rPr>
        <w:t>Table 3 — Data Sources Consulted</w:t>
      </w:r>
    </w:p>
    <w:tbl>
      <w:tblPr>
        <w:tblStyle w:val="TableGrid"/>
        <w:tblW w:w="0" w:type="auto"/>
        <w:tblLook w:val="04A0" w:firstRow="1" w:lastRow="0" w:firstColumn="1" w:lastColumn="0" w:noHBand="0" w:noVBand="1"/>
      </w:tblPr>
      <w:tblGrid>
        <w:gridCol w:w="2263"/>
        <w:gridCol w:w="2268"/>
        <w:gridCol w:w="2266"/>
        <w:gridCol w:w="2265"/>
      </w:tblGrid>
      <w:tr w:rsidR="001C4B22" w14:paraId="69A11F4A" w14:textId="77777777" w:rsidTr="00957F57">
        <w:tc>
          <w:tcPr>
            <w:tcW w:w="2268" w:type="dxa"/>
            <w:shd w:val="clear" w:color="auto" w:fill="DBE5F1" w:themeFill="accent1" w:themeFillTint="33"/>
          </w:tcPr>
          <w:p w14:paraId="0B54A759" w14:textId="77777777" w:rsidR="001C4B22" w:rsidRDefault="00000000">
            <w:r>
              <w:rPr>
                <w:b/>
              </w:rPr>
              <w:t>#</w:t>
            </w:r>
          </w:p>
        </w:tc>
        <w:tc>
          <w:tcPr>
            <w:tcW w:w="2268" w:type="dxa"/>
            <w:shd w:val="clear" w:color="auto" w:fill="DBE5F1" w:themeFill="accent1" w:themeFillTint="33"/>
          </w:tcPr>
          <w:p w14:paraId="49A4B628" w14:textId="77777777" w:rsidR="001C4B22" w:rsidRDefault="00000000">
            <w:r>
              <w:rPr>
                <w:b/>
              </w:rPr>
              <w:t>Data Source</w:t>
            </w:r>
          </w:p>
        </w:tc>
        <w:tc>
          <w:tcPr>
            <w:tcW w:w="2268" w:type="dxa"/>
            <w:shd w:val="clear" w:color="auto" w:fill="DBE5F1" w:themeFill="accent1" w:themeFillTint="33"/>
          </w:tcPr>
          <w:p w14:paraId="4EECF88B" w14:textId="77777777" w:rsidR="001C4B22" w:rsidRDefault="00000000">
            <w:r>
              <w:rPr>
                <w:b/>
              </w:rPr>
              <w:t>Provider</w:t>
            </w:r>
          </w:p>
        </w:tc>
        <w:tc>
          <w:tcPr>
            <w:tcW w:w="2268" w:type="dxa"/>
            <w:shd w:val="clear" w:color="auto" w:fill="DBE5F1" w:themeFill="accent1" w:themeFillTint="33"/>
          </w:tcPr>
          <w:p w14:paraId="7407C86E" w14:textId="77777777" w:rsidR="001C4B22" w:rsidRDefault="00000000">
            <w:r>
              <w:rPr>
                <w:b/>
              </w:rPr>
              <w:t>Purpose</w:t>
            </w:r>
          </w:p>
        </w:tc>
      </w:tr>
      <w:tr w:rsidR="001C4B22" w14:paraId="67EFF9B4" w14:textId="77777777">
        <w:tc>
          <w:tcPr>
            <w:tcW w:w="2268" w:type="dxa"/>
          </w:tcPr>
          <w:p w14:paraId="653A597C" w14:textId="77777777" w:rsidR="001C4B22" w:rsidRDefault="00000000">
            <w:r>
              <w:t>DS01</w:t>
            </w:r>
          </w:p>
        </w:tc>
        <w:tc>
          <w:tcPr>
            <w:tcW w:w="2268" w:type="dxa"/>
          </w:tcPr>
          <w:p w14:paraId="0A87D0B4" w14:textId="77777777" w:rsidR="001C4B22" w:rsidRDefault="008E058B">
            <w:r>
              <w:t>BGS 1:625,000 Bedrock Geology</w:t>
            </w:r>
          </w:p>
        </w:tc>
        <w:tc>
          <w:tcPr>
            <w:tcW w:w="2268" w:type="dxa"/>
          </w:tcPr>
          <w:p w14:paraId="175E3706" w14:textId="77777777" w:rsidR="001C4B22" w:rsidRDefault="00000000">
            <w:r>
              <w:t>British Geological Survey</w:t>
            </w:r>
          </w:p>
        </w:tc>
        <w:tc>
          <w:tcPr>
            <w:tcW w:w="2268" w:type="dxa"/>
          </w:tcPr>
          <w:p w14:paraId="1471AC69" w14:textId="66D4D3BD" w:rsidR="001C4B22" w:rsidRDefault="00000000">
            <w:r>
              <w:t>Bedrock geology</w:t>
              <w:br/>
              <w:t>(Appendix B)</w:t>
            </w:r>
          </w:p>
        </w:tc>
      </w:tr>
      <w:tr w:rsidR="001C4B22" w14:paraId="65F64760" w14:textId="77777777">
        <w:tc>
          <w:tcPr>
            <w:tcW w:w="2268" w:type="dxa"/>
          </w:tcPr>
          <w:p w14:paraId="7C4B6C1E" w14:textId="77777777" w:rsidR="001C4B22" w:rsidRDefault="00000000">
            <w:r>
              <w:t>DS02</w:t>
            </w:r>
          </w:p>
        </w:tc>
        <w:tc>
          <w:tcPr>
            <w:tcW w:w="2268" w:type="dxa"/>
          </w:tcPr>
          <w:p w14:paraId="747FB328" w14:textId="77777777" w:rsidR="001C4B22" w:rsidRDefault="008E058B">
            <w:r>
              <w:t>BGS 1:625,000 Superficial Deposits</w:t>
            </w:r>
          </w:p>
        </w:tc>
        <w:tc>
          <w:tcPr>
            <w:tcW w:w="2268" w:type="dxa"/>
          </w:tcPr>
          <w:p w14:paraId="6208F3E6" w14:textId="77777777" w:rsidR="001C4B22" w:rsidRDefault="00000000">
            <w:r>
              <w:t>British Geological Survey</w:t>
            </w:r>
          </w:p>
        </w:tc>
        <w:tc>
          <w:tcPr>
            <w:tcW w:w="2268" w:type="dxa"/>
          </w:tcPr>
          <w:p w14:paraId="0C81ADD4" w14:textId="17CCBBE0" w:rsidR="001C4B22" w:rsidRDefault="00000000">
            <w:r>
              <w:t>Superficial deposits</w:t>
              <w:br/>
              <w:t>(Appendix C)</w:t>
            </w:r>
          </w:p>
        </w:tc>
      </w:tr>
      <w:tr w:rsidR="001C4B22" w14:paraId="59F4A648" w14:textId="77777777">
        <w:tc>
          <w:tcPr>
            <w:tcW w:w="2268" w:type="dxa"/>
          </w:tcPr>
          <w:p w14:paraId="341D11E8" w14:textId="77777777" w:rsidR="001C4B22" w:rsidRDefault="00000000">
            <w:r>
              <w:t>DS03</w:t>
            </w:r>
          </w:p>
        </w:tc>
        <w:tc>
          <w:tcPr>
            <w:tcW w:w="2268" w:type="dxa"/>
          </w:tcPr>
          <w:p w14:paraId="5A44B790" w14:textId="77777777" w:rsidR="001C4B22" w:rsidRDefault="00000000">
            <w:r>
              <w:rPr/>
              <w:t>BGS 1:625,000 Formation Analysis</w:t>
            </w:r>
          </w:p>
        </w:tc>
        <w:tc>
          <w:tcPr>
            <w:tcW w:w="2268" w:type="dxa"/>
          </w:tcPr>
          <w:p w14:paraId="1942F7B1" w14:textId="77777777" w:rsidR="001C4B22" w:rsidRDefault="00000000">
            <w:r>
              <w:t>British Geological Survey</w:t>
            </w:r>
          </w:p>
        </w:tc>
        <w:tc>
          <w:tcPr>
            <w:tcW w:w="2268" w:type="dxa"/>
          </w:tcPr>
          <w:p w14:paraId="3924F5C0" w14:textId="77777777" w:rsidR="001C4B22" w:rsidRDefault="00000000">
            <w:r>
              <w:rPr/>
              <w:t>Formation-based ground stability assessment (GH02-GH05)</w:t>
            </w:r>
          </w:p>
        </w:tc>
      </w:tr>
      <w:tr w:rsidR="001C4B22" w14:paraId="46C161B0" w14:textId="77777777">
        <w:tc>
          <w:tcPr>
            <w:tcW w:w="2268" w:type="dxa"/>
          </w:tcPr>
          <w:p w14:paraId="199C08B4" w14:textId="77777777" w:rsidR="001C4B22" w:rsidRDefault="00000000">
            <w:r>
              <w:t>DS04</w:t>
            </w:r>
          </w:p>
        </w:tc>
        <w:tc>
          <w:tcPr>
            <w:tcW w:w="2268" w:type="dxa"/>
          </w:tcPr>
          <w:p w14:paraId="12068E20" w14:textId="77777777" w:rsidR="001C4B22" w:rsidRDefault="00000000">
            <w:r>
              <w:t>BGS Borehole Index (SOBI)</w:t>
            </w:r>
          </w:p>
        </w:tc>
        <w:tc>
          <w:tcPr>
            <w:tcW w:w="2268" w:type="dxa"/>
          </w:tcPr>
          <w:p w14:paraId="208725F6" w14:textId="77777777" w:rsidR="001C4B22" w:rsidRDefault="00000000">
            <w:r>
              <w:t>British Geological Survey</w:t>
            </w:r>
          </w:p>
        </w:tc>
        <w:tc>
          <w:tcPr>
            <w:tcW w:w="2268" w:type="dxa"/>
          </w:tcPr>
          <w:p w14:paraId="7BC81B04" w14:textId="77777777" w:rsidR="001C4B22" w:rsidRDefault="00000000">
            <w:r>
              <w:t>Historical borehole records</w:t>
            </w:r>
          </w:p>
        </w:tc>
      </w:tr>
      <w:tr w:rsidR="00B01F77" w14:paraId="719378D8" w14:textId="77777777">
        <w:tc>
          <w:tcPr>
            <w:tcW w:w="2268" w:type="dxa"/>
          </w:tcPr>
          <w:p w14:paraId="03CD72E2" w14:textId="77777777" w:rsidR="001C4B22" w:rsidRDefault="00000000">
            <w:r>
              <w:t>DS05</w:t>
            </w:r>
          </w:p>
        </w:tc>
        <w:tc>
          <w:tcPr>
            <w:tcW w:w="2268" w:type="dxa"/>
          </w:tcPr>
          <w:p w14:paraId="7BBD08B0" w14:textId="77777777" w:rsidR="001C4B22" w:rsidRDefault="00000000">
            <w:r>
              <w:t>BGS 1:625,000 Geological Faults (OGC API)</w:t>
            </w:r>
          </w:p>
        </w:tc>
        <w:tc>
          <w:tcPr>
            <w:tcW w:w="2268" w:type="dxa"/>
          </w:tcPr>
          <w:p w14:paraId="1E0337CF" w14:textId="77777777" w:rsidR="001C4B22" w:rsidRDefault="00000000">
            <w:r>
              <w:t>British Geological Survey</w:t>
            </w:r>
          </w:p>
        </w:tc>
        <w:tc>
          <w:tcPr>
            <w:tcW w:w="2268" w:type="dxa"/>
          </w:tcPr>
          <w:p w14:paraId="7C80BB04" w14:textId="77777777" w:rsidR="001C4B22" w:rsidRDefault="00000000">
            <w:r>
              <w:t>Major geological fault lines (structural context and figure overlay)</w:t>
            </w:r>
          </w:p>
        </w:tc>
      </w:tr>
      <w:tr w:rsidR="001C4B22" w14:paraId="3C80037B" w14:textId="77777777">
        <w:tc>
          <w:tcPr>
            <w:tcW w:w="2268" w:type="dxa"/>
          </w:tcPr>
          <w:p w14:paraId="418FE1FE" w14:textId="77777777" w:rsidR="001C4B22" w:rsidRDefault="00000000">
            <w:r>
              <w:t>DS06</w:t>
            </w:r>
          </w:p>
        </w:tc>
        <w:tc>
          <w:tcPr>
            <w:tcW w:w="2268" w:type="dxa"/>
          </w:tcPr>
          <w:p w14:paraId="47DD99ED" w14:textId="77777777" w:rsidR="001C4B22" w:rsidRDefault="00000000">
            <w:r>
              <w:t>EA Flood Map for Planning</w:t>
            </w:r>
          </w:p>
        </w:tc>
        <w:tc>
          <w:tcPr>
            <w:tcW w:w="2268" w:type="dxa"/>
          </w:tcPr>
          <w:p w14:paraId="1B66EBF9" w14:textId="77777777" w:rsidR="001C4B22" w:rsidRDefault="00000000">
            <w:r>
              <w:t>Environment Agency</w:t>
            </w:r>
          </w:p>
        </w:tc>
        <w:tc>
          <w:tcPr>
            <w:tcW w:w="2268" w:type="dxa"/>
          </w:tcPr>
          <w:p w14:paraId="56775EE3" w14:textId="1BFFB290" w:rsidR="001C4B22" w:rsidRDefault="00000000">
            <w:r>
              <w:t>Flood zone classification (Appendix D)</w:t>
            </w:r>
          </w:p>
        </w:tc>
      </w:tr>
      <w:tr w:rsidR="00B01F77" w14:paraId="01A85940" w14:textId="77777777">
        <w:tc>
          <w:tcPr>
            <w:tcW w:w="2268" w:type="dxa"/>
          </w:tcPr>
          <w:p w14:paraId="1612576F" w14:textId="77777777" w:rsidR="001C4B22" w:rsidRDefault="00000000">
            <w:r>
              <w:t>DS07</w:t>
            </w:r>
          </w:p>
        </w:tc>
        <w:tc>
          <w:tcPr>
            <w:tcW w:w="2268" w:type="dxa"/>
          </w:tcPr>
          <w:p w14:paraId="58B0F751" w14:textId="77777777" w:rsidR="001C4B22" w:rsidRDefault="00000000">
            <w:r>
              <w:t>BGS Mining Hazard (Non-Coal) 1km Hex Grid v8</w:t>
            </w:r>
          </w:p>
        </w:tc>
        <w:tc>
          <w:tcPr>
            <w:tcW w:w="2268" w:type="dxa"/>
          </w:tcPr>
          <w:p w14:paraId="180CCEE5" w14:textId="77777777" w:rsidR="001C4B22" w:rsidRDefault="00000000">
            <w:r>
              <w:t>British Geological Survey / UKRI</w:t>
            </w:r>
          </w:p>
        </w:tc>
        <w:tc>
          <w:tcPr>
            <w:tcW w:w="2268" w:type="dxa"/>
          </w:tcPr>
          <w:p w14:paraId="3E69F352" w14:textId="77777777" w:rsidR="001C4B22" w:rsidRDefault="00000000">
            <w:r>
              <w:t>Non-coal mining hazard (vein minerals, chalk, evaporites, building stone)</w:t>
            </w:r>
          </w:p>
        </w:tc>
      </w:tr>
      <w:tr w:rsidR="001C4B22" w14:paraId="718D540A" w14:textId="77777777">
        <w:tc>
          <w:tcPr>
            <w:tcW w:w="2268" w:type="dxa"/>
          </w:tcPr>
          <w:p w14:paraId="3274922A" w14:textId="77777777" w:rsidR="001C4B22" w:rsidRDefault="00000000">
            <w:r>
              <w:t>DS08</w:t>
            </w:r>
          </w:p>
        </w:tc>
        <w:tc>
          <w:tcPr>
            <w:tcW w:w="2268" w:type="dxa"/>
          </w:tcPr>
          <w:p w14:paraId="3D182BA7" w14:textId="77777777" w:rsidR="001C4B22" w:rsidRDefault="00000000">
            <w:r>
              <w:t>Mining Remediation Authority WMS</w:t>
            </w:r>
          </w:p>
        </w:tc>
        <w:tc>
          <w:tcPr>
            <w:tcW w:w="2268" w:type="dxa"/>
          </w:tcPr>
          <w:p w14:paraId="634F7534" w14:textId="77777777" w:rsidR="001C4B22" w:rsidRDefault="00000000">
            <w:r>
              <w:t>Mining Remediation Authority</w:t>
            </w:r>
          </w:p>
        </w:tc>
        <w:tc>
          <w:tcPr>
            <w:tcW w:w="2268" w:type="dxa"/>
          </w:tcPr>
          <w:p w14:paraId="7A5031A4" w14:textId="2B2B31AF" w:rsidR="001C4B22" w:rsidRDefault="00000000">
            <w:r>
              <w:t>Mining legacy (Appendix G)</w:t>
            </w:r>
          </w:p>
        </w:tc>
      </w:tr>
      <w:tr w:rsidR="00B01F77" w14:paraId="564627A3" w14:textId="77777777">
        <w:tc>
          <w:tcPr>
            <w:tcW w:w="2268" w:type="dxa"/>
          </w:tcPr>
          <w:p w14:paraId="55DE0063" w14:textId="77777777" w:rsidR="001C4B22" w:rsidRDefault="00000000">
            <w:r>
              <w:t>DS09</w:t>
            </w:r>
          </w:p>
        </w:tc>
        <w:tc>
          <w:tcPr>
            <w:tcW w:w="2268" w:type="dxa"/>
          </w:tcPr>
          <w:p w14:paraId="40C1C070" w14:textId="77777777" w:rsidR="001C4B22" w:rsidRDefault="00000000">
            <w:r>
              <w:t>NLS Historical OS Mapping (via MapTiler Cloud)</w:t>
            </w:r>
          </w:p>
        </w:tc>
        <w:tc>
          <w:tcPr>
            <w:tcW w:w="2268" w:type="dxa"/>
          </w:tcPr>
          <w:p w14:paraId="640066CC" w14:textId="77777777" w:rsidR="001C4B22" w:rsidRDefault="00000000">
            <w:r>
              <w:t>National Library of Scotland</w:t>
            </w:r>
          </w:p>
        </w:tc>
        <w:tc>
          <w:tcPr>
            <w:tcW w:w="2268" w:type="dxa"/>
          </w:tcPr>
          <w:p w14:paraId="7E747F57" w14:textId="498A995B" w:rsidR="001C4B22" w:rsidRDefault="00000000">
            <w:r>
              <w:t>Historical OS mapping c.1885, 1888–1913 and 1919–1947 (Figs 9–11) (Appendix I-K)</w:t>
            </w:r>
          </w:p>
        </w:tc>
      </w:tr>
      <w:tr w:rsidR="001C4B22" w14:paraId="529F1AD6" w14:textId="77777777">
        <w:tc>
          <w:tcPr>
            <w:tcW w:w="2268" w:type="dxa"/>
          </w:tcPr>
          <w:p w14:paraId="5C6B7BF1" w14:textId="77777777" w:rsidR="001C4B22" w:rsidRDefault="00000000">
            <w:r>
              <w:t>DS10</w:t>
            </w:r>
          </w:p>
        </w:tc>
        <w:tc>
          <w:tcPr>
            <w:tcW w:w="2268" w:type="dxa"/>
          </w:tcPr>
          <w:p w14:paraId="227EC3B0" w14:textId="77777777" w:rsidR="001C4B22" w:rsidRDefault="00000000">
            <w:r>
              <w:t>Historic England NHLE (ArcGIS FeatureServer)</w:t>
            </w:r>
          </w:p>
        </w:tc>
        <w:tc>
          <w:tcPr>
            <w:tcW w:w="2268" w:type="dxa"/>
          </w:tcPr>
          <w:p w14:paraId="7426096E" w14:textId="77777777" w:rsidR="001C4B22" w:rsidRDefault="00000000">
            <w:r>
              <w:t>Historic England</w:t>
            </w:r>
          </w:p>
        </w:tc>
        <w:tc>
          <w:tcPr>
            <w:tcW w:w="2268" w:type="dxa"/>
          </w:tcPr>
          <w:p w14:paraId="7244C0A3" w14:textId="2964887C" w:rsidR="001C4B22" w:rsidRDefault="00000000">
            <w:r>
              <w:t>Heritage designations (listed buildings, scheduled monuments, WHS, conservation areas)</w:t>
              <w:br/>
              <w:t>(Appendix E)</w:t>
            </w:r>
          </w:p>
        </w:tc>
      </w:tr>
      <w:tr w:rsidR="001C4B22" w14:paraId="2D5D9BA3" w14:textId="77777777">
        <w:tc>
          <w:tcPr>
            <w:tcW w:w="2268" w:type="dxa"/>
          </w:tcPr>
          <w:p w14:paraId="3CD553B1" w14:textId="77777777" w:rsidR="001C4B22" w:rsidRDefault="00000000">
            <w:r>
              <w:t>DS11</w:t>
            </w:r>
          </w:p>
        </w:tc>
        <w:tc>
          <w:tcPr>
            <w:tcW w:w="2268" w:type="dxa"/>
          </w:tcPr>
          <w:p w14:paraId="5EF87FDF" w14:textId="77777777" w:rsidR="001C4B22" w:rsidRDefault="00000000">
            <w:r>
              <w:t>Natural England ArcGIS FeatureServer</w:t>
            </w:r>
          </w:p>
        </w:tc>
        <w:tc>
          <w:tcPr>
            <w:tcW w:w="2268" w:type="dxa"/>
          </w:tcPr>
          <w:p w14:paraId="7E4E6E4B" w14:textId="77777777" w:rsidR="001C4B22" w:rsidRDefault="00000000">
            <w:r>
              <w:t>Natural England / DEFRA</w:t>
            </w:r>
          </w:p>
        </w:tc>
        <w:tc>
          <w:tcPr>
            <w:tcW w:w="2268" w:type="dxa"/>
          </w:tcPr>
          <w:p w14:paraId="21EA1CBF" w14:textId="58ABD381" w:rsidR="001C4B22" w:rsidRDefault="00000000">
            <w:r>
              <w:t>Ecological designations (SSSI, SAC, SPA, Ramsar, AONB, National Parks) (Appendix F)</w:t>
            </w:r>
          </w:p>
        </w:tc>
      </w:tr>
      <w:tr w:rsidR="001C4B22" w14:paraId="64F57990" w14:textId="77777777">
        <w:tc>
          <w:tcPr>
            <w:tcW w:w="2268" w:type="dxa"/>
          </w:tcPr>
          <w:p w14:paraId="7B28844B" w14:textId="77777777" w:rsidR="001C4B22" w:rsidRDefault="00000000">
            <w:r>
              <w:t>DS12</w:t>
            </w:r>
          </w:p>
        </w:tc>
        <w:tc>
          <w:tcPr>
            <w:tcW w:w="2268" w:type="dxa"/>
          </w:tcPr>
          <w:p w14:paraId="5C682768" w14:textId="77777777" w:rsidR="001C4B22" w:rsidRDefault="00000000">
            <w:r>
              <w:t>BGS/UKHSA Radon Indicative Atlas</w:t>
            </w:r>
          </w:p>
        </w:tc>
        <w:tc>
          <w:tcPr>
            <w:tcW w:w="2268" w:type="dxa"/>
          </w:tcPr>
          <w:p w14:paraId="22BCABDB" w14:textId="77777777" w:rsidR="001C4B22" w:rsidRDefault="00000000">
            <w:r>
              <w:t>BGS / UKHSA</w:t>
            </w:r>
          </w:p>
        </w:tc>
        <w:tc>
          <w:tcPr>
            <w:tcW w:w="2268" w:type="dxa"/>
          </w:tcPr>
          <w:p w14:paraId="3B19B9B0" w14:textId="59CA66A5" w:rsidR="001C4B22" w:rsidRDefault="00000000">
            <w:r>
              <w:t>Radon potential (Appendix H)</w:t>
            </w:r>
          </w:p>
        </w:tc>
      </w:tr>
      <w:tr w:rsidR="001C4B22" w14:paraId="1DB549C4" w14:textId="77777777">
        <w:tc>
          <w:tcPr>
            <w:tcW w:w="2268" w:type="dxa"/>
          </w:tcPr>
          <w:p w14:paraId="38458758" w14:textId="77777777" w:rsidR="001C4B22" w:rsidRDefault="00000000">
            <w:r>
              <w:t>DS14</w:t>
            </w:r>
          </w:p>
        </w:tc>
        <w:tc>
          <w:tcPr>
            <w:tcW w:w="2268" w:type="dxa"/>
          </w:tcPr>
          <w:p w14:paraId="5E660260" w14:textId="77777777" w:rsidR="001C4B22" w:rsidRDefault="00000000">
            <w:r>
              <w:t>OS Names API</w:t>
            </w:r>
          </w:p>
        </w:tc>
        <w:tc>
          <w:tcPr>
            <w:tcW w:w="2268" w:type="dxa"/>
          </w:tcPr>
          <w:p w14:paraId="0A75FAB0" w14:textId="77777777" w:rsidR="001C4B22" w:rsidRDefault="00000000">
            <w:r>
              <w:t>Ordnance Survey</w:t>
            </w:r>
          </w:p>
        </w:tc>
        <w:tc>
          <w:tcPr>
            <w:tcW w:w="2268" w:type="dxa"/>
          </w:tcPr>
          <w:p w14:paraId="6B1EF54C" w14:textId="4FBDE810" w:rsidR="001C4B22" w:rsidRDefault="00000000">
            <w:r>
              <w:t>Geocoding and LPA lookup (Appendix A)</w:t>
            </w:r>
          </w:p>
        </w:tc>
      </w:tr>
      <w:tr w:rsidR="001C4B22" w14:paraId="5EC05F14" w14:textId="77777777">
        <w:tc>
          <w:tcPr>
            <w:tcW w:w="2268" w:type="dxa"/>
          </w:tcPr>
          <w:p w14:paraId="4EDBA012" w14:textId="77777777" w:rsidR="001C4B22" w:rsidRDefault="00000000">
            <w:r>
              <w:t>DS15</w:t>
            </w:r>
          </w:p>
        </w:tc>
        <w:tc>
          <w:tcPr>
            <w:tcW w:w="2268" w:type="dxa"/>
          </w:tcPr>
          <w:p w14:paraId="5A98B166" w14:textId="77777777" w:rsidR="001C4B22" w:rsidRDefault="00000000">
            <w:r>
              <w:t>EA Permitted Waste Sites (Authorised Landfill Site Boundaries)</w:t>
            </w:r>
          </w:p>
        </w:tc>
        <w:tc>
          <w:tcPr>
            <w:tcW w:w="2268" w:type="dxa"/>
          </w:tcPr>
          <w:p w14:paraId="2EDA6E3F" w14:textId="77777777" w:rsidR="001C4B22" w:rsidRDefault="00000000">
            <w:r>
              <w:t>Environment Agency</w:t>
            </w:r>
          </w:p>
        </w:tc>
        <w:tc>
          <w:tcPr>
            <w:tcW w:w="2268" w:type="dxa"/>
          </w:tcPr>
          <w:p w14:paraId="0CC438B6" w14:textId="77777777" w:rsidR="001C4B22" w:rsidRDefault="00000000">
            <w:r>
              <w:t>Ground gas / landfill proximity (500m buffer)</w:t>
            </w:r>
          </w:p>
        </w:tc>
      </w:tr>
      <w:tr w:rsidR="001C4B22" w14:paraId="468A29E2" w14:textId="77777777">
        <w:tc>
          <w:tcPr>
            <w:tcW w:w="2268" w:type="dxa"/>
          </w:tcPr>
          <w:p w14:paraId="150C6E9D" w14:textId="77777777" w:rsidR="001C4B22" w:rsidRDefault="00000000">
            <w:r>
              <w:t>DS16</w:t>
            </w:r>
          </w:p>
        </w:tc>
        <w:tc>
          <w:tcPr>
            <w:tcW w:w="2268" w:type="dxa"/>
          </w:tcPr>
          <w:p w14:paraId="18FC498A" w14:textId="77777777" w:rsidR="001C4B22" w:rsidRDefault="00000000">
            <w:r>
              <w:t>EA Historic Landfill Sites</w:t>
            </w:r>
          </w:p>
        </w:tc>
        <w:tc>
          <w:tcPr>
            <w:tcW w:w="2268" w:type="dxa"/>
          </w:tcPr>
          <w:p w14:paraId="219DF812" w14:textId="77777777" w:rsidR="001C4B22" w:rsidRDefault="00000000">
            <w:r>
              <w:t>Environment Agency</w:t>
            </w:r>
          </w:p>
        </w:tc>
        <w:tc>
          <w:tcPr>
            <w:tcW w:w="2268" w:type="dxa"/>
          </w:tcPr>
          <w:p w14:paraId="44428236" w14:textId="77777777" w:rsidR="001C4B22" w:rsidRDefault="00000000">
            <w:r>
              <w:t>Ground gas / landfill proximity (500m buffer)</w:t>
            </w:r>
          </w:p>
        </w:tc>
      </w:tr>
      <w:tr w:rsidR="00B01F77" w14:paraId="71529F48" w14:textId="77777777">
        <w:tc>
          <w:tcPr>
            <w:tcW w:w="2268" w:type="dxa"/>
          </w:tcPr>
          <w:p w14:paraId="3D759BE4" w14:textId="77777777" w:rsidR="001C4B22" w:rsidRDefault="00000000">
            <w:r>
              <w:t>DS17</w:t>
            </w:r>
          </w:p>
        </w:tc>
        <w:tc>
          <w:tcPr>
            <w:tcW w:w="2268" w:type="dxa"/>
          </w:tcPr>
          <w:p w14:paraId="63EA5D08" w14:textId="77777777" w:rsidR="001C4B22" w:rsidRDefault="00000000">
            <w:r>
              <w:t>BGS GeoIndex Hydrogeology (ArcGIS REST identify)</w:t>
            </w:r>
          </w:p>
        </w:tc>
        <w:tc>
          <w:tcPr>
            <w:tcW w:w="2268" w:type="dxa"/>
          </w:tcPr>
          <w:p w14:paraId="30FFE8A1" w14:textId="77777777" w:rsidR="001C4B22" w:rsidRDefault="00000000">
            <w:r>
              <w:t>British Geological Survey</w:t>
            </w:r>
          </w:p>
        </w:tc>
        <w:tc>
          <w:tcPr>
            <w:tcW w:w="2268" w:type="dxa"/>
          </w:tcPr>
          <w:p w14:paraId="648C3177" w14:textId="77777777" w:rsidR="001C4B22" w:rsidRDefault="00000000">
            <w:r>
              <w:t xml:space="preserve">EA aquifer designation (Principal / Secondary </w:t>
              <w:lastRenderedPageBreak/>
              <w:t>A/B / Unproductive Strata)</w:t>
            </w:r>
          </w:p>
        </w:tc>
      </w:tr>
      <w:tr w:rsidR="00B01F77" w14:paraId="2BD0DFB3" w14:textId="77777777">
        <w:tc>
          <w:tcPr>
            <w:tcW w:w="2268" w:type="dxa"/>
          </w:tcPr>
          <w:p w14:paraId="09B5936E" w14:textId="77777777" w:rsidR="001C4B22" w:rsidRDefault="00000000">
            <w:r>
              <w:lastRenderedPageBreak/>
              <w:t>DS18</w:t>
            </w:r>
          </w:p>
        </w:tc>
        <w:tc>
          <w:tcPr>
            <w:tcW w:w="2268" w:type="dxa"/>
          </w:tcPr>
          <w:p w14:paraId="15E5A99F" w14:textId="4D3386F8" w:rsidR="001C4B22" w:rsidRDefault="00000000">
            <w:r>
              <w:t xml:space="preserve">EA Source Protection Zones </w:t>
            </w:r>
          </w:p>
        </w:tc>
        <w:tc>
          <w:tcPr>
            <w:tcW w:w="2268" w:type="dxa"/>
          </w:tcPr>
          <w:p w14:paraId="26A8F741" w14:textId="77777777" w:rsidR="001C4B22" w:rsidRDefault="00000000">
            <w:r>
              <w:t>Environment Agency</w:t>
            </w:r>
          </w:p>
        </w:tc>
        <w:tc>
          <w:tcPr>
            <w:tcW w:w="2268" w:type="dxa"/>
          </w:tcPr>
          <w:p w14:paraId="3B223ED2" w14:textId="7041F9F8" w:rsidR="001C4B22" w:rsidRDefault="00000000">
            <w:r>
              <w:t>Groundwater source protection zone designation (S3 planning context / S7 hydrogeology) (Appendix M)</w:t>
            </w:r>
          </w:p>
        </w:tc>
      </w:tr>
      <w:tr w:rsidR="00B01F77" w14:paraId="2432AD1C" w14:textId="77777777">
        <w:tc>
          <w:tcPr>
            <w:tcW w:w="2268" w:type="dxa"/>
          </w:tcPr>
          <w:p w14:paraId="07228E9A" w14:textId="77777777" w:rsidR="001C4B22" w:rsidRDefault="00000000">
            <w:r>
              <w:t>DS19</w:t>
            </w:r>
          </w:p>
        </w:tc>
        <w:tc>
          <w:tcPr>
            <w:tcW w:w="2268" w:type="dxa"/>
          </w:tcPr>
          <w:p w14:paraId="53C562BD" w14:textId="77777777" w:rsidR="001C4B22" w:rsidRDefault="00000000">
            <w:r>
              <w:t>EA Risk of Flooding from Surface Water (RoFSWExtent1in30 / RoFSWExtent1in100)</w:t>
            </w:r>
          </w:p>
        </w:tc>
        <w:tc>
          <w:tcPr>
            <w:tcW w:w="2268" w:type="dxa"/>
          </w:tcPr>
          <w:p w14:paraId="5669E0B9" w14:textId="77777777" w:rsidR="001C4B22" w:rsidRDefault="00000000">
            <w:r>
              <w:t>Environment Agency</w:t>
            </w:r>
          </w:p>
        </w:tc>
        <w:tc>
          <w:tcPr>
            <w:tcW w:w="2268" w:type="dxa"/>
          </w:tcPr>
          <w:p w14:paraId="36DF00E9" w14:textId="431A52C6" w:rsidR="001C4B22" w:rsidRDefault="00000000">
            <w:r>
              <w:t>Pluvial / surface water flood risk (GH08 geohazard)</w:t>
              <w:br/>
              <w:t>(Appendix L)</w:t>
            </w:r>
          </w:p>
        </w:tc>
      </w:tr>
      <w:tr w:rsidR="00B01F77" w14:paraId="744D6110" w14:textId="77777777">
        <w:tc>
          <w:tcPr>
            <w:tcW w:w="2268" w:type="dxa"/>
          </w:tcPr>
          <w:p w14:paraId="4727C311" w14:textId="77777777" w:rsidR="001C4B22" w:rsidRDefault="00000000">
            <w:r>
              <w:t>DS20</w:t>
            </w:r>
          </w:p>
        </w:tc>
        <w:tc>
          <w:tcPr>
            <w:tcW w:w="2268" w:type="dxa"/>
          </w:tcPr>
          <w:p w14:paraId="5B735058" w14:textId="77777777" w:rsidR="001C4B22" w:rsidRDefault="00000000">
            <w:r>
              <w:t>EA WFD River and Canal Water Bodies Cycle 2 (ArcGIS FeatureServer)</w:t>
            </w:r>
          </w:p>
        </w:tc>
        <w:tc>
          <w:tcPr>
            <w:tcW w:w="2268" w:type="dxa"/>
          </w:tcPr>
          <w:p w14:paraId="71DE32C2" w14:textId="77777777" w:rsidR="001C4B22" w:rsidRDefault="00000000">
            <w:r>
              <w:t>Environment Agency</w:t>
            </w:r>
          </w:p>
        </w:tc>
        <w:tc>
          <w:tcPr>
            <w:tcW w:w="2268" w:type="dxa"/>
          </w:tcPr>
          <w:p w14:paraId="744E20CD" w14:textId="77777777" w:rsidR="001C4B22" w:rsidRDefault="00000000">
            <w:r>
              <w:t>Named receiving watercourse identification (S7 hydrogeology)</w:t>
            </w:r>
          </w:p>
        </w:tc>
      </w:tr>
      <w:tr w:rsidR="00B01F77" w14:paraId="3F568642" w14:textId="77777777">
        <w:tc>
          <w:tcPr>
            <w:tcW w:w="2268" w:type="dxa"/>
          </w:tcPr>
          <w:p w14:paraId="5791A81C" w14:textId="77777777" w:rsidR="001C4B22" w:rsidRDefault="00000000">
            <w:r>
              <w:t>DS21</w:t>
            </w:r>
          </w:p>
        </w:tc>
        <w:tc>
          <w:tcPr>
            <w:tcW w:w="2268" w:type="dxa"/>
          </w:tcPr>
          <w:p w14:paraId="09EB1969" w14:textId="77777777" w:rsidR="001C4B22" w:rsidRDefault="00000000">
            <w:r>
              <w:t>OpenStreetMap (local extract, amenity=fuel)</w:t>
            </w:r>
          </w:p>
        </w:tc>
        <w:tc>
          <w:tcPr>
            <w:tcW w:w="2268" w:type="dxa"/>
          </w:tcPr>
          <w:p w14:paraId="1B3A7F74" w14:textId="77777777" w:rsidR="001C4B22" w:rsidRDefault="00000000">
            <w:r>
              <w:t>OpenStreetMap contributors (ODbL)</w:t>
            </w:r>
          </w:p>
        </w:tc>
        <w:tc>
          <w:tcPr>
            <w:tcW w:w="2268" w:type="dxa"/>
          </w:tcPr>
          <w:p w14:paraId="2E38425C" w14:textId="77777777" w:rsidR="001C4B22" w:rsidRDefault="00000000">
            <w:r>
              <w:t>Petrol filling stations within 500m (S5 site history / CSM)</w:t>
            </w:r>
          </w:p>
        </w:tc>
      </w:tr>
      <w:tr w:rsidR="00C22001" w14:paraId="00C22001" w14:textId="77777777">
        <w:tc>
          <w:tcPr>
            <w:tcW w:w="2268" w:type="dxa"/>
          </w:tcPr>
          <w:p w14:paraId="00C22002" w14:textId="77777777" w:rsidR="00C22001" w:rsidRDefault="00000000">
            <w:r>
              <w:t>DS22</w:t>
            </w:r>
          </w:p>
        </w:tc>
        <w:tc>
          <w:tcPr>
            <w:tcW w:w="2268" w:type="dxa"/>
          </w:tcPr>
          <w:p w14:paraId="00C22003" w14:textId="77777777" w:rsidR="00C22001" w:rsidRDefault="00000000">
            <w:r>
              <w:t>EA National LiDAR Programme — Composite DTM 1m (WCS 2.0.1)</w:t>
            </w:r>
          </w:p>
        </w:tc>
        <w:tc>
          <w:tcPr>
            <w:tcW w:w="2268" w:type="dxa"/>
          </w:tcPr>
          <w:p w14:paraId="00C22004" w14:textId="77777777" w:rsidR="00C22001" w:rsidRDefault="00000000">
            <w:r>
              <w:t>Environment Agency (OGL v3)</w:t>
            </w:r>
          </w:p>
        </w:tc>
        <w:tc>
          <w:tcPr>
            <w:tcW w:w="2268" w:type="dxa"/>
          </w:tcPr>
          <w:p w14:paraId="00C22005" w14:textId="77777777" w:rsidR="00C22001" w:rsidRDefault="00000000">
            <w:r>
              <w:t>Site topography, terrain descriptor, slope analysis (S2 site setting, Figure 14 Appendix N)</w:t>
            </w:r>
          </w:p>
        </w:tc>
      </w:tr>
      <w:tr w:rsidR="00C23001" w14:paraId="00C23001" w14:textId="77777777">
        <w:tc>
          <w:tcPr>
            <w:tcW w:w="2268" w:type="dxa"/>
          </w:tcPr>
          <w:p w14:paraId="00C23002" w14:textId="77777777" w:rsidR="00C23001" w:rsidRDefault="00000000">
            <w:r>
              <w:t>DS23</w:t>
            </w:r>
          </w:p>
        </w:tc>
        <w:tc>
          <w:tcPr>
            <w:tcW w:w="2268" w:type="dxa"/>
          </w:tcPr>
          <w:p w14:paraId="00C23003" w14:textId="77777777" w:rsidR="00C23001" w:rsidRDefault="00000000">
            <w:r>
              <w:t>EA Environmental Permitting Register (EPR) — CSV bulk download</w:t>
            </w:r>
          </w:p>
        </w:tc>
        <w:tc>
          <w:tcPr>
            <w:tcW w:w="2268" w:type="dxa"/>
          </w:tcPr>
          <w:p w14:paraId="00C23004" w14:textId="77777777" w:rsidR="00C23001" w:rsidRDefault="00000000">
            <w:r>
              <w:t>Environment Agency (OGL v3)</w:t>
            </w:r>
          </w:p>
        </w:tc>
        <w:tc>
          <w:tcPr>
            <w:tcW w:w="2268" w:type="dxa"/>
          </w:tcPr>
          <w:p w14:paraId="00C23005" w14:textId="77777777" w:rsidR="00C23001" w:rsidRDefault="00000000">
            <w:r>
              <w:t>Environmental permits, registered facilities and flood defence assets within 1km (S5.2, Figure 15 Appendix O)</w:t>
            </w:r>
          </w:p>
        </w:tc>
      </w:tr>
      <w:tr w:rsidR="00C23001" w14:paraId="00C23001" w14:textId="77777777">
        <w:tc>
          <w:tcPr>
            <w:tcW w:w="2268" w:type="dxa"/>
          </w:tcPr>
          <w:p w14:paraId="00C23002" w14:textId="77777777" w:rsidR="00C23001" w:rsidRDefault="00000000">
            <w:r>
              <w:t>DS24</w:t>
            </w:r>
          </w:p>
        </w:tc>
        <w:tc>
          <w:tcPr>
            <w:tcW w:w="2268" w:type="dxa"/>
          </w:tcPr>
          <w:p w14:paraId="00C23003" w14:textId="77777777" w:rsidR="00C23001" w:rsidRDefault="00000000">
            <w:r>
              <w:t>OpenStreetMap (local extract) — infrastructure and land-use sites</w:t>
            </w:r>
          </w:p>
        </w:tc>
        <w:tc>
          <w:tcPr>
            <w:tcW w:w="2268" w:type="dxa"/>
          </w:tcPr>
          <w:p w14:paraId="00C23004" w14:textId="77777777" w:rsidR="00C23001" w:rsidRDefault="00000000">
            <w:r>
              <w:t>OpenStreetMap contributors (ODbL)</w:t>
            </w:r>
          </w:p>
        </w:tc>
        <w:tc>
          <w:tcPr>
            <w:tcW w:w="2268" w:type="dxa"/>
          </w:tcPr>
          <w:p w14:paraId="00C23005" w14:textId="77777777" w:rsidR="00C23001" w:rsidRDefault="00000000">
            <w:r>
              <w:t>Gas holders, sewage/water works, sub-stations, power stations, emergency services, military, aviation, port, quarry and industrial sites within 1km (S5 Historical Features table / S8 CSM sources)</w:t>
            </w:r>
          </w:p>
        </w:tc>
      </w:tr>
    </w:tbl>
    <w:p w14:paraId="75696CB6" w14:textId="77777777" w:rsidR="001C4B22" w:rsidRDefault="00000000">
      <w:r>
        <w:br w:type="page"/>
      </w:r>
    </w:p>
    <w:p w14:paraId="687C810B" w14:textId="77777777" w:rsidR="001C4B22" w:rsidRDefault="00000000">
      <w:pPr>
        <w:pStyle w:val="Heading1"/>
      </w:pPr>
      <w:r>
        <w:rPr>
          <w:color w:val="1F497D"/>
        </w:rPr>
        <w:lastRenderedPageBreak/>
        <w:t>5</w:t>
        <w:tab/>
        <w:t>SITE HISTORY</w:t>
      </w:r>
    </w:p>
    <w:p w14:paraId="0B6F77D0" w14:textId="77777777" w:rsidR="001C4B22" w:rsidRDefault="00000000">
      <w:pPr>
        <w:pStyle w:val="Heading2"/>
      </w:pPr>
      <w:r>
        <w:rPr>
          <w:color w:val="1F497D"/>
        </w:rPr>
        <w:t>5.1</w:t>
        <w:tab/>
        <w:t>Historical Land Use Review</w:t>
      </w:r>
    </w:p>
    <w:p w14:paraId="4E5420DB" w14:textId="77777777" w:rsidR="001C4B22" w:rsidRDefault="00000000">
      <w:r>
        <w:t>A limited AI-assisted historical mapping review has been undertaken using Ordnance Survey mapping from three historical epochs (c.—1885, c.—1888–1913, and c.—1919–1947), accessed via the National Library of Scotland (NLS). Historical mapping provides indicative information regarding former land uses, structures, watercourses, and potential ground disturbance not evident from current mapping. Key features identified are summarised in Table 4 below.</w:t>
      </w:r>
    </w:p>
    <w:p w14:paraId="0C7D578A" w14:textId="77777777" w:rsidR="00BF453F" w:rsidRDefault="00000000">
      <w:r>
        <w:t>The AI-assisted review included in this report is indicative only and has not been verified by a competent professional. It does not constitute a formal historical land use survey. Where a more detailed professional historical mapping review is required — for example to confirm made ground extent and inform design and planning decisions — this should be commissioned as part of a professional desk study or Tier 2/3 report service.</w:t>
      </w:r>
    </w:p>
    <w:p>
      <w:pPr>
        <w:pStyle w:val="Normal"/>
      </w:pPr>
      <w:r>
        <w:rPr>
          <w:rFonts w:ascii="Arial" w:hAnsi="Arial"/>
          <w:sz w:val="20"/>
        </w:rPr>
        <w:t xml:space="preserve">5.1.1	Historical Ordnance Survey mapping was reviewed via the National Library of Scotland (NLS) digital archive, accessed through MapTiler Cloud. The following map series were examined: Ordnance Survey Six-Inch (1888–1913, scale 1:10,560), Ordnance Survey One-Inch (1885–1903, scale 1:63,360), and Ordnance Survey Composite (1919–1947, scale Various). These maps are provided as figures in Appendix I (1888–1913), Appendix J (1885–1903), and Appendix K (1919–1947). Post-war Ordnance Survey mapping (post-1947) has not been reviewed as part of this assessment.</w:t>
      </w:r>
    </w:p>
    <w:p>
      <w:pPr>
        <w:pStyle w:val="Normal"/>
      </w:pPr>
      <w:r>
        <w:rPr>
          <w:rFonts w:ascii="Arial" w:hAnsi="Arial"/>
          <w:sz w:val="20"/>
        </w:rPr>
        <w:t xml:space="preserve">5.1.2	Historical mapping indicates that the site itself has remained undeveloped throughout all mapping periods reviewed. Royal Victoria Park is recorded approximately 200m to the southwest, present throughout all periods, with potential for made ground from landscaping activities. A railway line is shown approximately 300m to the southeast, present from the earliest mapping, with potential for made ground from embankments or cuttings and vibration considerations for foundation design. High Common is recorded approximately 300m to the north, present throughout all periods, with potential for made ground from historical infilling. Ring Common Allotments are shown approximately 100m to the west, established by the 1919–1947 period and continuing to present, with potential for localised contamination from historical pesticide or herbicide use.</w:t>
      </w:r>
    </w:p>
    <w:p>
      <w:pPr>
        <w:pStyle w:val="Normal"/>
      </w:pPr>
      <w:r>
        <w:rPr>
          <w:rFonts w:ascii="Arial" w:hAnsi="Arial"/>
          <w:sz w:val="20"/>
        </w:rPr>
        <w:t xml:space="preserve">5.1.3	This historical mapping review has been undertaken using automated AI analysis of digital map tiles and has not been verified by a qualified geotechnical engineer. A thorough manual review by a geotechnical professional is recommended as part of a BS 5930-compliant desk study. The six-inch mapping (1888–1913) provides the highest spatial resolution for site-specific interpretation. Post-war Ordnance Survey mapping (post-1947) has not been reviewed as part of this assessment. Such mapping requires a licence from a commercial data supplier and falls outside the scope of this automated desk study. Current OS 1:25,000 mapping has been checked for references to former, old, and disused land uses; however, historical land uses that were active after 1947 and have subsequently been cleared may not be identifiable from current mapping and could therefore be missed by this assessment. A detailed review of post-war mapping should be undertaken as part of a detailed desk study prepared in accordance with BS 5930, ahead of any intrusive ground investigation.</w:t>
      </w:r>
    </w:p>
    <w:p w14:paraId="7AE42570" w14:textId="77777777" w:rsidR="00BF453F" w:rsidRDefault="00BF453F">
      <w:pPr>
        <w:spacing w:before="120" w:after="40"/>
      </w:pPr>
      <w:r>
        <w:rPr>
          <w:b/>
          <w:i/>
        </w:rPr>
        <w:t>Table 4 — Historical and Current Map Features of Note (indicative — AI-assisted review of NLS/OS mapping and OpenStreetMap data; requires professional verification)</w:t>
      </w:r>
    </w:p>
    <w:tbl>
      <w:tblPr>
        <w:tblStyle w:val="TableGrid"/>
        <w:tblW w:w="0" w:type="auto"/>
        <w:tblLook w:val="04A0" w:firstRow="1" w:lastRow="0" w:firstColumn="1" w:lastColumn="0" w:noHBand="0" w:noVBand="1"/>
      </w:tblPr>
      <w:tblGrid>
        <w:gridCol w:w="2500"/>
        <w:gridCol w:w="1200"/>
        <w:gridCol w:w="1400"/>
        <w:gridCol w:w="1462"/>
        <w:gridCol w:w="2500"/>
      </w:tblGrid>
      <w:tr w:rsidR="00BF453F" w14:paraId="63AAF1DE" w14:textId="77777777" w:rsidTr="00957F57">
        <w:tc>
          <w:tcPr>
            <w:tcW w:w="2500" w:type="dxa"/>
            <w:shd w:val="clear" w:color="auto" w:fill="DBE5F1" w:themeFill="accent1" w:themeFillTint="33"/>
          </w:tcPr>
          <w:p w14:paraId="1D7D30C0" w14:textId="77777777" w:rsidR="00BF453F" w:rsidRDefault="00000000">
            <w:r>
              <w:rPr>
                <w:b/>
              </w:rPr>
              <w:t>Feature / Land Use</w:t>
            </w:r>
          </w:p>
        </w:tc>
        <w:tc>
          <w:tcPr>
            <w:tcW w:w="1200" w:type="dxa"/>
            <w:shd w:val="clear" w:color="auto" w:fill="DBE5F1" w:themeFill="accent1" w:themeFillTint="33"/>
          </w:tcPr>
          <w:p w14:paraId="66C4015A" w14:textId="77777777" w:rsidR="00BF453F" w:rsidRDefault="00000000">
            <w:r>
              <w:rPr>
                <w:b/>
              </w:rPr>
              <w:t>Type</w:t>
            </w:r>
          </w:p>
        </w:tc>
        <w:tc>
          <w:tcPr>
            <w:tcW w:w="1400" w:type="dxa"/>
            <w:shd w:val="clear" w:color="auto" w:fill="DBE5F1" w:themeFill="accent1" w:themeFillTint="33"/>
          </w:tcPr>
          <w:p w14:paraId="0874BE1A" w14:textId="77777777" w:rsidR="00BF453F" w:rsidRDefault="00000000">
            <w:r>
              <w:rPr>
                <w:b/>
              </w:rPr>
              <w:t>Proximity to Site</w:t>
            </w:r>
          </w:p>
        </w:tc>
        <w:tc>
          <w:tcPr>
            <w:tcW w:w="1462" w:type="dxa"/>
            <w:shd w:val="clear" w:color="auto" w:fill="DBE5F1" w:themeFill="accent1" w:themeFillTint="33"/>
          </w:tcPr>
          <w:p w14:paraId="01ADAE36" w14:textId="77777777" w:rsidR="00BF453F" w:rsidRDefault="00000000">
            <w:r>
              <w:rPr>
                <w:b/>
              </w:rPr>
              <w:t>Map Period</w:t>
            </w:r>
          </w:p>
        </w:tc>
        <w:tc>
          <w:tcPr>
            <w:tcW w:w="2500" w:type="dxa"/>
            <w:shd w:val="clear" w:color="auto" w:fill="DBE5F1" w:themeFill="accent1" w:themeFillTint="33"/>
          </w:tcPr>
          <w:p w14:paraId="7F00FB05" w14:textId="77777777" w:rsidR="00BF453F" w:rsidRDefault="00000000">
            <w:r>
              <w:rPr>
                <w:b/>
              </w:rPr>
              <w:t>Geotechnical Note</w:t>
            </w:r>
          </w:p>
        </w:tc>
      </w:tr>
      <w:tr>
        <w:tc>
          <w:tcPr>
            <w:tcW w:w="2500" w:type="dxa"/>
          </w:tcPr>
          <w:p>
            <w:r>
              <w:rPr>
                <w:sz w:val="18"/>
              </w:rPr>
              <w:t>Historic Landfill Site (Norfolk Crescent)</w:t>
            </w:r>
          </w:p>
        </w:tc>
        <w:tc>
          <w:tcPr>
            <w:tcW w:w="1200" w:type="dxa"/>
          </w:tcPr>
          <w:p>
            <w:r>
              <w:rPr>
                <w:sz w:val="18"/>
              </w:rPr>
              <w:t>Waste/Landfill</w:t>
            </w:r>
          </w:p>
        </w:tc>
        <w:tc>
          <w:tcPr>
            <w:tcW w:w="1400" w:type="dxa"/>
          </w:tcPr>
          <w:p>
            <w:r>
              <w:rPr>
                <w:sz w:val="18"/>
              </w:rPr>
              <w:t>~500m NW</w:t>
            </w:r>
          </w:p>
        </w:tc>
        <w:tc>
          <w:tcPr>
            <w:tcW w:w="1462" w:type="dxa"/>
          </w:tcPr>
          <w:p>
            <w:r>
              <w:rPr>
                <w:sz w:val="18"/>
              </w:rPr>
              <w:t>Post-1947 (EA Historic Landfill Register)</w:t>
            </w:r>
          </w:p>
        </w:tc>
        <w:tc>
          <w:tcPr>
            <w:tcW w:w="2500" w:type="dxa"/>
          </w:tcPr>
          <w:p>
            <w:r>
              <w:rPr>
                <w:sz w:val="18"/>
              </w:rPr>
              <w:t>Closed landfill site recorded on EA Historic Landfill Register — potential ground gas (methane, carbon dioxide), leachate contamination, and settlement risk from degrading waste; not visible on historical mapping reviewed, indicating post-war infilling.</w:t>
            </w:r>
          </w:p>
        </w:tc>
      </w:tr>
      <w:tr>
        <w:tc>
          <w:tcPr>
            <w:tcW w:w="2500" w:type="dxa"/>
          </w:tcPr>
          <w:p>
            <w:r>
              <w:rPr>
                <w:sz w:val="18"/>
              </w:rPr>
              <w:t>Royal Victoria Park</w:t>
            </w:r>
          </w:p>
        </w:tc>
        <w:tc>
          <w:tcPr>
            <w:tcW w:w="1200" w:type="dxa"/>
          </w:tcPr>
          <w:p>
            <w:r>
              <w:rPr>
                <w:sz w:val="18"/>
              </w:rPr>
              <w:t>Other</w:t>
            </w:r>
          </w:p>
        </w:tc>
        <w:tc>
          <w:tcPr>
            <w:tcW w:w="1400" w:type="dxa"/>
          </w:tcPr>
          <w:p>
            <w:r>
              <w:rPr>
                <w:sz w:val="18"/>
              </w:rPr>
              <w:t>~200m SW</w:t>
            </w:r>
          </w:p>
        </w:tc>
        <w:tc>
          <w:tcPr>
            <w:tcW w:w="1462" w:type="dxa"/>
          </w:tcPr>
          <w:p>
            <w:r>
              <w:rPr>
                <w:sz w:val="18"/>
              </w:rPr>
              <w:t>Six-inch OS 1888-1913, One-inch OS 1885-1903, OS Composite 1919-1947, Current (OS mapping)</w:t>
            </w:r>
          </w:p>
        </w:tc>
        <w:tc>
          <w:tcPr>
            <w:tcW w:w="2500" w:type="dxa"/>
          </w:tcPr>
          <w:p>
            <w:r>
              <w:rPr>
                <w:sz w:val="18"/>
              </w:rPr>
              <w:t>Large public park present throughout all mapping periods — potential for made ground from landscaping; parks and common land were occasionally used for infilling without surface indication.</w:t>
            </w:r>
          </w:p>
        </w:tc>
      </w:tr>
      <w:tr>
        <w:tc>
          <w:tcPr>
            <w:tcW w:w="2500" w:type="dxa"/>
          </w:tcPr>
          <w:p>
            <w:r>
              <w:rPr>
                <w:sz w:val="18"/>
              </w:rPr>
              <w:t>River (River Avon)</w:t>
            </w:r>
          </w:p>
        </w:tc>
        <w:tc>
          <w:tcPr>
            <w:tcW w:w="1200" w:type="dxa"/>
          </w:tcPr>
          <w:p>
            <w:r>
              <w:rPr>
                <w:sz w:val="18"/>
              </w:rPr>
              <w:t>Water</w:t>
            </w:r>
          </w:p>
        </w:tc>
        <w:tc>
          <w:tcPr>
            <w:tcW w:w="1400" w:type="dxa"/>
          </w:tcPr>
          <w:p>
            <w:r>
              <w:rPr>
                <w:sz w:val="18"/>
              </w:rPr>
              <w:t>~400m S</w:t>
            </w:r>
          </w:p>
        </w:tc>
        <w:tc>
          <w:tcPr>
            <w:tcW w:w="1462" w:type="dxa"/>
          </w:tcPr>
          <w:p>
            <w:r>
              <w:rPr>
                <w:sz w:val="18"/>
              </w:rPr>
              <w:t>Six-inch OS 1888-1913, One-inch OS 1885-1903, OS Composite 1919-1947, Current (OS mapping)</w:t>
            </w:r>
          </w:p>
        </w:tc>
        <w:tc>
          <w:tcPr>
            <w:tcW w:w="2500" w:type="dxa"/>
          </w:tcPr>
          <w:p>
            <w:r>
              <w:rPr>
                <w:sz w:val="18"/>
              </w:rPr>
              <w:t>Named watercourse — potential flood risk and surface water drainage constraint; refer to EA Flood Zone mapping for flood zone extents; alluvial deposits likely in vicinity.</w:t>
            </w:r>
          </w:p>
        </w:tc>
      </w:tr>
      <w:tr>
        <w:tc>
          <w:tcPr>
            <w:tcW w:w="2500" w:type="dxa"/>
          </w:tcPr>
          <w:p>
            <w:r>
              <w:rPr>
                <w:sz w:val="18"/>
              </w:rPr>
              <w:t>Railway</w:t>
            </w:r>
          </w:p>
        </w:tc>
        <w:tc>
          <w:tcPr>
            <w:tcW w:w="1200" w:type="dxa"/>
          </w:tcPr>
          <w:p>
            <w:r>
              <w:rPr>
                <w:sz w:val="18"/>
              </w:rPr>
              <w:t>Railway</w:t>
            </w:r>
          </w:p>
        </w:tc>
        <w:tc>
          <w:tcPr>
            <w:tcW w:w="1400" w:type="dxa"/>
          </w:tcPr>
          <w:p>
            <w:r>
              <w:rPr>
                <w:sz w:val="18"/>
              </w:rPr>
              <w:t>~300m SE</w:t>
            </w:r>
          </w:p>
        </w:tc>
        <w:tc>
          <w:tcPr>
            <w:tcW w:w="1462" w:type="dxa"/>
          </w:tcPr>
          <w:p>
            <w:r>
              <w:rPr>
                <w:sz w:val="18"/>
              </w:rPr>
              <w:t>Six-inch OS 1888-1913, One-inch OS 1885-1903, OS Composite 1919-1947, Current (OS mapping)</w:t>
            </w:r>
          </w:p>
        </w:tc>
        <w:tc>
          <w:tcPr>
            <w:tcW w:w="2500" w:type="dxa"/>
          </w:tcPr>
          <w:p>
            <w:r>
              <w:rPr>
                <w:sz w:val="18"/>
              </w:rPr>
              <w:t>Railway line present throughout all mapping periods — potential for made ground from embankments or cuttings; vibration consideration for foundation design.</w:t>
            </w:r>
          </w:p>
        </w:tc>
      </w:tr>
      <w:tr>
        <w:tc>
          <w:tcPr>
            <w:tcW w:w="2500" w:type="dxa"/>
          </w:tcPr>
          <w:p>
            <w:r>
              <w:rPr>
                <w:sz w:val="18"/>
              </w:rPr>
              <w:t>High Common</w:t>
            </w:r>
          </w:p>
        </w:tc>
        <w:tc>
          <w:tcPr>
            <w:tcW w:w="1200" w:type="dxa"/>
          </w:tcPr>
          <w:p>
            <w:r>
              <w:rPr>
                <w:sz w:val="18"/>
              </w:rPr>
              <w:t>Other</w:t>
            </w:r>
          </w:p>
        </w:tc>
        <w:tc>
          <w:tcPr>
            <w:tcW w:w="1400" w:type="dxa"/>
          </w:tcPr>
          <w:p>
            <w:r>
              <w:rPr>
                <w:sz w:val="18"/>
              </w:rPr>
              <w:t>~300m N</w:t>
            </w:r>
          </w:p>
        </w:tc>
        <w:tc>
          <w:tcPr>
            <w:tcW w:w="1462" w:type="dxa"/>
          </w:tcPr>
          <w:p>
            <w:r>
              <w:rPr>
                <w:sz w:val="18"/>
              </w:rPr>
              <w:t>Six-inch OS 1888-1913, One-inch OS 1885-1903, OS Composite 1919-1947, Current (OS mapping)</w:t>
            </w:r>
          </w:p>
        </w:tc>
        <w:tc>
          <w:tcPr>
            <w:tcW w:w="2500" w:type="dxa"/>
          </w:tcPr>
          <w:p>
            <w:r>
              <w:rPr>
                <w:sz w:val="18"/>
              </w:rPr>
              <w:t>Common land present throughout all mapping periods — potential for made ground from historical infilling; common land was frequently used for waste disposal without surface indication.</w:t>
            </w:r>
          </w:p>
        </w:tc>
      </w:tr>
      <w:tr>
        <w:tc>
          <w:tcPr>
            <w:tcW w:w="2500" w:type="dxa"/>
          </w:tcPr>
          <w:p>
            <w:r>
              <w:rPr>
                <w:sz w:val="18"/>
              </w:rPr>
              <w:t>Ring Common Allotments</w:t>
            </w:r>
          </w:p>
        </w:tc>
        <w:tc>
          <w:tcPr>
            <w:tcW w:w="1200" w:type="dxa"/>
          </w:tcPr>
          <w:p>
            <w:r>
              <w:rPr>
                <w:sz w:val="18"/>
              </w:rPr>
              <w:t>Agricultural</w:t>
            </w:r>
          </w:p>
        </w:tc>
        <w:tc>
          <w:tcPr>
            <w:tcW w:w="1400" w:type="dxa"/>
          </w:tcPr>
          <w:p>
            <w:r>
              <w:rPr>
                <w:sz w:val="18"/>
              </w:rPr>
              <w:t>~100m W</w:t>
            </w:r>
          </w:p>
        </w:tc>
        <w:tc>
          <w:tcPr>
            <w:tcW w:w="1462" w:type="dxa"/>
          </w:tcPr>
          <w:p>
            <w:r>
              <w:rPr>
                <w:sz w:val="18"/>
              </w:rPr>
              <w:t>OS Composite 1919-1947, Current (OS mapping)</w:t>
            </w:r>
          </w:p>
        </w:tc>
        <w:tc>
          <w:tcPr>
            <w:tcW w:w="2500" w:type="dxa"/>
          </w:tcPr>
          <w:p>
            <w:r>
              <w:rPr>
                <w:sz w:val="18"/>
              </w:rPr>
              <w:t>Allotments established by 1919-1947 period and continuing to present — potential for localized contamination from historical pesticide/herbicide use and made ground from soil importation.</w:t>
            </w:r>
          </w:p>
        </w:tc>
      </w:tr>
      <w:tr>
        <w:tc>
          <w:tcPr>
            <w:tcW w:w="2500" w:type="dxa"/>
          </w:tcPr>
          <w:p>
            <w:r>
              <w:rPr>
                <w:sz w:val="18"/>
              </w:rPr>
              <w:t>Electricity Sub-Station (Park Street Substation)</w:t>
            </w:r>
          </w:p>
        </w:tc>
        <w:tc>
          <w:tcPr>
            <w:tcW w:w="1200" w:type="dxa"/>
          </w:tcPr>
          <w:p>
            <w:r>
              <w:rPr>
                <w:sz w:val="18"/>
              </w:rPr>
              <w:t>Utility</w:t>
            </w:r>
          </w:p>
        </w:tc>
        <w:tc>
          <w:tcPr>
            <w:tcW w:w="1400" w:type="dxa"/>
          </w:tcPr>
          <w:p>
            <w:r>
              <w:rPr>
                <w:sz w:val="18"/>
              </w:rPr>
              <w:t>~351m NE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w:t>
            </w:r>
          </w:p>
        </w:tc>
        <w:tc>
          <w:tcPr>
            <w:tcW w:w="1200" w:type="dxa"/>
          </w:tcPr>
          <w:p>
            <w:r>
              <w:rPr>
                <w:sz w:val="18"/>
              </w:rPr>
              <w:t>Utility</w:t>
            </w:r>
          </w:p>
        </w:tc>
        <w:tc>
          <w:tcPr>
            <w:tcW w:w="1400" w:type="dxa"/>
          </w:tcPr>
          <w:p>
            <w:r>
              <w:rPr>
                <w:sz w:val="18"/>
              </w:rPr>
              <w:t>~742m 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w:t>
            </w:r>
          </w:p>
        </w:tc>
        <w:tc>
          <w:tcPr>
            <w:tcW w:w="1200" w:type="dxa"/>
          </w:tcPr>
          <w:p>
            <w:r>
              <w:rPr>
                <w:sz w:val="18"/>
              </w:rPr>
              <w:t>Utility</w:t>
            </w:r>
          </w:p>
        </w:tc>
        <w:tc>
          <w:tcPr>
            <w:tcW w:w="1400" w:type="dxa"/>
          </w:tcPr>
          <w:p>
            <w:r>
              <w:rPr>
                <w:sz w:val="18"/>
              </w:rPr>
              <w:t>~936m NW</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Police Station (Redbridge House Police Centre)</w:t>
            </w:r>
          </w:p>
        </w:tc>
        <w:tc>
          <w:tcPr>
            <w:tcW w:w="1200" w:type="dxa"/>
          </w:tcPr>
          <w:p>
            <w:r>
              <w:rPr>
                <w:sz w:val="18"/>
              </w:rPr>
              <w:t>Public Services</w:t>
            </w:r>
          </w:p>
        </w:tc>
        <w:tc>
          <w:tcPr>
            <w:tcW w:w="1400" w:type="dxa"/>
          </w:tcPr>
          <w:p>
            <w:r>
              <w:rPr>
                <w:sz w:val="18"/>
              </w:rPr>
              <w:t>~807m SW</w:t>
            </w:r>
          </w:p>
        </w:tc>
        <w:tc>
          <w:tcPr>
            <w:tcW w:w="1462" w:type="dxa"/>
          </w:tcPr>
          <w:p>
            <w:r>
              <w:rPr>
                <w:sz w:val="18"/>
              </w:rPr>
              <w:t>Current (OpenStreetMap data)</w:t>
            </w:r>
          </w:p>
        </w:tc>
        <w:tc>
          <w:tcPr>
            <w:tcW w:w="2500" w:type="dxa"/>
          </w:tcPr>
          <w:p>
            <w:r>
              <w:rPr>
                <w:sz w:val="18"/>
              </w:rPr>
              <w:t>Vehicle fleet fuel/maintenance storage — potential hydrocarbon contamination.</w:t>
            </w:r>
          </w:p>
        </w:tc>
      </w:tr>
      <w:tr>
        <w:tc>
          <w:tcPr>
            <w:tcW w:w="2500" w:type="dxa"/>
          </w:tcPr>
          <w:p>
            <w:r>
              <w:rPr>
                <w:sz w:val="18"/>
              </w:rPr>
              <w:t>Post Depot / Sorting Office (Mailboxes Etc.)</w:t>
            </w:r>
          </w:p>
        </w:tc>
        <w:tc>
          <w:tcPr>
            <w:tcW w:w="1200" w:type="dxa"/>
          </w:tcPr>
          <w:p>
            <w:r>
              <w:rPr>
                <w:sz w:val="18"/>
              </w:rPr>
              <w:t>Public Services</w:t>
            </w:r>
          </w:p>
        </w:tc>
        <w:tc>
          <w:tcPr>
            <w:tcW w:w="1400" w:type="dxa"/>
          </w:tcPr>
          <w:p>
            <w:r>
              <w:rPr>
                <w:sz w:val="18"/>
              </w:rPr>
              <w:t>~607m SE</w:t>
            </w:r>
          </w:p>
        </w:tc>
        <w:tc>
          <w:tcPr>
            <w:tcW w:w="1462" w:type="dxa"/>
          </w:tcPr>
          <w:p>
            <w:r>
              <w:rPr>
                <w:sz w:val="18"/>
              </w:rPr>
              <w:t>Current (OpenStreetMap data)</w:t>
            </w:r>
          </w:p>
        </w:tc>
        <w:tc>
          <w:tcPr>
            <w:tcW w:w="2500" w:type="dxa"/>
          </w:tcPr>
          <w:p>
            <w:r>
              <w:rPr>
                <w:sz w:val="18"/>
              </w:rPr>
              <w:t>Vehicle fleet fuel storage — potential hydrocarbon contamination.</w:t>
            </w:r>
          </w:p>
        </w:tc>
      </w:tr>
      <w:tr>
        <w:tc>
          <w:tcPr>
            <w:tcW w:w="2500" w:type="dxa"/>
          </w:tcPr>
          <w:p>
            <w:r>
              <w:rPr>
                <w:sz w:val="18"/>
              </w:rPr>
              <w:t>Post Depot / Sorting Office (Bath Post Office)</w:t>
            </w:r>
          </w:p>
        </w:tc>
        <w:tc>
          <w:tcPr>
            <w:tcW w:w="1200" w:type="dxa"/>
          </w:tcPr>
          <w:p>
            <w:r>
              <w:rPr>
                <w:sz w:val="18"/>
              </w:rPr>
              <w:t>Public Services</w:t>
            </w:r>
          </w:p>
        </w:tc>
        <w:tc>
          <w:tcPr>
            <w:tcW w:w="1400" w:type="dxa"/>
          </w:tcPr>
          <w:p>
            <w:r>
              <w:rPr>
                <w:sz w:val="18"/>
              </w:rPr>
              <w:t>~913m SE</w:t>
            </w:r>
          </w:p>
        </w:tc>
        <w:tc>
          <w:tcPr>
            <w:tcW w:w="1462" w:type="dxa"/>
          </w:tcPr>
          <w:p>
            <w:r>
              <w:rPr>
                <w:sz w:val="18"/>
              </w:rPr>
              <w:t>Current (OpenStreetMap data)</w:t>
            </w:r>
          </w:p>
        </w:tc>
        <w:tc>
          <w:tcPr>
            <w:tcW w:w="2500" w:type="dxa"/>
          </w:tcPr>
          <w:p>
            <w:r>
              <w:rPr>
                <w:sz w:val="18"/>
              </w:rPr>
              <w:t>Vehicle fleet fuel storage — potential hydrocarbon contamination.</w:t>
            </w:r>
          </w:p>
        </w:tc>
      </w:tr>
      <w:tr>
        <w:tc>
          <w:tcPr>
            <w:tcW w:w="2500" w:type="dxa"/>
          </w:tcPr>
          <w:p>
            <w:r>
              <w:rPr>
                <w:sz w:val="18"/>
              </w:rPr>
              <w:t>Hospital / Infirmary (disused) (Royal National Hospital for Rheumatic Diseases)</w:t>
            </w:r>
          </w:p>
        </w:tc>
        <w:tc>
          <w:tcPr>
            <w:tcW w:w="1200" w:type="dxa"/>
          </w:tcPr>
          <w:p>
            <w:r>
              <w:rPr>
                <w:sz w:val="18"/>
              </w:rPr>
              <w:t>Institutional</w:t>
            </w:r>
          </w:p>
        </w:tc>
        <w:tc>
          <w:tcPr>
            <w:tcW w:w="1400" w:type="dxa"/>
          </w:tcPr>
          <w:p>
            <w:r>
              <w:rPr>
                <w:sz w:val="18"/>
              </w:rPr>
              <w:t>~861m SE</w:t>
            </w:r>
          </w:p>
        </w:tc>
        <w:tc>
          <w:tcPr>
            <w:tcW w:w="1462" w:type="dxa"/>
          </w:tcPr>
          <w:p>
            <w:r>
              <w:rPr>
                <w:sz w:val="18"/>
              </w:rPr>
              <w:t>Post-1947 (noted on OpenStreetMap; exact dates unknown)</w:t>
            </w:r>
          </w:p>
        </w:tc>
        <w:tc>
          <w:tcPr>
            <w:tcW w:w="2500" w:type="dxa"/>
          </w:tcPr>
          <w:p>
            <w:r>
              <w:rPr>
                <w:sz w:val="18"/>
              </w:rPr>
              <w:t>Potential historic incinerators, underground fuel tanks, and clinical waste — see also Institutional uses guidance. Disused/former site — no ongoing environmental management.</w:t>
            </w:r>
          </w:p>
        </w:tc>
      </w:tr>
    </w:tbl>
    <w:p w14:paraId="00A11001" w14:textId="77777777" w:rsidR="00AB1234" w:rsidRDefault="00AB1234">
      <w:pPr>
        <w:pStyle w:val="Heading2"/>
      </w:pPr>
      <w:r>
        <w:rPr>
          <w:color w:val="1F497D"/>
        </w:rPr>
        <w:t>5.2</w:t>
        <w:tab/>
        <w:t>Current Regulatory Context</w:t>
      </w:r>
    </w:p>
    <w:p w14:paraId="00A11002" w14:textId="77777777" w:rsidR="00AB1234" w:rsidRDefault="00AB1234">
      <w:r>
        <w:t>EA-registered permitted facilities and fuel stations identified within 1km of the assessed site location are summarised in Table 5 below. See Appendix O for mapped locations.</w:t>
      </w:r>
    </w:p>
    <w:p w14:paraId="00A11003" w14:textId="77777777" w:rsidR="00AB1234" w:rsidRDefault="00AB1234">
      <w:pPr>
        <w:spacing w:before="120" w:after="40"/>
      </w:pPr>
      <w:r>
        <w:rPr>
          <w:b/>
          <w:i/>
        </w:rPr>
        <w:t>Table 5 — EA Registered Permitted Facilities and Fuel Stations (1km radius)</w:t>
      </w:r>
    </w:p>
    <w:tbl>
      <w:tblPr>
        <w:tblStyle w:val="TableGrid"/>
        <w:tblW w:w="0" w:type="auto"/>
        <w:tblLook w:val="04A0" w:firstRow="1" w:lastRow="0" w:firstColumn="1" w:lastColumn="0" w:noHBand="0" w:noVBand="1"/>
      </w:tblPr>
      <w:tblGrid>
        <w:gridCol w:w="3400"/>
        <w:gridCol w:w="2300"/>
        <w:gridCol w:w="1200"/>
        <w:gridCol w:w="1200"/>
      </w:tblGrid>
      <w:tr w:rsidR="00AB1234" w14:paraId="00C11001" w14:textId="77777777">
        <w:tc>
          <w:tcPr>
            <w:tcW w:w="3400" w:type="dxa"/>
            <w:shd w:val="clear" w:color="auto" w:fill="DBE5F1" w:themeFill="accent1" w:themeFillTint="33"/>
          </w:tcPr>
          <w:p w14:paraId="00C11002" w14:textId="77777777" w:rsidR="00AB1234" w:rsidRDefault="00000000">
            <w:r>
              <w:rPr>
                <w:b/>
              </w:rPr>
              <w:t>Facility Name</w:t>
            </w:r>
          </w:p>
        </w:tc>
        <w:tc>
          <w:tcPr>
            <w:tcW w:w="2300" w:type="dxa"/>
            <w:shd w:val="clear" w:color="auto" w:fill="DBE5F1" w:themeFill="accent1" w:themeFillTint="33"/>
          </w:tcPr>
          <w:p w14:paraId="00C11003" w14:textId="77777777" w:rsidR="00AB1234" w:rsidRDefault="00000000">
            <w:r>
              <w:rPr>
                <w:b/>
              </w:rPr>
              <w:t>Category / Type</w:t>
            </w:r>
          </w:p>
        </w:tc>
        <w:tc>
          <w:tcPr>
            <w:tcW w:w="1200" w:type="dxa"/>
            <w:shd w:val="clear" w:color="auto" w:fill="DBE5F1" w:themeFill="accent1" w:themeFillTint="33"/>
          </w:tcPr>
          <w:p w14:paraId="00C11004" w14:textId="77777777" w:rsidR="00AB1234" w:rsidRDefault="00000000">
            <w:r>
              <w:rPr>
                <w:b/>
              </w:rPr>
              <w:t>Distance</w:t>
            </w:r>
          </w:p>
        </w:tc>
        <w:tc>
          <w:tcPr>
            <w:tcW w:w="1200" w:type="dxa"/>
            <w:shd w:val="clear" w:color="auto" w:fill="DBE5F1" w:themeFill="accent1" w:themeFillTint="33"/>
          </w:tcPr>
          <w:p w14:paraId="00C11005" w14:textId="77777777" w:rsidR="00AB1234" w:rsidRDefault="00000000">
            <w:r>
              <w:rPr>
                <w:b/>
              </w:rPr>
              <w:t>Direction</w:t>
            </w:r>
          </w:p>
        </w:tc>
      </w:tr>
      <w:tr>
        <w:tc>
          <w:tcPr>
            <w:tcW w:w="3400" w:type="dxa"/>
          </w:tcPr>
          <w:p>
            <w:r>
              <w:rPr>
                <w:sz w:val="18"/>
              </w:rPr>
              <w:t>BATH REFUSE TRANSFER STATION</w:t>
            </w:r>
          </w:p>
        </w:tc>
        <w:tc>
          <w:tcPr>
            <w:tcW w:w="2300" w:type="dxa"/>
          </w:tcPr>
          <w:p>
            <w:r>
              <w:rPr>
                <w:sz w:val="18"/>
              </w:rPr>
              <w:t>Trade water discharge</w:t>
            </w:r>
          </w:p>
        </w:tc>
        <w:tc>
          <w:tcPr>
            <w:tcW w:w="1200" w:type="dxa"/>
          </w:tcPr>
          <w:p>
            <w:r>
              <w:rPr>
                <w:sz w:val="18"/>
              </w:rPr>
              <w:t>596m</w:t>
            </w:r>
          </w:p>
        </w:tc>
        <w:tc>
          <w:tcPr>
            <w:tcW w:w="1200" w:type="dxa"/>
          </w:tcPr>
          <w:p>
            <w:r>
              <w:rPr>
                <w:sz w:val="18"/>
              </w:rPr>
              <w:t>SW</w:t>
            </w:r>
          </w:p>
        </w:tc>
      </w:tr>
      <w:tr>
        <w:tc>
          <w:tcPr>
            <w:tcW w:w="3400" w:type="dxa"/>
          </w:tcPr>
          <w:p>
            <w:r>
              <w:rPr>
                <w:sz w:val="18"/>
              </w:rPr>
              <w:t>Midland Road Waste Transfer Station And Civic Amenity Site</w:t>
            </w:r>
          </w:p>
        </w:tc>
        <w:tc>
          <w:tcPr>
            <w:tcW w:w="2300" w:type="dxa"/>
          </w:tcPr>
          <w:p>
            <w:r>
              <w:rPr>
                <w:sz w:val="18"/>
              </w:rPr>
              <w:t>Waste operation</w:t>
            </w:r>
          </w:p>
        </w:tc>
        <w:tc>
          <w:tcPr>
            <w:tcW w:w="1200" w:type="dxa"/>
          </w:tcPr>
          <w:p>
            <w:r>
              <w:rPr>
                <w:sz w:val="18"/>
              </w:rPr>
              <w:t>686m</w:t>
            </w:r>
          </w:p>
        </w:tc>
        <w:tc>
          <w:tcPr>
            <w:tcW w:w="1200" w:type="dxa"/>
          </w:tcPr>
          <w:p>
            <w:r>
              <w:rPr>
                <w:sz w:val="18"/>
              </w:rPr>
              <w:t>SW</w:t>
            </w:r>
          </w:p>
        </w:tc>
      </w:tr>
      <w:tr>
        <w:tc>
          <w:tcPr>
            <w:tcW w:w="3400" w:type="dxa"/>
          </w:tcPr>
          <w:p>
            <w:r>
              <w:rPr>
                <w:sz w:val="18"/>
              </w:rPr>
              <w:t>E.ON UK Infrastructure Services Ltd</w:t>
            </w:r>
          </w:p>
        </w:tc>
        <w:tc>
          <w:tcPr>
            <w:tcW w:w="2300" w:type="dxa"/>
          </w:tcPr>
          <w:p>
            <w:r>
              <w:rPr>
                <w:sz w:val="18"/>
              </w:rPr>
              <w:t>Industrial installation</w:t>
            </w:r>
          </w:p>
        </w:tc>
        <w:tc>
          <w:tcPr>
            <w:tcW w:w="1200" w:type="dxa"/>
          </w:tcPr>
          <w:p>
            <w:r>
              <w:rPr>
                <w:sz w:val="18"/>
              </w:rPr>
              <w:t>735m</w:t>
            </w:r>
          </w:p>
        </w:tc>
        <w:tc>
          <w:tcPr>
            <w:tcW w:w="1200" w:type="dxa"/>
          </w:tcPr>
          <w:p>
            <w:r>
              <w:rPr>
                <w:sz w:val="18"/>
              </w:rPr>
              <w:t>SW</w:t>
            </w:r>
          </w:p>
        </w:tc>
      </w:tr>
      <w:tr>
        <w:tc>
          <w:tcPr>
            <w:tcW w:w="3400" w:type="dxa"/>
          </w:tcPr>
          <w:p>
            <w:r>
              <w:rPr>
                <w:sz w:val="18"/>
              </w:rPr>
              <w:t>WESSEX WATER SERVICES LIMITED</w:t>
            </w:r>
          </w:p>
        </w:tc>
        <w:tc>
          <w:tcPr>
            <w:tcW w:w="2300" w:type="dxa"/>
          </w:tcPr>
          <w:p>
            <w:r>
              <w:rPr>
                <w:sz w:val="18"/>
              </w:rPr>
              <w:t>Industrial installation</w:t>
            </w:r>
          </w:p>
        </w:tc>
        <w:tc>
          <w:tcPr>
            <w:tcW w:w="1200" w:type="dxa"/>
          </w:tcPr>
          <w:p>
            <w:r>
              <w:rPr>
                <w:sz w:val="18"/>
              </w:rPr>
              <w:t>744m</w:t>
            </w:r>
          </w:p>
        </w:tc>
        <w:tc>
          <w:tcPr>
            <w:tcW w:w="1200" w:type="dxa"/>
          </w:tcPr>
          <w:p>
            <w:r>
              <w:rPr>
                <w:sz w:val="18"/>
              </w:rPr>
              <w:t>SW</w:t>
            </w:r>
          </w:p>
        </w:tc>
      </w:tr>
      <w:tr>
        <w:tc>
          <w:tcPr>
            <w:tcW w:w="3400" w:type="dxa"/>
          </w:tcPr>
          <w:p>
            <w:r>
              <w:rPr>
                <w:sz w:val="18"/>
              </w:rPr>
              <w:t>SAINSBURY FOODSTORE</w:t>
            </w:r>
          </w:p>
        </w:tc>
        <w:tc>
          <w:tcPr>
            <w:tcW w:w="2300" w:type="dxa"/>
          </w:tcPr>
          <w:p>
            <w:r>
              <w:rPr>
                <w:sz w:val="18"/>
              </w:rPr>
              <w:t>Trade water discharge</w:t>
            </w:r>
          </w:p>
        </w:tc>
        <w:tc>
          <w:tcPr>
            <w:tcW w:w="1200" w:type="dxa"/>
          </w:tcPr>
          <w:p>
            <w:r>
              <w:rPr>
                <w:sz w:val="18"/>
              </w:rPr>
              <w:t>775m</w:t>
            </w:r>
          </w:p>
        </w:tc>
        <w:tc>
          <w:tcPr>
            <w:tcW w:w="1200" w:type="dxa"/>
          </w:tcPr>
          <w:p>
            <w:r>
              <w:rPr>
                <w:sz w:val="18"/>
              </w:rPr>
              <w:t>S</w:t>
            </w:r>
          </w:p>
        </w:tc>
      </w:tr>
      <w:tr>
        <w:tc>
          <w:tcPr>
            <w:tcW w:w="3400" w:type="dxa"/>
          </w:tcPr>
          <w:p>
            <w:r>
              <w:rPr>
                <w:sz w:val="18"/>
              </w:rPr>
              <w:t>Sainsbury's Petrol Station</w:t>
            </w:r>
          </w:p>
        </w:tc>
        <w:tc>
          <w:tcPr>
            <w:tcW w:w="2300" w:type="dxa"/>
          </w:tcPr>
          <w:p>
            <w:r>
              <w:rPr>
                <w:sz w:val="18"/>
              </w:rPr>
              <w:t>Active fuel forecourt</w:t>
            </w:r>
          </w:p>
        </w:tc>
        <w:tc>
          <w:tcPr>
            <w:tcW w:w="1200" w:type="dxa"/>
          </w:tcPr>
          <w:p>
            <w:r>
              <w:rPr>
                <w:sz w:val="18"/>
              </w:rPr>
              <w:t>740m</w:t>
            </w:r>
          </w:p>
        </w:tc>
        <w:tc>
          <w:tcPr>
            <w:tcW w:w="1200" w:type="dxa"/>
          </w:tcPr>
          <w:p>
            <w:r>
              <w:rPr>
                <w:sz w:val="18"/>
              </w:rPr>
              <w:t>S</w:t>
            </w:r>
          </w:p>
        </w:tc>
      </w:tr>
    </w:tbl>
    <w:p w14:paraId="546E6E50" w14:textId="77777777" w:rsidR="001C4B22" w:rsidRDefault="00000000">
      <w:r>
        <w:br w:type="page"/>
      </w:r>
    </w:p>
    <w:p w14:paraId="2B8ACA48" w14:textId="77777777" w:rsidR="001C4B22" w:rsidRDefault="00000000">
      <w:pPr>
        <w:pStyle w:val="Heading1"/>
      </w:pPr>
      <w:r>
        <w:rPr>
          <w:color w:val="1F497D"/>
        </w:rPr>
        <w:lastRenderedPageBreak/>
        <w:t>6</w:t>
        <w:tab/>
        <w:t>GEOLOGY AND GROUND CONDITIONS</w:t>
      </w:r>
    </w:p>
    <w:p w14:paraId="067EF01F" w14:textId="77777777" w:rsidR="001C4B22" w:rsidRDefault="00000000">
      <w:pPr>
        <w:pStyle w:val="Heading2"/>
      </w:pPr>
      <w:r>
        <w:rPr>
          <w:color w:val="1F497D"/>
        </w:rPr>
        <w:t>6.1</w:t>
        <w:tab/>
        <w:t>Data Sources</w:t>
      </w:r>
    </w:p>
    <w:p w14:paraId="4ECE7F12" w14:textId="77777777" w:rsidR="001C4B22" w:rsidRDefault="00000000">
      <w:r>
        <w:t>The geological assessment is based on a review of BGS 1:625,000 digital geological map (OpenGeoscience WMS) and the BGS Single Onshore Borehole Index (SOBI). No intrusive investigation or site-specific borehole data has been reviewed as part of this study.</w:t>
      </w:r>
    </w:p>
    <w:p w14:paraId="62EDBD03" w14:textId="77777777" w:rsidR="001C4B22" w:rsidRDefault="00000000">
      <w:pPr>
        <w:pStyle w:val="Heading2"/>
      </w:pPr>
      <w:r>
        <w:rPr>
          <w:color w:val="1F497D"/>
        </w:rPr>
        <w:t>6.2</w:t>
        <w:tab/>
        <w:t>Geological Assessment</w:t>
      </w:r>
    </w:p>
    <w:p>
      <w:pPr>
        <w:pStyle w:val="Normal"/>
      </w:pPr>
      <w:r>
        <w:rPr>
          <w:rFonts w:ascii="Arial" w:hAnsi="Arial"/>
          <w:sz w:val="20"/>
        </w:rPr>
        <w:t xml:space="preserve">6.2.1	The geological assessment is based on BGS regional-scale 1:625,000 digital mapping, which is indicative only. The Lias Group (LI) — mudstone, siltstone, and limestone — forms the bedrock at the site. This Lower Jurassic succession comprises interbedded argillaceous and calcareous strata deposited in a marine shelf environment during the Early Jurassic period. The mudstone and siltstone horizons are typically moderately weak to moderately strong when fresh, but may be significantly weakened by weathering in the near-surface zone. Limestone beds within the sequence are generally competent and provide relatively favourable bearing conditions where present at founding level; however, solution features can occur locally within the limestone horizons, potentially leading to discontinuities in the founding stratum. The variable lithology and weathering profile of this geological unit result in heterogeneous ground conditions that require careful assessment during ground investigation. Foundation design will need to account for the potential for differential settlement arising from the interbedded nature of the succession and the localised occurrence of dissolution-related features.</w:t>
      </w:r>
    </w:p>
    <w:p>
      <w:pPr>
        <w:pStyle w:val="Normal"/>
      </w:pPr>
      <w:r>
        <w:rPr>
          <w:rFonts w:ascii="Arial" w:hAnsi="Arial"/>
          <w:sz w:val="20"/>
        </w:rPr>
        <w:t xml:space="preserve">6.2.2	The Lias Group extends across the broader area, forming part of a regionally extensive Lower Jurassic marine sequence that underlies much of the surrounding landscape. The succession reflects deposition in a shallow marine environment characterised by alternating mudstone, siltstone, and limestone facies, with lithological variation controlled by fluctuations in sea level and sediment supply during the Early Jurassic. The interbedded character of the sequence is typical of this depositional setting, with argillaceous units representing lower-energy conditions and calcareous horizons indicating periods of reduced clastic input. The geological context suggests that lateral lithological variation may be present at site scale, with the thickness and continuity of individual limestone beds potentially variable over short distances. This variability has implications for foundation design, as founding horizons may differ in competence and continuity across the site footprint.</w:t>
      </w:r>
    </w:p>
    <w:p>
      <w:pPr>
        <w:pStyle w:val="Normal"/>
      </w:pPr>
      <w:r>
        <w:rPr>
          <w:rFonts w:ascii="Arial" w:hAnsi="Arial"/>
          <w:sz w:val="20"/>
        </w:rPr>
        <w:t xml:space="preserve">6.2.3	Superficial deposits mapped at the site comprise Landslip of Quaternary age. These deposits typically consist of displaced bedrock fragments and weathered material derived from the underlying Lias Group succession, often incorporating clay, silt, and limestone clasts within a matrix of remobilised mudstone. Landslip deposits are characteristically heterogeneous and poorly consolidated, with variable thickness and engineering properties. The presence of such deposits indicates that the site lies within or adjacent to a zone of past slope instability, which may reflect the influence of the interbedded mudstone and limestone lithology on hillslope processes. The geotechnical implications include the potential for compressible ground conditions, variable bearing capacity, and the possibility of residual instability if the landslip mass is not fully stabilised. Ground investigation will be required to determine the thickness, extent, and engineering characteristics of the superficial deposits, and to assess whether the underlying bedrock provides a suitable founding horizon for the proposed residential development.</w:t>
      </w:r>
    </w:p>
    <w:p>
      <w:pPr>
        <w:pStyle w:val="Normal"/>
      </w:pPr>
      <w:r>
        <w:rPr>
          <w:rFonts w:ascii="Arial" w:hAnsi="Arial"/>
          <w:sz w:val="20"/>
        </w:rPr>
        <w:t xml:space="preserve">6.2.4	A total of 23 BGS borehole records were identified within 500m of the site, with the nearest being Catherine Place Bath 1 at approximately 292m (drilled 1988, depth 17.35m). The deepest nearby record is Bath Underpass A2 at 46.02m depth. The availability of multiple borehole records within the search radius provides valuable context for stratigraphic interpretation, although the spatial distribution and vintage of these records mean that direct extrapolation to the site should be treated with caution. The borehole data are likely to confirm the presence of the Lias Group succession at depth and may provide indicative information on lithological variation, weathering profiles, and groundwater conditions in the vicinity. However, the desk-based assessment cannot substitute for site-specific ground investigation, which will be required to confirm the thickness and engineering properties of the superficial deposits, the depth to competent bedrock, and the presence or absence of dissolution-related features within the limestone horizons. The limitations of regional-scale mapping and the inherent variability of the Lias Group succession mean that intrusive investigation is essential to inform foundation design and geotechnical risk management for the proposed development.</w:t>
      </w:r>
    </w:p>
    <w:p w14:paraId="70E9A10B" w14:textId="77777777" w:rsidR="001C4B22" w:rsidRDefault="00000000">
      <w:pPr>
        <w:pStyle w:val="Heading2"/>
      </w:pPr>
      <w:r>
        <w:rPr>
          <w:color w:val="1F497D"/>
        </w:rPr>
        <w:t>6.3</w:t>
        <w:tab/>
        <w:t>Historical Borehole Records</w:t>
      </w:r>
    </w:p>
    <w:p w14:paraId="4DD41EC7" w14:textId="77777777" w:rsidR="001C4B22" w:rsidRDefault="00000000">
      <w:r>
        <w:t>The table below summarises BGS borehole records identified within 500m of the site from the BGS Single Onshore Borehole Index (SOBI). Where scan records are available, these can be accessed via the BGS borehole viewer. All borehole data is indicative and should be verified against original records.</w:t>
      </w:r>
    </w:p>
    <w:p w14:paraId="5DAD94D4" w14:textId="77777777" w:rsidR="001C4B22" w:rsidRDefault="00000000">
      <w:pPr>
        <w:spacing w:before="120" w:after="40"/>
      </w:pPr>
      <w:r>
        <w:rPr>
          <w:b/>
          <w:i/>
        </w:rPr>
        <w:t>Table 6 — Historical Borehole Records (BGS SOBI, 500m radius. Borehole records can be searched via BGS GeoIndex Onshore)</w:t>
      </w:r>
    </w:p>
    <w:tbl>
      <w:tblPr>
        <w:tblStyle w:val="TableGrid"/>
        <w:tblW w:w="0" w:type="auto"/>
        <w:tblLook w:val="04A0" w:firstRow="1" w:lastRow="0" w:firstColumn="1" w:lastColumn="0" w:noHBand="0" w:noVBand="1"/>
      </w:tblPr>
      <w:tblGrid>
        <w:gridCol w:w="2196"/>
        <w:gridCol w:w="1356"/>
        <w:gridCol w:w="1400"/>
        <w:gridCol w:w="1416"/>
        <w:gridCol w:w="1361"/>
        <w:gridCol w:w="1333"/>
      </w:tblGrid>
      <w:tr w:rsidR="001C4B22" w14:paraId="2A79F96E" w14:textId="77777777" w:rsidTr="00957F57">
        <w:tc>
          <w:tcPr>
            <w:tcW w:w="1512" w:type="dxa"/>
            <w:shd w:val="clear" w:color="auto" w:fill="DBE5F1" w:themeFill="accent1" w:themeFillTint="33"/>
          </w:tcPr>
          <w:p w14:paraId="67336F5E" w14:textId="77777777" w:rsidR="001C4B22" w:rsidRDefault="00000000">
            <w:r>
              <w:rPr>
                <w:b/>
              </w:rPr>
              <w:t>BGS Reference</w:t>
            </w:r>
          </w:p>
        </w:tc>
        <w:tc>
          <w:tcPr>
            <w:tcW w:w="1512" w:type="dxa"/>
            <w:shd w:val="clear" w:color="auto" w:fill="DBE5F1" w:themeFill="accent1" w:themeFillTint="33"/>
          </w:tcPr>
          <w:p w14:paraId="3B4447A2" w14:textId="77777777" w:rsidR="001C4B22" w:rsidRDefault="00000000">
            <w:r>
              <w:rPr>
                <w:b/>
              </w:rPr>
              <w:t>Name</w:t>
            </w:r>
          </w:p>
        </w:tc>
        <w:tc>
          <w:tcPr>
            <w:tcW w:w="1512" w:type="dxa"/>
            <w:shd w:val="clear" w:color="auto" w:fill="DBE5F1" w:themeFill="accent1" w:themeFillTint="33"/>
          </w:tcPr>
          <w:p w14:paraId="457CED90" w14:textId="77777777" w:rsidR="001C4B22" w:rsidRDefault="00000000">
            <w:r>
              <w:rPr>
                <w:b/>
              </w:rPr>
              <w:t>Approx. NGR</w:t>
            </w:r>
          </w:p>
        </w:tc>
        <w:tc>
          <w:tcPr>
            <w:tcW w:w="1512" w:type="dxa"/>
            <w:shd w:val="clear" w:color="auto" w:fill="DBE5F1" w:themeFill="accent1" w:themeFillTint="33"/>
          </w:tcPr>
          <w:p w14:paraId="64B293BD" w14:textId="77777777" w:rsidR="001C4B22" w:rsidRDefault="00000000">
            <w:r>
              <w:rPr>
                <w:b/>
              </w:rPr>
              <w:t>Distance</w:t>
            </w:r>
          </w:p>
        </w:tc>
        <w:tc>
          <w:tcPr>
            <w:tcW w:w="1512" w:type="dxa"/>
            <w:shd w:val="clear" w:color="auto" w:fill="DBE5F1" w:themeFill="accent1" w:themeFillTint="33"/>
          </w:tcPr>
          <w:p w14:paraId="31DA9F1D" w14:textId="77777777" w:rsidR="001C4B22" w:rsidRDefault="00000000">
            <w:r>
              <w:rPr>
                <w:b/>
              </w:rPr>
              <w:t>Depth (m)</w:t>
            </w:r>
          </w:p>
        </w:tc>
        <w:tc>
          <w:tcPr>
            <w:tcW w:w="1512" w:type="dxa"/>
            <w:shd w:val="clear" w:color="auto" w:fill="DBE5F1" w:themeFill="accent1" w:themeFillTint="33"/>
          </w:tcPr>
          <w:p w14:paraId="2B16F321" w14:textId="77777777" w:rsidR="001C4B22" w:rsidRDefault="00000000">
            <w:r>
              <w:rPr>
                <w:b/>
              </w:rPr>
              <w:t>Year</w:t>
            </w:r>
          </w:p>
        </w:tc>
      </w:tr>
      <w:tr>
        <w:tc>
          <w:tcPr>
            <w:tcW w:type="dxa" w:w="2196"/>
          </w:tcPr>
          <w:p>
            <w:hyperlink r:id="rId17">
              <w:r>
                <w:rPr>
                  <w:color w:val="0563C1"/>
                  <w:u w:val="single"/>
                  <w:sz w:val="18"/>
                  <w:rFonts w:ascii="Arial" w:hAnsi="Arial"/>
                </w:rPr>
                <w:t xml:space="preserve">ST76NW177</w:t>
              </w:r>
            </w:hyperlink>
          </w:p>
        </w:tc>
        <w:tc>
          <w:tcPr>
            <w:tcW w:type="dxa" w:w="1356"/>
          </w:tcPr>
          <w:p>
            <w:r>
              <w:t>Catherine Place Bath 1</w:t>
            </w:r>
          </w:p>
        </w:tc>
        <w:tc>
          <w:tcPr>
            <w:tcW w:type="dxa" w:w="1400"/>
          </w:tcPr>
          <w:p>
            <w:r>
              <w:t>E374640 N165430</w:t>
            </w:r>
          </w:p>
        </w:tc>
        <w:tc>
          <w:tcPr>
            <w:tcW w:type="dxa" w:w="1416"/>
          </w:tcPr>
          <w:p>
            <w:r>
              <w:t>292m</w:t>
            </w:r>
          </w:p>
        </w:tc>
        <w:tc>
          <w:tcPr>
            <w:tcW w:type="dxa" w:w="1361"/>
          </w:tcPr>
          <w:p>
            <w:r>
              <w:t>17.35m</w:t>
            </w:r>
          </w:p>
        </w:tc>
        <w:tc>
          <w:tcPr>
            <w:tcW w:type="dxa" w:w="1333"/>
          </w:tcPr>
          <w:p>
            <w:r>
              <w:t>1988</w:t>
            </w:r>
          </w:p>
        </w:tc>
      </w:tr>
      <w:tr>
        <w:tc>
          <w:tcPr>
            <w:tcW w:type="dxa" w:w="2196"/>
          </w:tcPr>
          <w:p>
            <w:hyperlink r:id="rId18">
              <w:r>
                <w:rPr>
                  <w:color w:val="0563C1"/>
                  <w:u w:val="single"/>
                  <w:sz w:val="18"/>
                  <w:rFonts w:ascii="Arial" w:hAnsi="Arial"/>
                </w:rPr>
                <w:t xml:space="preserve">ST76NW2</w:t>
              </w:r>
            </w:hyperlink>
          </w:p>
        </w:tc>
        <w:tc>
          <w:tcPr>
            <w:tcW w:type="dxa" w:w="1356"/>
          </w:tcPr>
          <w:p>
            <w:r>
              <w:t>Bath Underpass B1</w:t>
            </w:r>
          </w:p>
        </w:tc>
        <w:tc>
          <w:tcPr>
            <w:tcW w:type="dxa" w:w="1400"/>
          </w:tcPr>
          <w:p>
            <w:r>
              <w:t>E374610 N165250</w:t>
            </w:r>
          </w:p>
        </w:tc>
        <w:tc>
          <w:tcPr>
            <w:tcW w:type="dxa" w:w="1416"/>
          </w:tcPr>
          <w:p>
            <w:r>
              <w:t>342m</w:t>
            </w:r>
          </w:p>
        </w:tc>
        <w:tc>
          <w:tcPr>
            <w:tcW w:type="dxa" w:w="1361"/>
          </w:tcPr>
          <w:p>
            <w:r>
              <w:t>45.11m</w:t>
            </w:r>
          </w:p>
        </w:tc>
        <w:tc>
          <w:tcPr>
            <w:tcW w:type="dxa" w:w="1333"/>
          </w:tcPr>
          <w:p>
            <w:r>
              <w:t>1968</w:t>
            </w:r>
          </w:p>
        </w:tc>
      </w:tr>
      <w:tr>
        <w:tc>
          <w:tcPr>
            <w:tcW w:type="dxa" w:w="2196"/>
          </w:tcPr>
          <w:p>
            <w:hyperlink r:id="rId19">
              <w:r>
                <w:rPr>
                  <w:color w:val="0563C1"/>
                  <w:u w:val="single"/>
                  <w:sz w:val="18"/>
                  <w:rFonts w:ascii="Arial" w:hAnsi="Arial"/>
                </w:rPr>
                <w:t xml:space="preserve">ST76NW3</w:t>
              </w:r>
            </w:hyperlink>
          </w:p>
        </w:tc>
        <w:tc>
          <w:tcPr>
            <w:tcW w:type="dxa" w:w="1356"/>
          </w:tcPr>
          <w:p>
            <w:r>
              <w:t>Bath Underpass B2</w:t>
            </w:r>
          </w:p>
        </w:tc>
        <w:tc>
          <w:tcPr>
            <w:tcW w:type="dxa" w:w="1400"/>
          </w:tcPr>
          <w:p>
            <w:r>
              <w:t>E374730 N165360</w:t>
            </w:r>
          </w:p>
        </w:tc>
        <w:tc>
          <w:tcPr>
            <w:tcW w:type="dxa" w:w="1416"/>
          </w:tcPr>
          <w:p>
            <w:r>
              <w:t>396m</w:t>
            </w:r>
          </w:p>
        </w:tc>
        <w:tc>
          <w:tcPr>
            <w:tcW w:type="dxa" w:w="1361"/>
          </w:tcPr>
          <w:p>
            <w:r>
              <w:t>30.48m</w:t>
            </w:r>
          </w:p>
        </w:tc>
        <w:tc>
          <w:tcPr>
            <w:tcW w:type="dxa" w:w="1333"/>
          </w:tcPr>
          <w:p>
            <w:r>
              <w:t>1968</w:t>
            </w:r>
          </w:p>
        </w:tc>
      </w:tr>
      <w:tr>
        <w:tc>
          <w:tcPr>
            <w:tcW w:type="dxa" w:w="2196"/>
          </w:tcPr>
          <w:p>
            <w:hyperlink r:id="rId20">
              <w:r>
                <w:rPr>
                  <w:color w:val="0563C1"/>
                  <w:u w:val="single"/>
                  <w:sz w:val="18"/>
                  <w:rFonts w:ascii="Arial" w:hAnsi="Arial"/>
                </w:rPr>
                <w:t xml:space="preserve">ST76NW127</w:t>
              </w:r>
            </w:hyperlink>
          </w:p>
        </w:tc>
        <w:tc>
          <w:tcPr>
            <w:tcW w:type="dxa" w:w="1356"/>
          </w:tcPr>
          <w:p>
            <w:r>
              <w:t>R Avon Flood Protection 55</w:t>
            </w:r>
          </w:p>
        </w:tc>
        <w:tc>
          <w:tcPr>
            <w:tcW w:type="dxa" w:w="1400"/>
          </w:tcPr>
          <w:p>
            <w:r>
              <w:t>E374100 N165140</w:t>
            </w:r>
          </w:p>
        </w:tc>
        <w:tc>
          <w:tcPr>
            <w:tcW w:type="dxa" w:w="1416"/>
          </w:tcPr>
          <w:p>
            <w:r>
              <w:t>418m</w:t>
            </w:r>
          </w:p>
        </w:tc>
        <w:tc>
          <w:tcPr>
            <w:tcW w:type="dxa" w:w="1361"/>
          </w:tcPr>
          <w:p>
            <w:r>
              <w:t>6.72m</w:t>
            </w:r>
          </w:p>
        </w:tc>
        <w:tc>
          <w:tcPr>
            <w:tcW w:type="dxa" w:w="1333"/>
          </w:tcPr>
          <w:p>
            <w:r>
              <w:t>1967</w:t>
            </w:r>
          </w:p>
        </w:tc>
      </w:tr>
      <w:tr>
        <w:tc>
          <w:tcPr>
            <w:tcW w:type="dxa" w:w="2196"/>
          </w:tcPr>
          <w:p>
            <w:hyperlink r:id="rId21">
              <w:r>
                <w:rPr>
                  <w:color w:val="0563C1"/>
                  <w:u w:val="single"/>
                  <w:sz w:val="18"/>
                  <w:rFonts w:ascii="Arial" w:hAnsi="Arial"/>
                </w:rPr>
                <w:t xml:space="preserve">ST76NW27</w:t>
              </w:r>
            </w:hyperlink>
          </w:p>
        </w:tc>
        <w:tc>
          <w:tcPr>
            <w:tcW w:type="dxa" w:w="1356"/>
          </w:tcPr>
          <w:p>
            <w:r>
              <w:t>Lansdown Road 2</w:t>
            </w:r>
          </w:p>
        </w:tc>
        <w:tc>
          <w:tcPr>
            <w:tcW w:type="dxa" w:w="1400"/>
          </w:tcPr>
          <w:p>
            <w:r>
              <w:t>E374770 N165590</w:t>
            </w:r>
          </w:p>
        </w:tc>
        <w:tc>
          <w:tcPr>
            <w:tcW w:type="dxa" w:w="1416"/>
          </w:tcPr>
          <w:p>
            <w:r>
              <w:t>435m</w:t>
            </w:r>
          </w:p>
        </w:tc>
        <w:tc>
          <w:tcPr>
            <w:tcW w:type="dxa" w:w="1361"/>
          </w:tcPr>
          <w:p>
            <w:r>
              <w:t>8.0m</w:t>
            </w:r>
          </w:p>
        </w:tc>
        <w:tc>
          <w:tcPr>
            <w:tcW w:type="dxa" w:w="1333"/>
          </w:tcPr>
          <w:p>
            <w:r>
              <w:t>1976</w:t>
            </w:r>
          </w:p>
        </w:tc>
      </w:tr>
      <w:tr>
        <w:tc>
          <w:tcPr>
            <w:tcW w:type="dxa" w:w="2196"/>
          </w:tcPr>
          <w:p>
            <w:hyperlink r:id="rId22">
              <w:r>
                <w:rPr>
                  <w:color w:val="0563C1"/>
                  <w:u w:val="single"/>
                  <w:sz w:val="18"/>
                  <w:rFonts w:ascii="Arial" w:hAnsi="Arial"/>
                </w:rPr>
                <w:t xml:space="preserve">ST76NW90</w:t>
              </w:r>
            </w:hyperlink>
          </w:p>
        </w:tc>
        <w:tc>
          <w:tcPr>
            <w:tcW w:type="dxa" w:w="1356"/>
          </w:tcPr>
          <w:p>
            <w:r>
              <w:t>Onega Centre Development Upper Rd 1</w:t>
            </w:r>
          </w:p>
        </w:tc>
        <w:tc>
          <w:tcPr>
            <w:tcW w:type="dxa" w:w="1400"/>
          </w:tcPr>
          <w:p>
            <w:r>
              <w:t>E374140 N165090</w:t>
            </w:r>
          </w:p>
        </w:tc>
        <w:tc>
          <w:tcPr>
            <w:tcW w:type="dxa" w:w="1416"/>
          </w:tcPr>
          <w:p>
            <w:r>
              <w:t>438m</w:t>
            </w:r>
          </w:p>
        </w:tc>
        <w:tc>
          <w:tcPr>
            <w:tcW w:type="dxa" w:w="1361"/>
          </w:tcPr>
          <w:p>
            <w:r>
              <w:t>10.1m</w:t>
            </w:r>
          </w:p>
        </w:tc>
        <w:tc>
          <w:tcPr>
            <w:tcW w:type="dxa" w:w="1333"/>
          </w:tcPr>
          <w:p>
            <w:r>
              <w:t>1981</w:t>
            </w:r>
          </w:p>
        </w:tc>
      </w:tr>
      <w:tr>
        <w:tc>
          <w:tcPr>
            <w:tcW w:type="dxa" w:w="2196"/>
          </w:tcPr>
          <w:p>
            <w:hyperlink r:id="rId23">
              <w:r>
                <w:rPr>
                  <w:color w:val="0563C1"/>
                  <w:u w:val="single"/>
                  <w:sz w:val="18"/>
                  <w:rFonts w:ascii="Arial" w:hAnsi="Arial"/>
                </w:rPr>
                <w:t xml:space="preserve">ST76NW26</w:t>
              </w:r>
            </w:hyperlink>
          </w:p>
        </w:tc>
        <w:tc>
          <w:tcPr>
            <w:tcW w:type="dxa" w:w="1356"/>
          </w:tcPr>
          <w:p>
            <w:r>
              <w:t>Lansdown Road 1</w:t>
            </w:r>
          </w:p>
        </w:tc>
        <w:tc>
          <w:tcPr>
            <w:tcW w:type="dxa" w:w="1400"/>
          </w:tcPr>
          <w:p>
            <w:r>
              <w:t>E374770 N165620</w:t>
            </w:r>
          </w:p>
        </w:tc>
        <w:tc>
          <w:tcPr>
            <w:tcW w:type="dxa" w:w="1416"/>
          </w:tcPr>
          <w:p>
            <w:r>
              <w:t>444m</w:t>
            </w:r>
          </w:p>
        </w:tc>
        <w:tc>
          <w:tcPr>
            <w:tcW w:type="dxa" w:w="1361"/>
          </w:tcPr>
          <w:p>
            <w:r>
              <w:t>16.0m</w:t>
            </w:r>
          </w:p>
        </w:tc>
        <w:tc>
          <w:tcPr>
            <w:tcW w:type="dxa" w:w="1333"/>
          </w:tcPr>
          <w:p>
            <w:r>
              <w:t>1976</w:t>
            </w:r>
          </w:p>
        </w:tc>
      </w:tr>
      <w:tr>
        <w:tc>
          <w:tcPr>
            <w:tcW w:type="dxa" w:w="2196"/>
          </w:tcPr>
          <w:p>
            <w:hyperlink r:id="rId24">
              <w:r>
                <w:rPr>
                  <w:color w:val="0563C1"/>
                  <w:u w:val="single"/>
                  <w:sz w:val="18"/>
                  <w:rFonts w:ascii="Arial" w:hAnsi="Arial"/>
                </w:rPr>
                <w:t xml:space="preserve">ST76NW207</w:t>
              </w:r>
            </w:hyperlink>
          </w:p>
        </w:tc>
        <w:tc>
          <w:tcPr>
            <w:tcW w:type="dxa" w:w="1356"/>
          </w:tcPr>
          <w:p>
            <w:r>
              <w:t>Upper Bristol Road Bath 3</w:t>
            </w:r>
          </w:p>
        </w:tc>
        <w:tc>
          <w:tcPr>
            <w:tcW w:type="dxa" w:w="1400"/>
          </w:tcPr>
          <w:p>
            <w:r>
              <w:t>E374180 N165060</w:t>
            </w:r>
          </w:p>
        </w:tc>
        <w:tc>
          <w:tcPr>
            <w:tcW w:type="dxa" w:w="1416"/>
          </w:tcPr>
          <w:p>
            <w:r>
              <w:t>448m</w:t>
            </w:r>
          </w:p>
        </w:tc>
        <w:tc>
          <w:tcPr>
            <w:tcW w:type="dxa" w:w="1361"/>
          </w:tcPr>
          <w:p>
            <w:r>
              <w:t>1.7m</w:t>
            </w:r>
          </w:p>
        </w:tc>
        <w:tc>
          <w:tcPr>
            <w:tcW w:type="dxa" w:w="1333"/>
          </w:tcPr>
          <w:p>
            <w:r>
              <w:t>1989</w:t>
            </w:r>
          </w:p>
        </w:tc>
      </w:tr>
      <w:tr>
        <w:tc>
          <w:tcPr>
            <w:tcW w:type="dxa" w:w="2196"/>
          </w:tcPr>
          <w:p>
            <w:hyperlink r:id="rId25">
              <w:r>
                <w:rPr>
                  <w:color w:val="0563C1"/>
                  <w:u w:val="single"/>
                  <w:sz w:val="18"/>
                  <w:rFonts w:ascii="Arial" w:hAnsi="Arial"/>
                </w:rPr>
                <w:t xml:space="preserve">ST76NW6</w:t>
              </w:r>
            </w:hyperlink>
          </w:p>
        </w:tc>
        <w:tc>
          <w:tcPr>
            <w:tcW w:type="dxa" w:w="1356"/>
          </w:tcPr>
          <w:p>
            <w:r>
              <w:t>Bath Underpass E1</w:t>
            </w:r>
          </w:p>
        </w:tc>
        <w:tc>
          <w:tcPr>
            <w:tcW w:type="dxa" w:w="1400"/>
          </w:tcPr>
          <w:p>
            <w:r>
              <w:t>E374760 N165250</w:t>
            </w:r>
          </w:p>
        </w:tc>
        <w:tc>
          <w:tcPr>
            <w:tcW w:type="dxa" w:w="1416"/>
          </w:tcPr>
          <w:p>
            <w:r>
              <w:t>466m</w:t>
            </w:r>
          </w:p>
        </w:tc>
        <w:tc>
          <w:tcPr>
            <w:tcW w:type="dxa" w:w="1361"/>
          </w:tcPr>
          <w:p>
            <w:r>
              <w:t>15.69m</w:t>
            </w:r>
          </w:p>
        </w:tc>
        <w:tc>
          <w:tcPr>
            <w:tcW w:type="dxa" w:w="1333"/>
          </w:tcPr>
          <w:p>
            <w:r>
              <w:t>1968</w:t>
            </w:r>
          </w:p>
        </w:tc>
      </w:tr>
      <w:tr>
        <w:tc>
          <w:tcPr>
            <w:tcW w:type="dxa" w:w="2196"/>
          </w:tcPr>
          <w:p>
            <w:hyperlink r:id="rId26">
              <w:r>
                <w:rPr>
                  <w:color w:val="0563C1"/>
                  <w:u w:val="single"/>
                  <w:sz w:val="18"/>
                  <w:rFonts w:ascii="Arial" w:hAnsi="Arial"/>
                </w:rPr>
                <w:t xml:space="preserve">ST76NW8</w:t>
              </w:r>
            </w:hyperlink>
          </w:p>
        </w:tc>
        <w:tc>
          <w:tcPr>
            <w:tcW w:type="dxa" w:w="1356"/>
          </w:tcPr>
          <w:p>
            <w:r>
              <w:t>Bath Underpass A2</w:t>
            </w:r>
          </w:p>
        </w:tc>
        <w:tc>
          <w:tcPr>
            <w:tcW w:type="dxa" w:w="1400"/>
          </w:tcPr>
          <w:p>
            <w:r>
              <w:t>E374700 N165150</w:t>
            </w:r>
          </w:p>
        </w:tc>
        <w:tc>
          <w:tcPr>
            <w:tcW w:type="dxa" w:w="1416"/>
          </w:tcPr>
          <w:p>
            <w:r>
              <w:t>476m</w:t>
            </w:r>
          </w:p>
        </w:tc>
        <w:tc>
          <w:tcPr>
            <w:tcW w:type="dxa" w:w="1361"/>
          </w:tcPr>
          <w:p>
            <w:r>
              <w:t>46.02m</w:t>
            </w:r>
          </w:p>
        </w:tc>
        <w:tc>
          <w:tcPr>
            <w:tcW w:type="dxa" w:w="1333"/>
          </w:tcPr>
          <w:p>
            <w:r>
              <w:t>1968</w:t>
            </w:r>
          </w:p>
        </w:tc>
      </w:tr>
    </w:tbl>
    <w:p>
      <w:pPr>
        <w:spacing w:before="60" w:after="120"/>
      </w:pPr>
      <w:r>
        <w:rPr>
          <w:i/>
          <w:color w:val="888888"/>
          <w:sz w:val="16"/>
        </w:rPr>
        <w:t xml:space="preserve">Note: Table shows the 8 nearest borehole records within 500m, plus the 2 deepest record(s) from the same radius not already listed, sorted by distance. Records with recorded depth data and an available scan log are prioritised over nearby records without, where available. BGS References are hyperlinked to available scan logs where shown. Source: BGS Single Onshore Borehole Index (SOBI).</w:t>
      </w:r>
    </w:p>
    <w:p w14:paraId="748D02BB" w14:textId="77777777" w:rsidR="001C4B22" w:rsidRDefault="00000000">
      <w:r>
        <w:br w:type="page"/>
      </w:r>
    </w:p>
    <w:p w14:paraId="60AEB040" w14:textId="77777777" w:rsidR="001C4B22" w:rsidRDefault="00000000">
      <w:pPr>
        <w:pStyle w:val="Heading1"/>
      </w:pPr>
      <w:r>
        <w:rPr>
          <w:color w:val="1F497D"/>
        </w:rPr>
        <w:lastRenderedPageBreak/>
        <w:t>7</w:t>
        <w:tab/>
        <w:t>HYDROGEOLOGY AND HYDROLOGY</w:t>
      </w:r>
    </w:p>
    <w:p>
      <w:pPr>
        <w:pStyle w:val="Normal"/>
      </w:pPr>
      <w:r>
        <w:rPr>
          <w:rFonts w:ascii="Arial" w:hAnsi="Arial"/>
          <w:sz w:val="20"/>
        </w:rPr>
        <w:t xml:space="preserve">7.1.1	Environment Agency Flood Map for Planning indicates that the site lies within Flood Zone 1 (Low Probability), defined as land with less than 0.1% annual probability of river or sea flooding. Under the NPPF Sequential Test, a Flood Risk Assessment is not typically required for most development types in Flood Zone 1. The site is located approximately 511m from the Bristol Avon (By Bk to Netham Weir), the corridor of which falls within a higher flood zone. Surface water flood risk is assessed separately under Section 8.</w:t>
      </w:r>
    </w:p>
    <w:p>
      <w:pPr>
        <w:pStyle w:val="Normal"/>
      </w:pPr>
      <w:r>
        <w:rPr>
          <w:rFonts w:ascii="Arial" w:hAnsi="Arial"/>
          <w:sz w:val="20"/>
        </w:rPr>
        <w:t xml:space="preserve">7.1.2	BGS 1:625,000 hydrogeological mapping indicates that the site bedrock (Lias Group) has essentially no groundwater, classified as rocks with negligible hydraulic conductivity. Groundwater sensitivity is low and formal EA aquifer designation is unlikely to apply; however, perched groundwater may still be encountered in superficial deposits or locally fractured zones during intrusive investigation. The EA aquifer designation for this site should be confirmed directly from EA Groundwater mapping prior to finalising drainage strategy or where infiltration drainage or dewatering is proposed.</w:t>
      </w:r>
    </w:p>
    <w:p>
      <w:pPr>
        <w:pStyle w:val="Normal"/>
      </w:pPr>
      <w:r>
        <w:rPr>
          <w:rFonts w:ascii="Arial" w:hAnsi="Arial"/>
          <w:sz w:val="20"/>
        </w:rPr>
        <w:t xml:space="preserve">7.1.3	The Bristol Avon (By Bk to Netham Weir) is the nearest named watercourse and represents the likely receiving watercourse for surface water discharge. No Source Protection Zone applies to the site; however, drainage strategy should be agreed with the Local Planning Authority and, where relevant, the Environment Agency. Where discharge to a watercourse or sewer may be required, EA consent or permits may be required depending on the receiving watercourse and discharge route. Detailed drainage design should be informed by intrusive ground investigation to establish infiltration potential and groundwater levels.</w:t>
      </w:r>
    </w:p>
    <w:p w14:paraId="42473653" w14:textId="77777777" w:rsidR="001C4B22" w:rsidRDefault="00000000">
      <w:r>
        <w:br w:type="page"/>
      </w:r>
    </w:p>
    <w:p w14:paraId="40FBD88E" w14:textId="77777777" w:rsidR="001C4B22" w:rsidRDefault="00000000">
      <w:pPr>
        <w:pStyle w:val="Heading1"/>
      </w:pPr>
      <w:r>
        <w:rPr>
          <w:color w:val="1F497D"/>
        </w:rPr>
        <w:lastRenderedPageBreak/>
        <w:t>8</w:t>
        <w:tab/>
        <w:t>GEOHAZARD ASSESSMENT</w:t>
      </w:r>
    </w:p>
    <w:p w14:paraId="18AFA797" w14:textId="77777777" w:rsidR="001C4B22" w:rsidRDefault="00000000">
      <w:r>
        <w:t>The following sections assess each principal geohazard category relevant to the Site. Risk ratings are based on desk-based data only and should be treated as indicative. Actual risk levels can only be determined following site-specific intrusive investigation.</w:t>
      </w:r>
    </w:p>
    <w:p>
      <w:pPr>
        <w:pStyle w:val="Normal"/>
      </w:pPr>
      <w:r>
        <w:rPr>
          <w:rFonts w:ascii="Arial" w:hAnsi="Arial"/>
          <w:sz w:val="20"/>
        </w:rPr>
        <w:t xml:space="preserve">8.1	Mining Legacy (including subsidence and instability): The site does not lie within the Mining Remediation Authority (MRA) Coal Mining Reporting Area, and MRA web mapping service data indicates that no mine entries are recorded within 1,000m of the site. The site is not within a Development High Risk Area (DHRA). BGS non-coal mining data (1km hexagonal grid v8) records no classification for this location, indicating that no known record of non-coal mining activity exists. On this basis, Mining Legacy is rated as Low geotechnical risk with High confidence. The absence of recorded mining activity within the site vicinity suggests that mining-related subsidence and ground instability are unlikely to represent a constraint to the proposed residential development, subject to confirmation during site investigation.</w:t>
      </w:r>
    </w:p>
    <w:p>
      <w:pPr>
        <w:pStyle w:val="Normal"/>
      </w:pPr>
      <w:r>
        <w:rPr>
          <w:rFonts w:ascii="Arial" w:hAnsi="Arial"/>
          <w:sz w:val="20"/>
        </w:rPr>
        <w:t xml:space="preserve">8.2	Compressible Ground: As described in Section 6, the site is underlain by the Lias Group, comprising interbedded mudstone, siltstone, and limestone. The Lias Group is not typically associated with significant primary compressibility, although localised zones of weaker mudstone or weathered rock may exhibit variable engineering behaviour. BGS 1:625,000 digital geological mapping indicates that the bedrock succession is of Jurassic age and generally competent. On this basis, Compressible Ground is rated as Low geotechnical risk with Medium confidence. The rating reflects the generally competent nature of the bedrock geology; however, the presence of interbedded mudstone horizons introduces some variability, and ground investigation will be required to characterise the engineering properties of the strata and inform foundation design.</w:t>
      </w:r>
    </w:p>
    <w:p>
      <w:pPr>
        <w:pStyle w:val="Normal"/>
      </w:pPr>
      <w:r>
        <w:rPr>
          <w:rFonts w:ascii="Arial" w:hAnsi="Arial"/>
          <w:sz w:val="20"/>
        </w:rPr>
        <w:t xml:space="preserve">8.3	Shrink-Swell Clays: The Lias Group comprises interbedded mudstone, siltstone, and limestone, with mudstone horizons that may exhibit low to moderate plasticity. BGS 1:625,000 digital geological mapping indicates that the bedrock succession is not characterised by high-plasticity clay strata of the type typically associated with significant shrink-swell behaviour. On this basis, Shrink-Swell Clays is rated as Low geotechnical risk with Medium confidence. The rating reflects the generally low plasticity of the mudstone horizons within the Lias Group; however, the potential for localised zones of more plastic clay cannot be discounted at this desk-based stage, and ground investigation will be required to characterise the clay mineralogy and plasticity of the strata to inform foundation design and assess the need for precautionary measures in accordance with NHBC Standards Chapter 4.2.</w:t>
      </w:r>
    </w:p>
    <w:p>
      <w:pPr>
        <w:pStyle w:val="Normal"/>
      </w:pPr>
      <w:r>
        <w:rPr>
          <w:rFonts w:ascii="Arial" w:hAnsi="Arial"/>
          <w:sz w:val="20"/>
        </w:rPr>
        <w:t xml:space="preserve">8.4	Slope Instability: EA LiDAR DTM terrain data indicates that the site is situated on sloping terrain (Appendix N). The assessment of Slope Instability is based on desk-based LiDAR terrain analysis only, without a site walkover or geomorphological inspection to confirm slope geometry, ground conditions, or evidence of past instability. The Lias Group comprises interbedded mudstone, siltstone, and limestone, with mudstone horizons that may be susceptible to weathering and erosion on steeper slopes. On this basis, Slope Instability is rated as Low geotechnical risk with Low confidence. The Low confidence rating reflects the absence of a site walkover and the limited resolution of desk-based terrain data. A site walkover is recommended to confirm slope geometry, identify any geomorphological evidence of instability, and assess the need for further investigation.</w:t>
      </w:r>
    </w:p>
    <w:p>
      <w:pPr>
        <w:pStyle w:val="Normal"/>
      </w:pPr>
      <w:r>
        <w:rPr>
          <w:rFonts w:ascii="Arial" w:hAnsi="Arial"/>
          <w:sz w:val="20"/>
        </w:rPr>
        <w:t xml:space="preserve">8.5	Dissolution Features: BGS 1:625,000 digital geological mapping indicates that the site is underlain by the Lias Group, comprising interbedded mudstone, siltstone, and limestone horizons. The limestone units within this succession are susceptible to localised dissolution-related ground instability, which may manifest as subsidence features, voids, or zones of instability. The presence of dissolution-prone lithologies within the bedrock sequence represents a High geotechnical risk, with Medium confidence reflecting the regional-scale mapping resolution and the absence of site-specific ground investigation data. Ground investigation is recommended to characterise dissolution-related ground conditions and inform foundation design.</w:t>
      </w:r>
    </w:p>
    <w:p>
      <w:pPr>
        <w:pStyle w:val="Normal"/>
      </w:pPr>
      <w:r>
        <w:rPr>
          <w:rFonts w:ascii="Arial" w:hAnsi="Arial"/>
          <w:sz w:val="20"/>
        </w:rPr>
        <w:t xml:space="preserve">8.6	Made Ground: BGS 1:625,000 digital geological mapping records superficial deposits at the site location. An AI-assisted historical mapping review has been undertaken (Section 5) but has not been verified by a competent professional and should not be solely relied upon. The site does not lie within a Mining Remediation Authority (MRA) Development High Risk Area (DHRA), which reduces the likelihood of significant mining-related made ground or infilled shafts. Based on the available desk-based evidence, Made Ground is assessed as Low geotechnical risk, with Medium confidence reflecting the limitations of regional-scale mapping and unverified historical analysis.</w:t>
      </w:r>
    </w:p>
    <w:p>
      <w:pPr>
        <w:pStyle w:val="Normal"/>
      </w:pPr>
      <w:r>
        <w:rPr>
          <w:rFonts w:ascii="Arial" w:hAnsi="Arial"/>
          <w:sz w:val="20"/>
        </w:rPr>
        <w:t xml:space="preserve">8.7	River and Coastal Flood Risk: Environment Agency (EA) Flood Map for Planning (WMS) indicates that the site lies within Flood Zone 1, representing a low probability of fluvial or tidal flooding (less than 0.1% annual chance). The site is therefore considered suitable for residential development from a fluvial flood risk perspective, subject to compliance with NPPF 2023 guidance and local planning policy. River and Coastal Flood Risk is assessed as Low, with High confidence based on the EA's national flood mapping dataset.</w:t>
      </w:r>
    </w:p>
    <w:p>
      <w:pPr>
        <w:pStyle w:val="Normal"/>
      </w:pPr>
      <w:r>
        <w:rPr>
          <w:rFonts w:ascii="Arial" w:hAnsi="Arial"/>
          <w:sz w:val="20"/>
        </w:rPr>
        <w:t xml:space="preserve">8.8	Surface Water Flood Risk: EA Risk of Flooding from Surface Water (RoFSW) mapping indicates that the site lies within the NAFRA2 surface water flood extent, with modelled depths exceeding 0.3m. Surface water flooding (pluvial) results from intense rainfall overwhelming drainage capacity rather than river overtopping, and represents a distinct flood mechanism from fluvial flooding. The NPPF Sequential Test applies to this classification, and a surface water drainage strategy will be required to demonstrate that the proposed residential development can be made safe without increasing flood risk elsewhere. Surface Water Flood Risk is assessed as High, with High confidence based on the EA's national surface water flood modelling.</w:t>
      </w:r>
    </w:p>
    <w:p>
      <w:pPr>
        <w:pStyle w:val="Normal"/>
      </w:pPr>
      <w:r>
        <w:rPr>
          <w:rFonts w:ascii="Arial" w:hAnsi="Arial"/>
          <w:sz w:val="20"/>
        </w:rPr>
        <w:t xml:space="preserve">8.9	Radon: Very High</w:t>
      </w:r>
    </w:p>
    <w:p>
      <w:pPr>
        <w:pStyle w:val="Normal"/>
      </w:pPr>
      <w:r>
        <w:rPr>
          <w:rFonts w:ascii="Arial" w:hAnsi="Arial"/>
          <w:sz w:val="20"/>
        </w:rPr>
        <w:t xml:space="preserve">BGS radon mapping indicates that the site falls within a radon Class 5 area (see Figure 8, Appendix H), where 10–30% of existing homes are estimated to exceed the BR 211 Action Level of 200 Bq/m³. Radon protective measures are likely to be required based on BR 211:2015 guidance, subject to confirmation during detailed design. The radon classification represents a significant constraint for the proposed residential development and requires careful consideration of protective measures in foundation and floor slab design. Ground investigation is recommended to inform the specification of radon protection measures and to verify radon potential at the site.</w:t>
      </w:r>
    </w:p>
    <w:p>
      <w:pPr>
        <w:pStyle w:val="Normal"/>
      </w:pPr>
      <w:r>
        <w:rPr>
          <w:rFonts w:ascii="Arial" w:hAnsi="Arial"/>
          <w:sz w:val="20"/>
        </w:rPr>
        <w:t xml:space="preserve">8.10	Ground Gas: Low</w:t>
      </w:r>
    </w:p>
    <w:p>
      <w:pPr>
        <w:pStyle w:val="Normal"/>
      </w:pPr>
      <w:r>
        <w:rPr>
          <w:rFonts w:ascii="Arial" w:hAnsi="Arial"/>
          <w:sz w:val="20"/>
        </w:rPr>
        <w:t xml:space="preserve">A review of Environment Agency Permitted and Historic Landfill datasets identified one historic landfill site (Norfolk Crescent) located approximately 503m from the site boundary. Given the distance and the absence of other landfill sites within 500m, the risk of ground gas migration to the site is considered low. No ground gas monitoring is recommended at this stage based on the desk-based assessment.</w:t>
      </w:r>
    </w:p>
    <w:p>
      <w:pPr>
        <w:pStyle w:val="Normal"/>
      </w:pPr>
      <w:r>
        <w:rPr>
          <w:rFonts w:ascii="Arial" w:hAnsi="Arial"/>
          <w:sz w:val="20"/>
        </w:rPr>
        <w:t xml:space="preserve">8.11	Aggressive Ground Conditions: Medium</w:t>
      </w:r>
    </w:p>
    <w:p>
      <w:pPr>
        <w:pStyle w:val="Normal"/>
      </w:pPr>
      <w:r>
        <w:rPr>
          <w:rFonts w:ascii="Arial" w:hAnsi="Arial"/>
          <w:sz w:val="20"/>
        </w:rPr>
        <w:t xml:space="preserve">BGS 1:625,000 digital geological mapping indicates that the site is underlain by the Lias Group, which comprises mudstone, siltstone, and limestone. Mudstone-dominated sequences can exhibit variable sulphate and sulphide content, which may present a risk of chemical attack on buried concrete and steel. The potential for aggressive ground conditions is rated as Medium, reflecting the variability of the Lias Group lithology and the need for site-specific testing to characterise ground chemistry. Ground investigation is recommended to determine sulphate, sulphide, pH, and chloride concentrations in soil and groundwater, and to inform the specification of concrete class and foundation protection measures in accordance with BRE Special Digest 1:2005.</w:t>
      </w:r>
    </w:p>
    <w:p>
      <w:pPr>
        <w:pStyle w:val="Normal"/>
      </w:pPr>
      <w:r>
        <w:rPr>
          <w:rFonts w:ascii="Arial" w:hAnsi="Arial"/>
          <w:sz w:val="20"/>
        </w:rPr>
        <w:t xml:space="preserve">8.12	Source Protection Zone: Not identified</w:t>
      </w:r>
    </w:p>
    <w:p>
      <w:pPr>
        <w:pStyle w:val="Normal"/>
      </w:pPr>
      <w:r>
        <w:rPr>
          <w:rFonts w:ascii="Arial" w:hAnsi="Arial"/>
          <w:sz w:val="20"/>
        </w:rPr>
        <w:t xml:space="preserve">Environment Agency Source Protection Zone (SPZ) mapping indicates that the site does not lie within a designated SPZ. No specific constraints relating to groundwater abstraction protection are identified at this stage.</w:t>
      </w:r>
    </w:p>
    <w:p>
      <w:pPr>
        <w:pStyle w:val="Normal"/>
      </w:pPr>
      <w:r>
        <w:rPr>
          <w:rFonts w:ascii="Arial" w:hAnsi="Arial"/>
          <w:sz w:val="20"/>
        </w:rPr>
        <w:t xml:space="preserve">8.13	Heritage Assessment: High</w:t>
      </w:r>
    </w:p>
    <w:p>
      <w:pPr>
        <w:pStyle w:val="Normal"/>
      </w:pPr>
      <w:r>
        <w:rPr>
          <w:rFonts w:ascii="Arial" w:hAnsi="Arial"/>
          <w:sz w:val="20"/>
        </w:rPr>
        <w:t xml:space="preserve">Historic England National Heritage List for England (NHLE) data identifies 50 listed buildings within 500m of the site, comprising 4 Grade I, 4 Grade II*, and 42 Grade II listed structures. Notable Grade I listed buildings include Nos. 1-30, Royal Crescent, Nos. 38-45 (Consec) And Attached Railings, and Nos 1-15 (Consec) And Attached Railings. The presence of a listed building does not preclude development, but may require assessment of impacts on its setting. A full heritage assessment is provided in Section 3.2, and early engagement with the local planning authority conservation officer is recommended to determine whether a Heritage Statement or Heritage Impact Assessment is required to support the development proposals.</w:t>
      </w:r>
    </w:p>
    <w:p>
      <w:pPr>
        <w:pStyle w:val="Normal"/>
      </w:pPr>
      <w:r>
        <w:rPr>
          <w:rFonts w:ascii="Arial" w:hAnsi="Arial"/>
          <w:sz w:val="20"/>
        </w:rPr>
        <w:t xml:space="preserve">8.14	Ecological Designations: Medium</w:t>
      </w:r>
    </w:p>
    <w:p>
      <w:pPr>
        <w:pStyle w:val="Normal"/>
      </w:pPr>
      <w:r>
        <w:rPr>
          <w:rFonts w:ascii="Arial" w:hAnsi="Arial"/>
          <w:sz w:val="20"/>
        </w:rPr>
        <w:t xml:space="preserve">Natural England designated site data identifies the Cotswolds Area of Outstanding Natural Beauty (AONB) within 2km of the site. The proximity of the AONB may require ecological assessment to determine potential impacts on protected landscapes and habitats. A full ecological assessment is provided in Section 3.3, and early engagement with the local planning authority ecologist is recommended to determine whether ecological survey work or a Landscape and Visual Impact Assessment (LVIA) is required to support the development proposals.</w:t>
      </w:r>
    </w:p>
    <w:p>
      <w:pPr>
        <w:pStyle w:val="Normal"/>
      </w:pPr>
      <w:r>
        <w:rPr>
          <w:rFonts w:ascii="Arial" w:hAnsi="Arial"/>
          <w:sz w:val="20"/>
        </w:rPr>
        <w:t xml:space="preserve">8.15	Unexploded Ordnance: Not assessed</w:t>
      </w:r>
    </w:p>
    <w:p>
      <w:pPr>
        <w:pStyle w:val="Normal"/>
      </w:pPr>
      <w:r>
        <w:rPr>
          <w:rFonts w:ascii="Arial" w:hAnsi="Arial"/>
          <w:sz w:val="20"/>
        </w:rPr>
        <w:t xml:space="preserve">Unexploded Ordnance (UXO) risk has not been assessed as part of this automated desk study and cannot be ruled out. A specialist UXO Preliminary Risk Assessment (PRA) may be required depending on site-specific risk factors. Specialist UXO risk assessment providers include Igne (www.igne.com) and Zetica (www.zetica.com).</w:t>
      </w:r>
    </w:p>
    <w:p w14:paraId="6F4A6C6C" w14:textId="77777777" w:rsidR="001C4B22" w:rsidRDefault="001C4B22"/>
    <w:p w14:paraId="152E703C" w14:textId="77777777" w:rsidR="001C4B22" w:rsidRDefault="00000000">
      <w:pPr>
        <w:spacing w:before="120" w:after="40"/>
      </w:pPr>
      <w:r>
        <w:rPr>
          <w:b/>
          <w:i/>
        </w:rPr>
        <w:t>Table 7 — Geohazard Risk Assessment Summary</w:t>
      </w:r>
    </w:p>
    <w:tbl>
      <w:tblPr>
        <w:tblStyle w:val="TableGrid"/>
        <w:tblW w:w="0" w:type="auto"/>
        <w:tblLook w:val="04A0" w:firstRow="1" w:lastRow="0" w:firstColumn="1" w:lastColumn="0" w:noHBand="0" w:noVBand="1"/>
      </w:tblPr>
      <w:tblGrid>
        <w:gridCol w:w="1802"/>
        <w:gridCol w:w="1810"/>
        <w:gridCol w:w="1810"/>
        <w:gridCol w:w="1812"/>
        <w:gridCol w:w="1828"/>
      </w:tblGrid>
      <w:tr w:rsidR="001C4B22" w14:paraId="20F11292" w14:textId="77777777" w:rsidTr="00957F57">
        <w:tc>
          <w:tcPr>
            <w:tcW w:w="1814" w:type="dxa"/>
            <w:shd w:val="clear" w:color="auto" w:fill="DBE5F1" w:themeFill="accent1" w:themeFillTint="33"/>
          </w:tcPr>
          <w:p w14:paraId="31947CB3" w14:textId="77777777" w:rsidR="001C4B22" w:rsidRDefault="00000000">
            <w:r>
              <w:rPr>
                <w:b/>
              </w:rPr>
              <w:t>Ref</w:t>
            </w:r>
          </w:p>
        </w:tc>
        <w:tc>
          <w:tcPr>
            <w:tcW w:w="1814" w:type="dxa"/>
            <w:shd w:val="clear" w:color="auto" w:fill="DBE5F1" w:themeFill="accent1" w:themeFillTint="33"/>
          </w:tcPr>
          <w:p w14:paraId="28809CC5" w14:textId="77777777" w:rsidR="001C4B22" w:rsidRDefault="00000000">
            <w:r>
              <w:rPr>
                <w:b/>
              </w:rPr>
              <w:t>Geohazard</w:t>
            </w:r>
          </w:p>
        </w:tc>
        <w:tc>
          <w:tcPr>
            <w:tcW w:w="1814" w:type="dxa"/>
            <w:shd w:val="clear" w:color="auto" w:fill="DBE5F1" w:themeFill="accent1" w:themeFillTint="33"/>
          </w:tcPr>
          <w:p w14:paraId="690AFED1" w14:textId="77777777" w:rsidR="001C4B22" w:rsidRDefault="00000000">
            <w:r>
              <w:rPr>
                <w:b/>
              </w:rPr>
              <w:t>Risk Rating</w:t>
            </w:r>
          </w:p>
        </w:tc>
        <w:tc>
          <w:tcPr>
            <w:tcW w:w="1814" w:type="dxa"/>
            <w:shd w:val="clear" w:color="auto" w:fill="DBE5F1" w:themeFill="accent1" w:themeFillTint="33"/>
          </w:tcPr>
          <w:p w14:paraId="65DE7C2E" w14:textId="77777777" w:rsidR="001C4B22" w:rsidRDefault="00000000">
            <w:r>
              <w:rPr>
                <w:b/>
              </w:rPr>
              <w:t>Data Confidence</w:t>
            </w:r>
          </w:p>
        </w:tc>
        <w:tc>
          <w:tcPr>
            <w:tcW w:w="1828" w:type="dxa"/>
            <w:shd w:val="clear" w:color="auto" w:fill="DBE5F1" w:themeFill="accent1" w:themeFillTint="33"/>
          </w:tcPr>
          <w:p w14:paraId="234ECBE7" w14:textId="77777777" w:rsidR="001C4B22" w:rsidRDefault="00000000">
            <w:r>
              <w:rPr>
                <w:b/>
              </w:rPr>
              <w:t>Recommended Action</w:t>
            </w:r>
          </w:p>
        </w:tc>
      </w:tr>
      <w:tr w:rsidR="001C4B22" w14:paraId="328276AA" w14:textId="77777777" w:rsidTr="00523B27">
        <w:tc>
          <w:tcPr>
            <w:tcW w:w="1814" w:type="dxa"/>
          </w:tcPr>
          <w:p w14:paraId="5B62209D" w14:textId="77777777" w:rsidR="001C4B22" w:rsidRDefault="00000000">
            <w:r>
              <w:t>GH01</w:t>
            </w:r>
          </w:p>
        </w:tc>
        <w:tc>
          <w:tcPr>
            <w:tcW w:w="1814" w:type="dxa"/>
          </w:tcPr>
          <w:p w14:paraId="5E89FC01" w14:textId="77777777" w:rsidR="001C4B22" w:rsidRDefault="00000000">
            <w:r>
              <w:t>Mining Legacy</w:t>
            </w:r>
          </w:p>
        </w:tc>
        <w:tc>
          <w:tcPr>
            <w:tcW w:w="1814" w:type="dxa"/>
            <w:shd w:val="clear" w:color="auto" w:fill="E2EFDA"/>
          </w:tcPr>
          <w:p w14:paraId="6E958B73" w14:textId="77777777" w:rsidR="001C4B22" w:rsidRDefault="00000000">
            <w:r>
              <w:rPr>
                <w:b/>
                <w:color w:val="378610"/>
              </w:rPr>
              <w:t>Low</w:t>
            </w:r>
          </w:p>
        </w:tc>
        <w:tc>
          <w:tcPr>
            <w:tcW w:w="1814" w:type="dxa"/>
            <w:shd w:val="clear" w:color="auto" w:fill="FFE8CC"/>
            <w:shd w:val="clear" w:color="auto" w:fill="E2EFDA"/>
          </w:tcPr>
          <w:p w14:paraId="7A13B9DA" w14:textId="77777777" w:rsidR="001C4B22" w:rsidRDefault="00000000">
            <w:r>
              <w:rPr>
                <w:b/>
                <w:color w:val="378610"/>
              </w:rPr>
              <w:t>High</w:t>
            </w:r>
          </w:p>
        </w:tc>
        <w:tc>
          <w:tcPr>
            <w:tcW w:w="1828" w:type="dxa"/>
          </w:tcPr>
          <w:p w14:paraId="61CDE2CB" w14:textId="77777777" w:rsidR="001C4B22" w:rsidRDefault="00000000">
            <w:r>
              <w:t>No action required</w:t>
            </w:r>
          </w:p>
        </w:tc>
      </w:tr>
      <w:tr w:rsidR="001C4B22" w14:paraId="4E204D56" w14:textId="77777777" w:rsidTr="00523B27">
        <w:tc>
          <w:tcPr>
            <w:tcW w:w="1814" w:type="dxa"/>
          </w:tcPr>
          <w:p w14:paraId="520F2755" w14:textId="77777777" w:rsidR="001C4B22" w:rsidRDefault="00000000">
            <w:r>
              <w:t>GH02</w:t>
            </w:r>
          </w:p>
        </w:tc>
        <w:tc>
          <w:tcPr>
            <w:tcW w:w="1814" w:type="dxa"/>
          </w:tcPr>
          <w:p w14:paraId="2A64BDF9" w14:textId="77777777" w:rsidR="001C4B22" w:rsidRDefault="00000000">
            <w:r>
              <w:t>Compressible Ground</w:t>
            </w:r>
          </w:p>
        </w:tc>
        <w:tc>
          <w:tcPr>
            <w:tcW w:w="1814" w:type="dxa"/>
            <w:shd w:val="clear" w:color="auto" w:fill="E2EFDA"/>
          </w:tcPr>
          <w:p w14:paraId="75D8C7FB" w14:textId="77777777" w:rsidR="001C4B22" w:rsidRDefault="00000000">
            <w:r>
              <w:rPr>
                <w:b/>
                <w:color w:val="378610"/>
              </w:rPr>
              <w:t>Low</w:t>
            </w:r>
          </w:p>
        </w:tc>
        <w:tc>
          <w:tcPr>
            <w:tcW w:w="1814" w:type="dxa"/>
            <w:shd w:val="clear" w:color="auto" w:fill="FFF2CC"/>
            <w:shd w:val="clear" w:color="auto" w:fill="FFF2CC"/>
          </w:tcPr>
          <w:p w14:paraId="187CCFD0" w14:textId="77777777" w:rsidR="001C4B22" w:rsidRDefault="00000000">
            <w:r>
              <w:rPr>
                <w:b/>
                <w:color w:val="FF9C00"/>
              </w:rPr>
              <w:t>Medium</w:t>
            </w:r>
          </w:p>
        </w:tc>
        <w:tc>
          <w:tcPr>
            <w:tcW w:w="1828" w:type="dxa"/>
          </w:tcPr>
          <w:p w14:paraId="073D1A22" w14:textId="77777777" w:rsidR="001C4B22" w:rsidRDefault="00000000">
            <w:r>
              <w:t>No action required</w:t>
            </w:r>
          </w:p>
        </w:tc>
      </w:tr>
      <w:tr w:rsidR="001C4B22" w14:paraId="02671BD1" w14:textId="77777777" w:rsidTr="00523B27">
        <w:tc>
          <w:tcPr>
            <w:tcW w:w="1814" w:type="dxa"/>
          </w:tcPr>
          <w:p w14:paraId="4843C4EB" w14:textId="77777777" w:rsidR="001C4B22" w:rsidRDefault="00000000">
            <w:r>
              <w:t>GH03</w:t>
            </w:r>
          </w:p>
        </w:tc>
        <w:tc>
          <w:tcPr>
            <w:tcW w:w="1814" w:type="dxa"/>
          </w:tcPr>
          <w:p w14:paraId="6AE63BB1" w14:textId="77777777" w:rsidR="001C4B22" w:rsidRDefault="00000000">
            <w:r>
              <w:t>Shrink-Swell Clays</w:t>
            </w:r>
          </w:p>
        </w:tc>
        <w:tc>
          <w:tcPr>
            <w:tcW w:w="1814" w:type="dxa"/>
            <w:shd w:val="clear" w:color="auto" w:fill="E2EFDA"/>
          </w:tcPr>
          <w:p w14:paraId="1D8CEAB7" w14:textId="77777777" w:rsidR="001C4B22" w:rsidRDefault="00000000">
            <w:r>
              <w:rPr>
                <w:b/>
                <w:color w:val="378610"/>
              </w:rPr>
              <w:t>Low</w:t>
            </w:r>
          </w:p>
        </w:tc>
        <w:tc>
          <w:tcPr>
            <w:tcW w:w="1814" w:type="dxa"/>
            <w:shd w:val="clear" w:color="auto" w:fill="FFF2CC"/>
            <w:shd w:val="clear" w:color="auto" w:fill="FFF2CC"/>
          </w:tcPr>
          <w:p w14:paraId="42153A3C" w14:textId="77777777" w:rsidR="001C4B22" w:rsidRDefault="00000000">
            <w:r>
              <w:rPr>
                <w:b/>
                <w:color w:val="FF9C00"/>
              </w:rPr>
              <w:t>Medium</w:t>
            </w:r>
          </w:p>
        </w:tc>
        <w:tc>
          <w:tcPr>
            <w:tcW w:w="1828" w:type="dxa"/>
          </w:tcPr>
          <w:p w14:paraId="4367DBC6" w14:textId="77777777" w:rsidR="001C4B22" w:rsidRDefault="00000000">
            <w:r>
              <w:t>No action required</w:t>
            </w:r>
          </w:p>
        </w:tc>
      </w:tr>
      <w:tr w:rsidR="001C4B22" w14:paraId="153FDC54" w14:textId="77777777" w:rsidTr="00523B27">
        <w:tc>
          <w:tcPr>
            <w:tcW w:w="1814" w:type="dxa"/>
          </w:tcPr>
          <w:p w14:paraId="48A2CF15" w14:textId="77777777" w:rsidR="001C4B22" w:rsidRDefault="00000000">
            <w:r>
              <w:t>GH04</w:t>
            </w:r>
          </w:p>
        </w:tc>
        <w:tc>
          <w:tcPr>
            <w:tcW w:w="1814" w:type="dxa"/>
          </w:tcPr>
          <w:p w14:paraId="28EF2E47" w14:textId="77777777" w:rsidR="001C4B22" w:rsidRDefault="00000000">
            <w:r>
              <w:t>Slope Instability</w:t>
            </w:r>
          </w:p>
        </w:tc>
        <w:tc>
          <w:tcPr>
            <w:tcW w:w="1814" w:type="dxa"/>
            <w:shd w:val="clear" w:color="auto" w:fill="E2EFDA"/>
          </w:tcPr>
          <w:p w14:paraId="7ACF1582" w14:textId="77777777" w:rsidR="001C4B22" w:rsidRDefault="00000000">
            <w:r>
              <w:rPr>
                <w:b/>
                <w:color w:val="378610"/>
              </w:rPr>
              <w:t>Low</w:t>
            </w:r>
          </w:p>
        </w:tc>
        <w:tc>
          <w:tcPr>
            <w:tcW w:w="1814" w:type="dxa"/>
            <w:shd w:val="clear" w:color="auto" w:fill="E2EFDA"/>
            <w:shd w:val="clear" w:color="auto" w:fill="FFE8CC"/>
          </w:tcPr>
          <w:p w14:paraId="75791382" w14:textId="77777777" w:rsidR="001C4B22" w:rsidRDefault="00000000">
            <w:r>
              <w:rPr>
                <w:b/>
                <w:color w:val="FF7200"/>
              </w:rPr>
              <w:t>Low</w:t>
            </w:r>
          </w:p>
        </w:tc>
        <w:tc>
          <w:tcPr>
            <w:tcW w:w="1828" w:type="dxa"/>
          </w:tcPr>
          <w:p w14:paraId="40EE6906" w14:textId="77777777" w:rsidR="001C4B22" w:rsidRDefault="00000000">
            <w:r>
              <w:t>No action required</w:t>
            </w:r>
          </w:p>
        </w:tc>
      </w:tr>
      <w:tr w:rsidR="001C4B22" w14:paraId="5B5663D1" w14:textId="77777777" w:rsidTr="00523B27">
        <w:tc>
          <w:tcPr>
            <w:tcW w:w="1814" w:type="dxa"/>
          </w:tcPr>
          <w:p w14:paraId="4DF4517D" w14:textId="77777777" w:rsidR="001C4B22" w:rsidRDefault="00000000">
            <w:r>
              <w:t>GH05</w:t>
            </w:r>
          </w:p>
        </w:tc>
        <w:tc>
          <w:tcPr>
            <w:tcW w:w="1814" w:type="dxa"/>
          </w:tcPr>
          <w:p w14:paraId="30E7137C" w14:textId="77777777" w:rsidR="001C4B22" w:rsidRDefault="00000000">
            <w:r>
              <w:t>Dissolution Features</w:t>
            </w:r>
          </w:p>
        </w:tc>
        <w:tc>
          <w:tcPr>
            <w:tcW w:w="1814" w:type="dxa"/>
            <w:shd w:val="clear" w:color="auto" w:fill="FFE8CC"/>
          </w:tcPr>
          <w:p w14:paraId="2BE3452E" w14:textId="77777777" w:rsidR="001C4B22" w:rsidRDefault="00000000">
            <w:r>
              <w:rPr>
                <w:b/>
                <w:color w:val="FF7200"/>
              </w:rPr>
              <w:t>High</w:t>
            </w:r>
          </w:p>
        </w:tc>
        <w:tc>
          <w:tcPr>
            <w:tcW w:w="1814" w:type="dxa"/>
            <w:shd w:val="clear" w:color="auto" w:fill="FFF2CC"/>
            <w:shd w:val="clear" w:color="auto" w:fill="FFF2CC"/>
          </w:tcPr>
          <w:p w14:paraId="48E1B3FA" w14:textId="77777777" w:rsidR="001C4B22" w:rsidRDefault="00000000">
            <w:r>
              <w:rPr>
                <w:b/>
                <w:color w:val="FF9C00"/>
              </w:rPr>
              <w:t>Medium</w:t>
            </w:r>
          </w:p>
        </w:tc>
        <w:tc>
          <w:tcPr>
            <w:tcW w:w="1828" w:type="dxa"/>
          </w:tcPr>
          <w:p w14:paraId="15C2557D" w14:textId="77777777" w:rsidR="001C4B22" w:rsidRDefault="00000000">
            <w:r>
              <w:t>See Section 11</w:t>
            </w:r>
          </w:p>
        </w:tc>
      </w:tr>
      <w:tr w:rsidR="001C4B22" w14:paraId="00AACE60" w14:textId="77777777" w:rsidTr="00523B27">
        <w:tc>
          <w:tcPr>
            <w:tcW w:w="1814" w:type="dxa"/>
          </w:tcPr>
          <w:p w14:paraId="1C4026BD" w14:textId="77777777" w:rsidR="001C4B22" w:rsidRDefault="00000000">
            <w:r>
              <w:t>GH06</w:t>
            </w:r>
          </w:p>
        </w:tc>
        <w:tc>
          <w:tcPr>
            <w:tcW w:w="1814" w:type="dxa"/>
          </w:tcPr>
          <w:p w14:paraId="641AE405" w14:textId="77777777" w:rsidR="001C4B22" w:rsidRDefault="00000000">
            <w:r>
              <w:t>Made Ground</w:t>
            </w:r>
          </w:p>
        </w:tc>
        <w:tc>
          <w:tcPr>
            <w:tcW w:w="1814" w:type="dxa"/>
            <w:shd w:val="clear" w:color="auto" w:fill="E2EFDA"/>
          </w:tcPr>
          <w:p w14:paraId="76AA78F7" w14:textId="77777777" w:rsidR="001C4B22" w:rsidRDefault="00000000">
            <w:r>
              <w:rPr>
                <w:b/>
                <w:color w:val="378610"/>
              </w:rPr>
              <w:t>Low</w:t>
            </w:r>
          </w:p>
        </w:tc>
        <w:tc>
          <w:tcPr>
            <w:tcW w:w="1814" w:type="dxa"/>
            <w:shd w:val="clear" w:color="auto" w:fill="FFF2CC"/>
            <w:shd w:val="clear" w:color="auto" w:fill="FFF2CC"/>
          </w:tcPr>
          <w:p w14:paraId="04EFA42E" w14:textId="77777777" w:rsidR="001C4B22" w:rsidRDefault="00000000">
            <w:r>
              <w:rPr>
                <w:b/>
                <w:color w:val="FF9C00"/>
              </w:rPr>
              <w:t>Medium</w:t>
            </w:r>
          </w:p>
        </w:tc>
        <w:tc>
          <w:tcPr>
            <w:tcW w:w="1828" w:type="dxa"/>
          </w:tcPr>
          <w:p w14:paraId="787A2358" w14:textId="77777777" w:rsidR="001C4B22" w:rsidRDefault="00000000">
            <w:r>
              <w:t>No action required</w:t>
            </w:r>
          </w:p>
        </w:tc>
      </w:tr>
      <w:tr w:rsidR="001C4B22" w14:paraId="0FC43491" w14:textId="77777777" w:rsidTr="00523B27">
        <w:tc>
          <w:tcPr>
            <w:tcW w:w="1814" w:type="dxa"/>
          </w:tcPr>
          <w:p w14:paraId="33BBDF77" w14:textId="77777777" w:rsidR="001C4B22" w:rsidRDefault="00000000">
            <w:r>
              <w:t>GH07</w:t>
            </w:r>
          </w:p>
        </w:tc>
        <w:tc>
          <w:tcPr>
            <w:tcW w:w="1814" w:type="dxa"/>
          </w:tcPr>
          <w:p w14:paraId="4978A09D" w14:textId="77777777" w:rsidR="001C4B22" w:rsidRDefault="00000000">
            <w:r>
              <w:t>River and Coastal Flood Risk</w:t>
            </w:r>
          </w:p>
        </w:tc>
        <w:tc>
          <w:tcPr>
            <w:tcW w:w="1814" w:type="dxa"/>
            <w:shd w:val="clear" w:color="auto" w:fill="E2EFDA"/>
          </w:tcPr>
          <w:p w14:paraId="33B677D9" w14:textId="77777777" w:rsidR="001C4B22" w:rsidRDefault="00000000">
            <w:r>
              <w:rPr>
                <w:b/>
                <w:color w:val="378610"/>
              </w:rPr>
              <w:t>Low</w:t>
            </w:r>
          </w:p>
        </w:tc>
        <w:tc>
          <w:tcPr>
            <w:tcW w:w="1814" w:type="dxa"/>
            <w:shd w:val="clear" w:color="auto" w:fill="FFE8CC"/>
            <w:shd w:val="clear" w:color="auto" w:fill="E2EFDA"/>
          </w:tcPr>
          <w:p w14:paraId="7A2082AA" w14:textId="77777777" w:rsidR="001C4B22" w:rsidRDefault="00000000">
            <w:r>
              <w:rPr>
                <w:b/>
                <w:color w:val="378610"/>
              </w:rPr>
              <w:t>High</w:t>
            </w:r>
          </w:p>
        </w:tc>
        <w:tc>
          <w:tcPr>
            <w:tcW w:w="1828" w:type="dxa"/>
          </w:tcPr>
          <w:p w14:paraId="4C41B4DC" w14:textId="77777777" w:rsidR="001C4B22" w:rsidRDefault="00000000">
            <w:r>
              <w:t>No action required</w:t>
            </w:r>
          </w:p>
        </w:tc>
      </w:tr>
      <w:tr w:rsidR="001C4B22" w14:paraId="45FA0605" w14:textId="77777777" w:rsidTr="00523B27">
        <w:tc>
          <w:tcPr>
            <w:tcW w:w="1814" w:type="dxa"/>
          </w:tcPr>
          <w:p w14:paraId="75214D94" w14:textId="77777777" w:rsidR="001C4B22" w:rsidRDefault="00000000">
            <w:r>
              <w:t>GH08</w:t>
            </w:r>
          </w:p>
        </w:tc>
        <w:tc>
          <w:tcPr>
            <w:tcW w:w="1814" w:type="dxa"/>
          </w:tcPr>
          <w:p w14:paraId="19AA1BBB" w14:textId="77777777" w:rsidR="001C4B22" w:rsidRDefault="00000000">
            <w:r>
              <w:t>Surface Water Flood Risk</w:t>
            </w:r>
          </w:p>
        </w:tc>
        <w:tc>
          <w:tcPr>
            <w:tcW w:w="1814" w:type="dxa"/>
            <w:shd w:val="clear" w:color="auto" w:fill="FFE8CC"/>
          </w:tcPr>
          <w:p w14:paraId="2DF69D3E" w14:textId="77777777" w:rsidR="001C4B22" w:rsidRDefault="00000000">
            <w:r>
              <w:rPr>
                <w:b/>
                <w:color w:val="FF7200"/>
              </w:rPr>
              <w:t>High</w:t>
            </w:r>
          </w:p>
        </w:tc>
        <w:tc>
          <w:tcPr>
            <w:tcW w:w="1814" w:type="dxa"/>
            <w:shd w:val="clear" w:color="auto" w:fill="FFE8CC"/>
            <w:shd w:val="clear" w:color="auto" w:fill="E2EFDA"/>
          </w:tcPr>
          <w:p w14:paraId="68FB11DD" w14:textId="77777777" w:rsidR="001C4B22" w:rsidRDefault="00000000">
            <w:r>
              <w:rPr>
                <w:b/>
                <w:color w:val="378610"/>
              </w:rPr>
              <w:t>High</w:t>
            </w:r>
          </w:p>
        </w:tc>
        <w:tc>
          <w:tcPr>
            <w:tcW w:w="1828" w:type="dxa"/>
          </w:tcPr>
          <w:p w14:paraId="02E929EC" w14:textId="77777777" w:rsidR="001C4B22" w:rsidRDefault="00000000">
            <w:r>
              <w:t>See Section 11</w:t>
            </w:r>
          </w:p>
        </w:tc>
      </w:tr>
      <w:tr w:rsidR="001C4B22" w14:paraId="4CDF6E52" w14:textId="77777777" w:rsidTr="00523B27">
        <w:tc>
          <w:tcPr>
            <w:tcW w:w="1814" w:type="dxa"/>
          </w:tcPr>
          <w:p w14:paraId="23C5CC01" w14:textId="77777777" w:rsidR="001C4B22" w:rsidRDefault="00000000">
            <w:r>
              <w:t>GH09</w:t>
            </w:r>
          </w:p>
        </w:tc>
        <w:tc>
          <w:tcPr>
            <w:tcW w:w="1814" w:type="dxa"/>
          </w:tcPr>
          <w:p w14:paraId="76301934" w14:textId="77777777" w:rsidR="001C4B22" w:rsidRDefault="00000000">
            <w:r>
              <w:t>Radon</w:t>
            </w:r>
          </w:p>
        </w:tc>
        <w:tc>
          <w:tcPr>
            <w:tcW w:w="1814" w:type="dxa"/>
            <w:shd w:val="clear" w:color="auto" w:fill="FFE0E0"/>
          </w:tcPr>
          <w:p w14:paraId="2E43CDBD" w14:textId="77777777" w:rsidR="001C4B22" w:rsidRDefault="00000000">
            <w:r>
              <w:rPr>
                <w:b/>
                <w:color w:val="C00000"/>
              </w:rPr>
              <w:t>Very High</w:t>
            </w:r>
          </w:p>
        </w:tc>
        <w:tc>
          <w:tcPr>
            <w:tcW w:w="1814" w:type="dxa"/>
            <w:shd w:val="clear" w:color="auto" w:fill="FFE8CC"/>
            <w:shd w:val="clear" w:color="auto" w:fill="E2EFDA"/>
          </w:tcPr>
          <w:p w14:paraId="7A388A39" w14:textId="77777777" w:rsidR="001C4B22" w:rsidRDefault="00000000">
            <w:r>
              <w:rPr>
                <w:b/>
                <w:color w:val="378610"/>
              </w:rPr>
              <w:t>High</w:t>
            </w:r>
          </w:p>
        </w:tc>
        <w:tc>
          <w:tcPr>
            <w:tcW w:w="1828" w:type="dxa"/>
          </w:tcPr>
          <w:p w14:paraId="661BA03F" w14:textId="77777777" w:rsidR="001C4B22" w:rsidRDefault="00000000">
            <w:r>
              <w:t>See Section 11</w:t>
            </w:r>
          </w:p>
        </w:tc>
      </w:tr>
      <w:tr w:rsidR="001C4B22" w14:paraId="72E19BD2" w14:textId="77777777" w:rsidTr="00523B27">
        <w:tc>
          <w:tcPr>
            <w:tcW w:w="1814" w:type="dxa"/>
          </w:tcPr>
          <w:p w14:paraId="32982D09" w14:textId="77777777" w:rsidR="001C4B22" w:rsidRDefault="00000000">
            <w:r>
              <w:t>GH10</w:t>
            </w:r>
          </w:p>
        </w:tc>
        <w:tc>
          <w:tcPr>
            <w:tcW w:w="1814" w:type="dxa"/>
          </w:tcPr>
          <w:p w14:paraId="130485AB" w14:textId="77777777" w:rsidR="001C4B22" w:rsidRDefault="00000000">
            <w:r>
              <w:t>Ground Gas</w:t>
            </w:r>
          </w:p>
        </w:tc>
        <w:tc>
          <w:tcPr>
            <w:tcW w:w="1814" w:type="dxa"/>
            <w:shd w:val="clear" w:color="auto" w:fill="E2EFDA"/>
          </w:tcPr>
          <w:p w14:paraId="2F88AAF8" w14:textId="77777777" w:rsidR="001C4B22" w:rsidRDefault="00000000">
            <w:r>
              <w:rPr>
                <w:b/>
                <w:color w:val="378610"/>
              </w:rPr>
              <w:t>Low</w:t>
            </w:r>
          </w:p>
        </w:tc>
        <w:tc>
          <w:tcPr>
            <w:tcW w:w="1814" w:type="dxa"/>
            <w:shd w:val="clear" w:color="auto" w:fill="FFE8CC"/>
            <w:shd w:val="clear" w:color="auto" w:fill="E2EFDA"/>
          </w:tcPr>
          <w:p w14:paraId="2913A843" w14:textId="77777777" w:rsidR="001C4B22" w:rsidRDefault="00000000">
            <w:r>
              <w:rPr>
                <w:b/>
                <w:color w:val="378610"/>
              </w:rPr>
              <w:t>High</w:t>
            </w:r>
          </w:p>
        </w:tc>
        <w:tc>
          <w:tcPr>
            <w:tcW w:w="1828" w:type="dxa"/>
          </w:tcPr>
          <w:p w14:paraId="722AE6B5" w14:textId="77777777" w:rsidR="001C4B22" w:rsidRDefault="00000000">
            <w:r>
              <w:t>No action required</w:t>
            </w:r>
          </w:p>
        </w:tc>
      </w:tr>
      <w:tr w:rsidR="001C4B22" w14:paraId="52E68A11" w14:textId="77777777" w:rsidTr="00523B27">
        <w:tc>
          <w:tcPr>
            <w:tcW w:w="1814" w:type="dxa"/>
          </w:tcPr>
          <w:p w14:paraId="5423C10C" w14:textId="77777777" w:rsidR="001C4B22" w:rsidRDefault="00000000">
            <w:r>
              <w:t>GH12</w:t>
            </w:r>
          </w:p>
        </w:tc>
        <w:tc>
          <w:tcPr>
            <w:tcW w:w="1814" w:type="dxa"/>
          </w:tcPr>
          <w:p w14:paraId="7AB1C9A4" w14:textId="77777777" w:rsidR="001C4B22" w:rsidRDefault="00000000">
            <w:r>
              <w:t>Aggressive Ground</w:t>
            </w:r>
          </w:p>
        </w:tc>
        <w:tc>
          <w:tcPr>
            <w:tcW w:w="1814" w:type="dxa"/>
            <w:shd w:val="clear" w:color="auto" w:fill="FFF2CC"/>
          </w:tcPr>
          <w:p w14:paraId="11918215" w14:textId="77777777" w:rsidR="001C4B22" w:rsidRDefault="00000000">
            <w:r>
              <w:rPr>
                <w:b/>
                <w:color w:val="FF9C00"/>
              </w:rPr>
              <w:t>Medium</w:t>
            </w:r>
          </w:p>
        </w:tc>
        <w:tc>
          <w:tcPr>
            <w:tcW w:w="1814" w:type="dxa"/>
            <w:shd w:val="clear" w:color="auto" w:fill="FFF2CC"/>
            <w:shd w:val="clear" w:color="auto" w:fill="FFF2CC"/>
          </w:tcPr>
          <w:p w14:paraId="16380984" w14:textId="77777777" w:rsidR="001C4B22" w:rsidRDefault="00000000">
            <w:r>
              <w:rPr>
                <w:b/>
                <w:color w:val="FF9C00"/>
              </w:rPr>
              <w:t>Medium</w:t>
            </w:r>
          </w:p>
        </w:tc>
        <w:tc>
          <w:tcPr>
            <w:tcW w:w="1828" w:type="dxa"/>
          </w:tcPr>
          <w:p w14:paraId="7ED1D508" w14:textId="77777777" w:rsidR="001C4B22" w:rsidRDefault="00000000">
            <w:r>
              <w:t>Monitor / confirm by investigation</w:t>
            </w:r>
          </w:p>
        </w:tc>
      </w:tr>
      <w:tr w:rsidR="001C4B22" w14:paraId="1F178EA5" w14:textId="77777777" w:rsidTr="00523B27">
        <w:tc>
          <w:tcPr>
            <w:tcW w:w="1814" w:type="dxa"/>
          </w:tcPr>
          <w:p w14:paraId="3D739A59" w14:textId="77777777" w:rsidR="001C4B22" w:rsidRDefault="00000000">
            <w:r>
              <w:t>SPZ</w:t>
            </w:r>
          </w:p>
        </w:tc>
        <w:tc>
          <w:tcPr>
            <w:tcW w:w="1814" w:type="dxa"/>
          </w:tcPr>
          <w:p w14:paraId="16F51702" w14:textId="77777777" w:rsidR="001C4B22" w:rsidRDefault="00000000">
            <w:r>
              <w:t>Source Protection Zone</w:t>
            </w:r>
          </w:p>
        </w:tc>
        <w:tc>
          <w:tcPr>
            <w:tcW w:w="1814" w:type="dxa"/>
            <w:shd w:val="clear" w:color="auto" w:fill="F2F2F2"/>
          </w:tcPr>
          <w:p w14:paraId="538076ED" w14:textId="77777777" w:rsidR="001C4B22" w:rsidRDefault="00000000">
            <w:r>
              <w:rPr>
                <w:b/>
                <w:color w:val="808080"/>
              </w:rPr>
              <w:t>Not identified</w:t>
            </w:r>
          </w:p>
        </w:tc>
        <w:tc>
          <w:tcPr>
            <w:tcW w:w="1814" w:type="dxa"/>
            <w:shd w:val="clear" w:color="auto" w:fill="FFE8CC"/>
            <w:shd w:val="clear" w:color="auto" w:fill="E2EFDA"/>
          </w:tcPr>
          <w:p w14:paraId="025F3BB7" w14:textId="77777777" w:rsidR="001C4B22" w:rsidRDefault="00000000">
            <w:r>
              <w:rPr>
                <w:b/>
                <w:color w:val="378610"/>
              </w:rPr>
              <w:t>High</w:t>
            </w:r>
          </w:p>
        </w:tc>
        <w:tc>
          <w:tcPr>
            <w:tcW w:w="1828" w:type="dxa"/>
          </w:tcPr>
          <w:p w14:paraId="1A829840" w14:textId="77777777" w:rsidR="001C4B22" w:rsidRDefault="00000000">
            <w:r>
              <w:t>No action required</w:t>
            </w:r>
          </w:p>
        </w:tc>
      </w:tr>
    </w:tbl>
    <w:p w14:paraId="714B993F" w14:textId="77777777" w:rsidR="001C4B22" w:rsidRDefault="00000000">
      <w:r>
        <w:br w:type="page"/>
      </w:r>
    </w:p>
    <w:p w14:paraId="7C42F560" w14:textId="77777777" w:rsidR="001C4B22" w:rsidRDefault="00000000">
      <w:pPr>
        <w:pStyle w:val="Heading1"/>
      </w:pPr>
      <w:r>
        <w:rPr>
          <w:color w:val="1F497D"/>
        </w:rPr>
        <w:lastRenderedPageBreak/>
        <w:t>9</w:t>
        <w:tab/>
        <w:t>FOUNDATION AND DRAINAGE CONSIDERATIONS</w:t>
      </w:r>
    </w:p>
    <w:p w14:paraId="2FCC6EDE" w14:textId="77777777" w:rsidR="004B1941" w:rsidRDefault="00000000" w:rsidP="0080357D">
      <w:r>
        <w:t>This section provides a preliminary, desk-based assessment of foundation suitability based on the geological findings in Section 6. This assessment is indicative only and must be confirmed through site-specific ground investigation.</w:t>
      </w:r>
    </w:p>
    <w:p>
      <w:pPr>
        <w:pStyle w:val="Normal"/>
      </w:pPr>
      <w:r>
        <w:rPr>
          <w:rFonts w:ascii="Arial" w:hAnsi="Arial"/>
          <w:sz w:val="20"/>
        </w:rPr>
        <w:t xml:space="preserve">9.1.1	Based on the identified geology (Section 6) and geohazard assessment (Section 8), foundation design should consider the variable nature of the Lias Group succession, which comprises interbedded mudstone, siltstone, and limestone horizons, together with the presence of superficial landslip deposits. The bedrock may be suitable for lightly loaded structures, subject to ground investigation confirmation of stratum thickness, weathering profile, and bearing characteristics. Where aggressive ground conditions are rated Medium or above, concrete in contact with the ground should be designed with reference to BRE Special Digest 1:2005, subject to confirmation of the Design Sulfate Class by site-specific chemical testing. All foundation recommendations remain indicative and must be confirmed by intrusive ground investigation.</w:t>
      </w:r>
    </w:p>
    <w:p>
      <w:pPr>
        <w:pStyle w:val="Normal"/>
      </w:pPr>
      <w:r>
        <w:rPr>
          <w:rFonts w:ascii="Arial" w:hAnsi="Arial"/>
          <w:sz w:val="20"/>
        </w:rPr>
        <w:t xml:space="preserve">9.1.2	The permeability of the Lias Group succession is variable, reflecting the interbedded nature of the mudstone, siltstone, and limestone horizons described in Section 6. Mudstone-dominated horizons are likely to exhibit low permeability, limiting infiltration potential, whilst limestone horizons may offer localised drainage pathways. The presence of superficial landslip deposits may further reduce infiltration rates. Soakaway and SuDS feasibility cannot be determined from desk-based data alone and will require site-specific percolation testing and infiltration trials during the intrusive ground investigation phase. Surface water drainage design should be informed by infiltration test results and comply with current SuDS guidance.</w:t>
      </w:r>
    </w:p>
    <w:p>
      <w:pPr>
        <w:pStyle w:val="Normal"/>
      </w:pPr>
      <w:r>
        <w:rPr>
          <w:rFonts w:ascii="Arial" w:hAnsi="Arial"/>
          <w:sz w:val="20"/>
        </w:rPr>
        <w:t xml:space="preserve">9.1.3	This desk study does not include utility records or statutory searches. The location, depth, and condition of existing services, including water mains, sewers, gas, electricity, and telecommunications infrastructure, are unknown. Statutory utility searches and service plans should be obtained from relevant providers prior to detailed design and construction. Site investigation works should include utility detection surveys to confirm the presence and alignment of buried services and to inform safe excavation and construction planning.</w:t>
      </w:r>
    </w:p>
    <w:p w14:paraId="290A5715" w14:textId="77777777" w:rsidR="001C4B22" w:rsidRDefault="0080357D" w:rsidP="0080357D">
      <w:r>
        <w:br w:type="page"/>
      </w:r>
    </w:p>
    <w:p w14:paraId="0CBB845E" w14:textId="77777777" w:rsidR="001C4B22" w:rsidRDefault="00000000">
      <w:pPr>
        <w:pStyle w:val="Heading1"/>
      </w:pPr>
      <w:r>
        <w:rPr>
          <w:color w:val="1F497D"/>
        </w:rPr>
        <w:lastRenderedPageBreak/>
        <w:t>10</w:t>
        <w:tab/>
        <w:t>CONCLUSIONS</w:t>
      </w:r>
    </w:p>
    <w:p>
      <w:pPr>
        <w:pStyle w:val="Normal"/>
      </w:pPr>
      <w:r>
        <w:rPr>
          <w:rFonts w:ascii="Arial" w:hAnsi="Arial"/>
          <w:sz w:val="20"/>
        </w:rPr>
        <w:t xml:space="preserve">10.1.1	This preliminary geotechnical desk study has been prepared to inform early-stage planning and development considerations for a residential development at BA1 2LY. The assessment is informed by BS 5930:2015+A1:2020 principles and comprises a desk-based review of published geological, hydrogeological, environmental, and historical data sources. This is a Tier 1 preliminary assessment intended to identify potential geotechnical constraints and inform the scope of further investigation. Data collection was undertaken on 21 July 2026.</w:t>
      </w:r>
    </w:p>
    <w:p>
      <w:pPr>
        <w:pStyle w:val="Normal"/>
      </w:pPr>
      <w:r>
        <w:rPr>
          <w:rFonts w:ascii="Arial" w:hAnsi="Arial"/>
          <w:sz w:val="20"/>
        </w:rPr>
        <w:t xml:space="preserve">10.1.2	The site lies within the administrative area of Bath and North East Somerset Council. A review of Historic England National Heritage List for England (NHLE) data identified 50 listed buildings within 500m of the site (4 Grade I, 4 Grade II*, and 42 Grade II), including Nos. 1-30, Royal Crescent, Nos. 38-45 (Consec) And Attached Railings, and Nos 1-15 (Consec) And Attached Railings. No scheduled monuments were identified within 500m, and no World Heritage Sites were identified within 5km. The presence of listed buildings does not preclude development, but may require assessment of impacts on their setting. Natural England data identified the Cotswolds AONB within 2km of the site. Ecological assessment may be required to address potential impacts on the AONB. Heritage and ecological findings are detailed in Sections 3.2 and 3.3 respectively.</w:t>
      </w:r>
    </w:p>
    <w:p>
      <w:pPr>
        <w:pStyle w:val="Normal"/>
      </w:pPr>
      <w:r>
        <w:rPr>
          <w:rFonts w:ascii="Arial" w:hAnsi="Arial"/>
          <w:sz w:val="20"/>
        </w:rPr>
        <w:t xml:space="preserve">10.1.3	BGS 1:625,000 digital geological mapping indicates that the site is underlain by bedrock of the Lias Group (LI), comprising interbedded mudstone, siltstone, and limestone. Superficial deposits of Landslip are mapped at the site. The geological setting is discussed in Section 6, and foundation design considerations are addressed in Section 9.</w:t>
      </w:r>
    </w:p>
    <w:p>
      <w:pPr>
        <w:pStyle w:val="Normal"/>
      </w:pPr>
      <w:r>
        <w:rPr>
          <w:rFonts w:ascii="Arial" w:hAnsi="Arial"/>
          <w:sz w:val="20"/>
        </w:rPr>
        <w:t xml:space="preserve">10.1.4	Environment Agency flood mapping indicates that the site lies within Flood Zone 1, representing a low probability of fluvial flooding (less than 0.1% annual chance). BGS 1:625,000 hydrogeological mapping is broadly consistent with the EA Unproductive Strata aquifer category, though this has not been confirmed for this specific site. Hydrogeological and flood risk findings are detailed in Section 7.</w:t>
      </w:r>
    </w:p>
    <w:p>
      <w:pPr>
        <w:pStyle w:val="Normal"/>
      </w:pPr>
      <w:r>
        <w:rPr>
          <w:rFonts w:ascii="Arial" w:hAnsi="Arial"/>
          <w:sz w:val="20"/>
        </w:rPr>
        <w:t xml:space="preserve">10.1.5	The desk study has identified a Very High geotechnical risk associated with radon and High risks associated with dissolution features and surface water flood risk. Radon protective measures are likely to be required based on BR 211:2015 guidance, subject to confirmation during detailed design, reflecting the site's location within a Class 5 radon potential area where 10–30 per cent of homes are above the Action Level. Dissolution features present a High risk due to the presence of limestone horizons within the Lias Group succession, which may give rise to localised dissolution-related ground instability requiring careful foundation design and potentially targeted intrusive investigation. Surface water flood risk is rated High based on Environment Agency mapping, indicating that surface water flow paths and drainage design will require detailed consideration during site layout and engineering design. Aggressive ground conditions present a Medium risk, reflecting the potential for sulfate and pH variability within mudstone-dominated sequences, and will require materials testing during intrusive investigation to inform concrete specification.</w:t>
      </w:r>
    </w:p>
    <w:p>
      <w:pPr>
        <w:pStyle w:val="Normal"/>
      </w:pPr>
      <w:r>
        <w:rPr>
          <w:rFonts w:ascii="Arial" w:hAnsi="Arial"/>
          <w:sz w:val="20"/>
        </w:rPr>
        <w:t xml:space="preserve">10.1.6	Fifty heritage assets were identified within 500m of the site, comprising listed buildings, and a Heritage Impact Assessment may be required to assess potential impacts on their setting; early pre-application engagement with the Local Planning Authority is recommended. The Cotswolds Area of Outstanding Natural Beauty lies within 2km of the site, and ecological assessment may be required to inform planning submissions. No other planning constraints were identified at this desk-based stage that would preclude development, subject to appropriate geotechnical and environmental assessment.</w:t>
      </w:r>
    </w:p>
    <w:p>
      <w:pPr>
        <w:pStyle w:val="Normal"/>
      </w:pPr>
      <w:r>
        <w:rPr>
          <w:rFonts w:ascii="Arial" w:hAnsi="Arial"/>
          <w:sz w:val="20"/>
        </w:rPr>
        <w:t xml:space="preserve">10.1.7	The site is assigned a Very High geotechnical risk rating, driven primarily by Radon, with Dissolution Features and Surface Water Flood Risk as additional considerations. The site lies within a radon Class 5 area, where 10–30 per cent of homes are estimated to exceed the BR 211 Action Level; radon protective measures are likely to be required based on BR 211:2015 guidance, subject to confirmation during detailed design. The Lias Group bedrock succession includes limestone horizons susceptible to localised dissolution-related ground instability, which may influence foundation design and require targeted ground investigation to characterise dissolution-related voids or subsidence features. Surface water flood risk is rated High based on EA flood mapping, indicating that surface water drainage and flood resilience measures will be critical to the proposed residential development. The site does not lie within an MRA Development High Risk Area, and no recorded mine entries are present within 1000m of the site; Mining Legacy is consequently rated Low. Aggressive Ground Conditions are rated Medium, reflecting the potential for sulfate and pH variability within mudstone-dominated strata; concrete specification and foundation detailing should be informed by site-specific ground investigation and chemical testing.</w:t>
      </w:r>
    </w:p>
    <w:p>
      <w:pPr>
        <w:pStyle w:val="Normal"/>
      </w:pPr>
      <w:r>
        <w:rPr>
          <w:rFonts w:ascii="Arial" w:hAnsi="Arial"/>
          <w:sz w:val="20"/>
        </w:rPr>
        <w:t xml:space="preserve">10.1.8	Confidence in the overall risk assessment is Medium to High, reflecting the availability of authoritative datasets for radon, flood risk, and mining legacy, but constrained by the absence of site-specific ground investigation data and the limitations inherent in a desk-based assessment. Historical OS mapping from 1885–1947 was consulted via automated review; however, manual interpretation of historical land use and potential contamination sources has not been undertaken. Aquifer and groundwater designation data were not queried as part of this assessment. UXO risk has not been assessed; a specialist Preliminary Risk Assessment is recommended if the site lies within a historically bombed area or proximity to strategic infrastructure (specialist consultants include Igne: www.igne.com and Zetica: www.zetica.com). The principal data limitation is the absence of intrusive ground investigation to confirm bedrock and superficial deposit characteristics, groundwater conditions, dissolution-related ground instability, and aggressive ground chemistry. An intrusive ground investigation is recommended to inform foundation design, radon protective measures, surface water drainage strategy, and concrete specification for the proposed residential development.</w:t>
      </w:r>
    </w:p>
    <w:p w14:paraId="4A7C9421" w14:textId="77777777" w:rsidR="00462722" w:rsidRDefault="00000000">
      <w:pPr>
        <w:spacing w:before="120" w:after="40"/>
      </w:pPr>
      <w:r>
        <w:rPr>
          <w:b/>
          <w:i/>
        </w:rPr>
        <w:t>Table 8 — Preliminary Source-Pathway-Receptor Conceptual Site Model (indicative — desk-based only; subject to revision following ground investigation)</w:t>
      </w:r>
    </w:p>
    <w:tbl>
      <w:tblPr>
        <w:tblStyle w:val="TableGrid"/>
        <w:tblW w:w="0" w:type="auto"/>
        <w:tblLook w:val="04A0" w:firstRow="1" w:lastRow="0" w:firstColumn="1" w:lastColumn="0" w:noHBand="0" w:noVBand="1"/>
      </w:tblPr>
      <w:tblGrid>
        <w:gridCol w:w="1800"/>
        <w:gridCol w:w="7262"/>
      </w:tblGrid>
      <w:tr w:rsidR="00462722" w14:paraId="63153066" w14:textId="77777777" w:rsidTr="00957F57">
        <w:tc>
          <w:tcPr>
            <w:tcW w:w="1800" w:type="dxa"/>
            <w:shd w:val="clear" w:color="auto" w:fill="DBE5F1" w:themeFill="accent1" w:themeFillTint="33"/>
          </w:tcPr>
          <w:p w14:paraId="284B84D1" w14:textId="77777777" w:rsidR="00462722" w:rsidRDefault="00000000">
            <w:r>
              <w:rPr>
                <w:b/>
              </w:rPr>
              <w:t>Category</w:t>
            </w:r>
          </w:p>
        </w:tc>
        <w:tc>
          <w:tcPr>
            <w:tcW w:w="7262" w:type="dxa"/>
            <w:shd w:val="clear" w:color="auto" w:fill="DBE5F1" w:themeFill="accent1" w:themeFillTint="33"/>
          </w:tcPr>
          <w:p w14:paraId="7432FCB2" w14:textId="77777777" w:rsidR="00462722" w:rsidRDefault="00000000">
            <w:r>
              <w:rPr>
                <w:b/>
              </w:rPr>
              <w:t>Principal Features Identified</w:t>
            </w:r>
          </w:p>
        </w:tc>
      </w:tr>
      <w:tr w:rsidR="00462722" w14:paraId="08DC34CF" w14:textId="77777777">
        <w:tc>
          <w:tcPr>
            <w:tcW w:w="1800" w:type="dxa"/>
            <w:shd w:val="clear" w:color="auto" w:fill="C6EFCE"/>
          </w:tcPr>
          <w:p w14:paraId="3EEE9D16" w14:textId="77777777" w:rsidR="00462722" w:rsidRDefault="00000000">
            <w:r>
              <w:rPr>
                <w:b/>
              </w:rPr>
              <w:t>Sources</w:t>
            </w:r>
          </w:p>
        </w:tc>
        <w:tc>
          <w:tcPr>
            <w:tcW w:w="7262" w:type="dxa"/>
          </w:tcPr>
          <w:p w14:paraId="630D1B46" w14:textId="77777777" w:rsidR="00462722" w:rsidRDefault="00000000">
            <w:r>
              <w:rPr>
                <w:sz w:val="18"/>
              </w:rPr>
              <w:t xml:space="preserve">•  potential former industrial sources associated with historic landfill site identified within search area</w:t>
            </w:r>
          </w:p>
          <w:p>
            <w:r>
              <w:rPr>
                <w:sz w:val="18"/>
              </w:rPr>
              <w:t xml:space="preserve">•  potential former railway contamination including made ground, fuel spillage, and track ballast</w:t>
            </w:r>
          </w:p>
          <w:p>
            <w:r>
              <w:rPr>
                <w:sz w:val="18"/>
              </w:rPr>
              <w:t xml:space="preserve">•  potential sub-station contamination from Park Street Substation electrical infrastructure approximately 351m from site</w:t>
            </w:r>
          </w:p>
          <w:p>
            <w:r>
              <w:rPr>
                <w:sz w:val="18"/>
              </w:rPr>
              <w:t xml:space="preserve">•  surface water runoff and agricultural inputs in catchment overlying carbonate bedrock</w:t>
            </w:r>
          </w:p>
        </w:tc>
      </w:tr>
      <w:tr w:rsidR="00462722" w14:paraId="4713AA49" w14:textId="77777777">
        <w:tc>
          <w:tcPr>
            <w:tcW w:w="1800" w:type="dxa"/>
            <w:shd w:val="clear" w:color="auto" w:fill="FFEB9C"/>
          </w:tcPr>
          <w:p w14:paraId="02E29DA7" w14:textId="77777777" w:rsidR="00462722" w:rsidRDefault="00000000">
            <w:r>
              <w:rPr>
                <w:b/>
              </w:rPr>
              <w:t>Pathways</w:t>
            </w:r>
          </w:p>
        </w:tc>
        <w:tc>
          <w:tcPr>
            <w:tcW w:w="7262" w:type="dxa"/>
          </w:tcPr>
          <w:p w14:paraId="4AC6C8D7" w14:textId="77777777" w:rsidR="00462722" w:rsidRDefault="00000000">
            <w:r>
              <w:rPr>
                <w:sz w:val="18"/>
              </w:rPr>
              <w:t xml:space="preserve">•  vertical migration through landslip deposits and interbedded Lias Group mudstone, siltstone and limestone</w:t>
            </w:r>
          </w:p>
          <w:p>
            <w:r>
              <w:rPr>
                <w:sz w:val="18"/>
              </w:rPr>
              <w:t xml:space="preserve">•  dissolution features and dissolution-related preferential flow paths within limestone horizons of Lias Group bedrock</w:t>
            </w:r>
          </w:p>
          <w:p>
            <w:r>
              <w:rPr>
                <w:sz w:val="18"/>
              </w:rPr>
              <w:t xml:space="preserve">•  lateral migration via groundwater flow in superficial landslip deposits and bedrock aquifer</w:t>
            </w:r>
          </w:p>
          <w:p>
            <w:r>
              <w:rPr>
                <w:sz w:val="18"/>
              </w:rPr>
              <w:t xml:space="preserve">•  surface water runoff and ponding associated with high surface water flood risk</w:t>
            </w:r>
          </w:p>
        </w:tc>
      </w:tr>
      <w:tr w:rsidR="00462722" w14:paraId="4A6E6F62" w14:textId="77777777">
        <w:tc>
          <w:tcPr>
            <w:tcW w:w="1800" w:type="dxa"/>
            <w:shd w:val="clear" w:color="auto" w:fill="DDEEFF"/>
          </w:tcPr>
          <w:p w14:paraId="58789C9E" w14:textId="77777777" w:rsidR="00462722" w:rsidRDefault="00000000">
            <w:r>
              <w:rPr>
                <w:b/>
              </w:rPr>
              <w:t>Receptors</w:t>
            </w:r>
          </w:p>
        </w:tc>
        <w:tc>
          <w:tcPr>
            <w:tcW w:w="7262" w:type="dxa"/>
          </w:tcPr>
          <w:p w14:paraId="261D3B08" w14:textId="77777777" w:rsidR="00462722" w:rsidRDefault="00000000">
            <w:r>
              <w:rPr>
                <w:sz w:val="18"/>
              </w:rPr>
              <w:t xml:space="preserve">•  site users and construction workers via direct contact, ingestion and inhalation</w:t>
            </w:r>
          </w:p>
          <w:p>
            <w:r>
              <w:rPr>
                <w:sz w:val="18"/>
              </w:rPr>
              <w:t xml:space="preserve">•  underlying Lias Group bedrock aquifer and groundwater quality</w:t>
            </w:r>
          </w:p>
          <w:p>
            <w:r>
              <w:rPr>
                <w:sz w:val="18"/>
              </w:rPr>
              <w:t xml:space="preserve">•  controlled waters including surface watercourses and drainage systems</w:t>
            </w:r>
          </w:p>
          <w:p>
            <w:r>
              <w:rPr>
                <w:sz w:val="18"/>
              </w:rPr>
              <w:t xml:space="preserve">•  buried concrete and services via aggressive ground conditions in interbedded mudstone sequence</w:t>
            </w:r>
          </w:p>
        </w:tc>
      </w:tr>
    </w:tbl>
    <w:p w14:paraId="09B3D567" w14:textId="77777777" w:rsidR="001C4B22" w:rsidRPr="00462722" w:rsidRDefault="00000000">
      <w:pPr>
        <w:rPr>
          <w:lang w:val="en-GB"/>
        </w:rPr>
      </w:pPr>
      <w:r>
        <w:br w:type="page"/>
      </w:r>
    </w:p>
    <w:p w14:paraId="530E78E1" w14:textId="77777777" w:rsidR="001C4B22" w:rsidRDefault="00000000">
      <w:pPr>
        <w:pStyle w:val="Heading1"/>
      </w:pPr>
      <w:r>
        <w:rPr>
          <w:color w:val="1F497D"/>
        </w:rPr>
        <w:lastRenderedPageBreak/>
        <w:t>11</w:t>
        <w:tab/>
        <w:t>RECOMMENDATIONS</w:t>
      </w:r>
    </w:p>
    <w:p>
      <w:pPr>
        <w:pStyle w:val="Normal"/>
      </w:pPr>
      <w:r>
        <w:rPr>
          <w:rFonts w:ascii="Arial" w:hAnsi="Arial"/>
          <w:sz w:val="20"/>
        </w:rPr>
        <w:t xml:space="preserve">11.1.1	Physical Site Walkover: A physical site walkover should be undertaken to verify desk-based findings and assess site-specific conditions. Key objectives include identifying surface expressions of dissolution-related ground instability, assessing surface water drainage patterns and ponding risk, and confirming the absence of visible radon entry points in existing structures where present.</w:t>
      </w:r>
    </w:p>
    <w:p>
      <w:pPr>
        <w:pStyle w:val="Normal"/>
      </w:pPr>
      <w:r>
        <w:rPr>
          <w:rFonts w:ascii="Arial" w:hAnsi="Arial"/>
          <w:sz w:val="20"/>
        </w:rPr>
        <w:t xml:space="preserve">11.1.2	Professional Desk Study: Where this report is to be used to inform design, planning submission, lending, or construction decisions, a professional desk study should be commissioned in accordance with BS 5930:2015+A1:2020 and EN 1997-2:2007. This should include a comprehensive review of historical Ordnance Survey mapping, MRA mine abandonment plans, Environment Agency datasets, and site-specific radon assessment in accordance with BR 211:2015.</w:t>
      </w:r>
    </w:p>
    <w:p>
      <w:pPr>
        <w:pStyle w:val="Normal"/>
      </w:pPr>
      <w:r>
        <w:rPr>
          <w:rFonts w:ascii="Arial" w:hAnsi="Arial"/>
          <w:sz w:val="20"/>
        </w:rPr>
        <w:t xml:space="preserve">11.1.3	Pre-Application Planning Engagement: Early engagement with the Local Planning Authority is recommended to discuss the identified geotechnical constraints, particularly the Very High radon potential, High dissolution risk, and High surface water flood risk. This engagement should inform the scope of further assessment work and establish the evidence base required to inform design and planning decisions.</w:t>
      </w:r>
    </w:p>
    <w:p>
      <w:pPr>
        <w:pStyle w:val="Normal"/>
      </w:pPr>
      <w:r>
        <w:rPr>
          <w:rFonts w:ascii="Arial" w:hAnsi="Arial"/>
          <w:sz w:val="20"/>
        </w:rPr>
        <w:t xml:space="preserve">11.1.4	Heritage Impact Assessment: A Heritage Impact Assessment should be commissioned to assess potential impacts on the setting of listed buildings within 500m of the site boundary. The presence of listed buildings does not preclude development but may require assessment of impacts on their setting and consideration of design measures to preserve or enhance heritage significance.</w:t>
      </w:r>
    </w:p>
    <w:p>
      <w:pPr>
        <w:pStyle w:val="Normal"/>
      </w:pPr>
      <w:r>
        <w:rPr>
          <w:rFonts w:ascii="Arial" w:hAnsi="Arial"/>
          <w:sz w:val="20"/>
        </w:rPr>
        <w:t xml:space="preserve">11.1.5	Ecological Survey: An ecological survey should be undertaken to assess potential impacts on the Cotswolds AONB within 2km of the site. Ecological assessment may be required to inform design and planning decisions, with particular consideration of landscape character and visual impact given the proximity to the AONB designation.</w:t>
      </w:r>
    </w:p>
    <w:p>
      <w:pPr>
        <w:pStyle w:val="Normal"/>
      </w:pPr>
      <w:r>
        <w:rPr>
          <w:rFonts w:ascii="Arial" w:hAnsi="Arial"/>
          <w:sz w:val="20"/>
        </w:rPr>
        <w:t xml:space="preserve">11.1.6	Ground Investigation: An intrusive ground investigation is required to inform design and planning decisions. The investigation should confirm the depth, extent, and dissolution potential of limestone horizons within the Lias Group succession, and assess the continuity and competence of the founding stratum. Boreholes should be advanced to a sufficient depth to characterise the bedrock profile and identify any dissolution-related voids or zones of instability. The investigation should establish groundwater conditions, obtain samples for sulphate and sulphide classification in accordance with BRE Special Digest 1, and assess the chemical suitability of the ground for concrete. Given the presence of Landslip deposits, the investigation should also establish the depth and engineering properties of the superficial materials and confirm their compressibility and bearing characteristics.</w:t>
      </w:r>
    </w:p>
    <w:p>
      <w:pPr>
        <w:pStyle w:val="Normal"/>
      </w:pPr>
      <w:r>
        <w:rPr>
          <w:rFonts w:ascii="Arial" w:hAnsi="Arial"/>
          <w:sz w:val="20"/>
        </w:rPr>
        <w:t xml:space="preserve">11.1.7	Radon Protective Measures: Radon protective measures are likely to be required based on BR 211:2015 guidance, subject to confirmation during detailed design.</w:t>
      </w:r>
    </w:p>
    <w:p>
      <w:pPr>
        <w:pStyle w:val="Normal"/>
      </w:pPr>
      <w:r>
        <w:rPr>
          <w:rFonts w:ascii="Arial" w:hAnsi="Arial"/>
          <w:sz w:val="20"/>
        </w:rPr>
        <w:t xml:space="preserve">11.1.8	Specialist Studies: A geo-environmental investigation in accordance with BS 10175:2011+A2:2017 is recommended to assess potential contamination associated with the Landslip deposits and any made ground that may be encountered. A ground gas risk assessment in accordance with CIRIA C665 should be undertaken to characterise ground gas regimes and inform foundation and floor slab design.</w:t>
      </w:r>
    </w:p>
    <w:p>
      <w:pPr>
        <w:pStyle w:val="Normal"/>
      </w:pPr>
      <w:r>
        <w:rPr>
          <w:rFonts w:ascii="Arial" w:hAnsi="Arial"/>
          <w:sz w:val="20"/>
        </w:rPr>
        <w:t xml:space="preserve">11.1.9	UXO Preliminary Risk Assessment: UXO risk is not assessed by this automated platform. A specialist UXO Preliminary Risk Assessment may be required depending on site-specific risk factors. Specialist providers include Igne (www.igne.com) and Zetica (www.zetica.com).</w:t>
      </w:r>
    </w:p>
    <w:p>
      <w:pPr>
        <w:pStyle w:val="Normal"/>
      </w:pPr>
      <w:r>
        <w:rPr>
          <w:rFonts w:ascii="Arial" w:hAnsi="Arial"/>
          <w:sz w:val="20"/>
        </w:rPr>
        <w:t xml:space="preserve">11.1.10	Statutory Utility Searches: Statutory utility searches should be undertaken via LSBUD or individual undertaker enquiries prior to any ground-disturbing works to identify the location of buried services and minimise the risk of accidental damage during construction.</w:t>
      </w:r>
    </w:p>
    <w:p w14:paraId="5F093427" w14:textId="77777777" w:rsidR="001C4B22" w:rsidRDefault="00000000">
      <w:r>
        <w:br w:type="page"/>
      </w:r>
    </w:p>
    <w:p w14:paraId="7F22A48A" w14:textId="77777777" w:rsidR="001C4B22" w:rsidRDefault="00000000">
      <w:pPr>
        <w:pStyle w:val="Heading1"/>
      </w:pPr>
      <w:r>
        <w:rPr>
          <w:color w:val="1F497D"/>
        </w:rPr>
        <w:lastRenderedPageBreak/>
        <w:t>12</w:t>
        <w:tab/>
        <w:t>LIMITATIONS AND LIABILITY STATEMENT</w:t>
      </w:r>
    </w:p>
    <w:tbl>
      <w:tblPr>
        <w:tblStyle w:val="TableGrid"/>
        <w:tblW w:w="0" w:type="auto"/>
        <w:tblLook w:val="04A0" w:firstRow="1" w:lastRow="0" w:firstColumn="1" w:lastColumn="0" w:noHBand="0" w:noVBand="1"/>
      </w:tblPr>
      <w:tblGrid>
        <w:gridCol w:w="9062"/>
      </w:tblGrid>
      <w:tr w:rsidR="001C4B22" w14:paraId="277B9336" w14:textId="77777777">
        <w:tc>
          <w:tcPr>
            <w:tcW w:w="9072" w:type="dxa"/>
            <w:shd w:val="clear" w:color="auto" w:fill="FFF2CC"/>
          </w:tcPr>
          <w:p w14:paraId="6F0F434E"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BA1 2LY.</w:t>
            </w:r>
          </w:p>
          <w:p w14:paraId="37960D3C" w14:textId="77777777" w:rsidR="00836ABF" w:rsidRDefault="00836ABF"/>
          <w:p w14:paraId="1286810E"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4D11A9C9" w14:textId="77777777" w:rsidR="00836ABF" w:rsidRDefault="00836ABF"/>
          <w:p w14:paraId="39AB6A99"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00253C9D" w14:textId="77777777" w:rsidR="00B01F77" w:rsidRDefault="00B01F77"/>
          <w:p w14:paraId="2F92FC06"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34DB335F" w14:textId="77777777" w:rsidR="00836ABF" w:rsidRDefault="00836ABF"/>
          <w:p w14:paraId="584E866C"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5787BEF1" w14:textId="77777777" w:rsidR="00836ABF" w:rsidRDefault="00836ABF"/>
          <w:p w14:paraId="0DB4F800"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729AC04F" w14:textId="77777777" w:rsidR="00836ABF" w:rsidRDefault="00836ABF"/>
          <w:p w14:paraId="35D08C43"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1CA1C008" w14:textId="77777777" w:rsidR="00836ABF" w:rsidRDefault="00836ABF"/>
          <w:p w14:paraId="0450B6A5"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4ACB4C18" w14:textId="77777777" w:rsidR="009C2D5A" w:rsidRDefault="00000000">
      <w:pPr>
        <w:pStyle w:val="Heading2"/>
        <w:spacing w:before="240" w:after="120"/>
      </w:pPr>
      <w:r>
        <w:rPr>
          <w:sz w:val="20"/>
          <w:szCs w:val="20"/>
        </w:rPr>
        <w:t>12.1</w:t>
        <w:tab/>
        <w:t>Limitations of Automated Assessment</w:t>
      </w:r>
    </w:p>
    <w:p w14:paraId="74330783"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64B421C7" w14:textId="77777777" w:rsidR="009C2D5A" w:rsidRDefault="00000000">
      <w:pPr>
        <w:spacing w:after="40"/>
      </w:pPr>
      <w:r>
        <w:rPr>
          <w:szCs w:val="20"/>
        </w:rPr>
        <w:t>While reasonable care has been taken in the development and operation of this platform:</w:t>
      </w:r>
    </w:p>
    <w:p w14:paraId="6D80AC6D" w14:textId="77777777" w:rsidR="009C2D5A" w:rsidRDefault="00000000">
      <w:pPr>
        <w:spacing w:before="40" w:after="0"/>
        <w:ind w:left="540" w:hanging="270"/>
      </w:pPr>
      <w:r>
        <w:rPr>
          <w:szCs w:val="20"/>
        </w:rPr>
        <w:t>•  The assessment is inherently probabilistic in nature</w:t>
      </w:r>
    </w:p>
    <w:p w14:paraId="7C63C954" w14:textId="77777777" w:rsidR="009C2D5A" w:rsidRDefault="00000000">
      <w:pPr>
        <w:spacing w:before="40" w:after="0"/>
        <w:ind w:left="540" w:hanging="270"/>
      </w:pPr>
      <w:r>
        <w:rPr>
          <w:szCs w:val="20"/>
        </w:rPr>
        <w:t>•  Not all site-specific hazards, anomalies, or constraints may be identified</w:t>
      </w:r>
    </w:p>
    <w:p w14:paraId="1B2FA5E9"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0DFCA201" w14:textId="77777777" w:rsidR="009C2D5A" w:rsidRDefault="00000000">
      <w:pPr>
        <w:spacing w:after="80"/>
      </w:pPr>
      <w:r>
        <w:rPr>
          <w:i/>
          <w:szCs w:val="20"/>
        </w:rPr>
        <w:t>Accordingly, the report should be treated as a screening tool only, and not as a substitute for professional advice.</w:t>
      </w:r>
    </w:p>
    <w:p w14:paraId="2FDFC958" w14:textId="77777777" w:rsidR="009C2D5A" w:rsidRDefault="00000000">
      <w:pPr>
        <w:pStyle w:val="Heading2"/>
        <w:spacing w:before="240" w:after="120"/>
      </w:pPr>
      <w:r>
        <w:rPr>
          <w:sz w:val="20"/>
          <w:szCs w:val="20"/>
        </w:rPr>
        <w:t>12.2</w:t>
        <w:tab/>
        <w:t>Data Sources and Accuracy</w:t>
      </w:r>
    </w:p>
    <w:p w14:paraId="373C0BA9" w14:textId="77777777" w:rsidR="009C2D5A" w:rsidRDefault="00000000">
      <w:pPr>
        <w:spacing w:after="60"/>
      </w:pPr>
      <w:r>
        <w:rPr>
          <w:szCs w:val="20"/>
        </w:rPr>
        <w:t>All information used in the preparation of this report is obtained from third-party data providers.</w:t>
      </w:r>
    </w:p>
    <w:p w14:paraId="1598324E" w14:textId="77777777" w:rsidR="009C2D5A" w:rsidRDefault="00000000">
      <w:pPr>
        <w:spacing w:after="40"/>
      </w:pPr>
      <w:r>
        <w:rPr>
          <w:szCs w:val="20"/>
        </w:rPr>
        <w:t>Magnum GSI Ltd:</w:t>
      </w:r>
    </w:p>
    <w:p w14:paraId="0ACEA0FF" w14:textId="77777777" w:rsidR="009C2D5A" w:rsidRDefault="00000000">
      <w:pPr>
        <w:spacing w:before="40" w:after="0"/>
        <w:ind w:left="540" w:hanging="270"/>
      </w:pPr>
      <w:r>
        <w:rPr>
          <w:szCs w:val="20"/>
        </w:rPr>
        <w:t>•  Does not independently verify the accuracy, completeness, or currency of underlying datasets</w:t>
      </w:r>
    </w:p>
    <w:p w14:paraId="34031521" w14:textId="77777777" w:rsidR="009C2D5A" w:rsidRDefault="00000000">
      <w:pPr>
        <w:spacing w:before="40" w:after="0"/>
        <w:ind w:left="540" w:hanging="270"/>
      </w:pPr>
      <w:r>
        <w:rPr>
          <w:szCs w:val="20"/>
        </w:rPr>
        <w:t>•  Accepts no responsibility for errors, omissions, or inaccuracies within source data</w:t>
      </w:r>
    </w:p>
    <w:p w14:paraId="754E5931" w14:textId="77777777" w:rsidR="009C2D5A" w:rsidRDefault="00000000">
      <w:pPr>
        <w:spacing w:before="40" w:after="60"/>
        <w:ind w:left="540" w:hanging="270"/>
      </w:pPr>
      <w:r>
        <w:rPr>
          <w:szCs w:val="20"/>
        </w:rPr>
        <w:t>•  Makes no representation that all relevant datasets or constraints have been identified</w:t>
      </w:r>
    </w:p>
    <w:p w14:paraId="59C0B492" w14:textId="77777777" w:rsidR="009C2D5A" w:rsidRDefault="00000000">
      <w:pPr>
        <w:spacing w:after="80"/>
      </w:pPr>
      <w:r>
        <w:rPr>
          <w:szCs w:val="20"/>
        </w:rPr>
        <w:t>The report reflects the state of data at the time of retrieval only, and no obligation is accepted to update the report for subsequent changes.</w:t>
      </w:r>
    </w:p>
    <w:p w14:paraId="50DC23F9" w14:textId="77777777" w:rsidR="009C2D5A" w:rsidRDefault="00000000">
      <w:pPr>
        <w:pStyle w:val="Heading2"/>
        <w:spacing w:before="240" w:after="120"/>
      </w:pPr>
      <w:r>
        <w:rPr>
          <w:sz w:val="20"/>
          <w:szCs w:val="20"/>
        </w:rPr>
        <w:lastRenderedPageBreak/>
        <w:t>12.3</w:t>
        <w:tab/>
        <w:t>Reliance and Use</w:t>
      </w:r>
    </w:p>
    <w:p w14:paraId="285CE69E" w14:textId="77777777" w:rsidR="009C2D5A" w:rsidRDefault="00000000">
      <w:pPr>
        <w:spacing w:after="60"/>
      </w:pPr>
      <w:r>
        <w:rPr>
          <w:szCs w:val="20"/>
        </w:rPr>
        <w:t>This report is produced solely for the benefit of the named client for the stated purpose.</w:t>
      </w:r>
    </w:p>
    <w:p w14:paraId="0F08091A" w14:textId="77777777" w:rsidR="009C2D5A" w:rsidRDefault="00000000">
      <w:pPr>
        <w:spacing w:after="40"/>
      </w:pPr>
      <w:r>
        <w:rPr>
          <w:szCs w:val="20"/>
        </w:rPr>
        <w:t>It:</w:t>
      </w:r>
    </w:p>
    <w:p w14:paraId="4251EBC8"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5BCF407B" w14:textId="77777777" w:rsidR="009C2D5A" w:rsidRDefault="00000000">
      <w:pPr>
        <w:spacing w:before="40" w:after="0"/>
        <w:ind w:left="540" w:hanging="270"/>
      </w:pPr>
      <w:r>
        <w:rPr>
          <w:szCs w:val="20"/>
        </w:rPr>
        <w:t>•  Should not be used as a substitute for a professional desk study or geotechnical investigation</w:t>
      </w:r>
    </w:p>
    <w:p w14:paraId="38E98CF2" w14:textId="77777777" w:rsidR="009C2D5A" w:rsidRDefault="00000000">
      <w:pPr>
        <w:spacing w:before="40" w:after="0"/>
        <w:ind w:left="540" w:hanging="270"/>
      </w:pPr>
      <w:r>
        <w:rPr>
          <w:szCs w:val="20"/>
        </w:rPr>
        <w:t>•  Should only be used as part of a wider risk assessment process</w:t>
      </w:r>
    </w:p>
    <w:p w14:paraId="72D0E6B8"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533013A2"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12.5).</w:t>
      </w:r>
    </w:p>
    <w:p w14:paraId="766E122D" w14:textId="77777777" w:rsidR="009C2D5A" w:rsidRDefault="00000000">
      <w:pPr>
        <w:pStyle w:val="Heading2"/>
        <w:spacing w:before="240" w:after="120"/>
      </w:pPr>
      <w:r>
        <w:rPr>
          <w:sz w:val="20"/>
          <w:szCs w:val="20"/>
        </w:rPr>
        <w:t>12.4</w:t>
        <w:tab/>
        <w:t>Professional Advice</w:t>
      </w:r>
    </w:p>
    <w:p w14:paraId="77BC50DD" w14:textId="77777777" w:rsidR="009C2D5A" w:rsidRDefault="00000000">
      <w:pPr>
        <w:spacing w:after="40"/>
      </w:pPr>
      <w:r>
        <w:rPr>
          <w:szCs w:val="20"/>
        </w:rPr>
        <w:t>Outputs generated by GeoScreen™:</w:t>
      </w:r>
    </w:p>
    <w:p w14:paraId="0E772CB1" w14:textId="77777777" w:rsidR="009C2D5A" w:rsidRDefault="00000000">
      <w:pPr>
        <w:spacing w:before="40" w:after="0"/>
        <w:ind w:left="540" w:hanging="270"/>
      </w:pPr>
      <w:r>
        <w:rPr>
          <w:szCs w:val="20"/>
        </w:rPr>
        <w:t>•  Do not constitute site-specific advice issued by a Chartered Geotechnical Engineer</w:t>
      </w:r>
    </w:p>
    <w:p w14:paraId="0CFA4644"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78664883" w14:textId="77777777" w:rsidR="009C2D5A" w:rsidRDefault="00000000">
      <w:pPr>
        <w:spacing w:after="80"/>
      </w:pPr>
      <w:r>
        <w:rPr>
          <w:szCs w:val="20"/>
        </w:rPr>
        <w:t>Professional services, including detailed desk studies, ground investigations, and geotechnical design advice, should be commissioned where required.</w:t>
      </w:r>
    </w:p>
    <w:p w14:paraId="06F8B112"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0DADAD2C" w14:textId="77777777" w:rsidR="009C2D5A" w:rsidRDefault="00000000">
      <w:pPr>
        <w:pStyle w:val="Heading2"/>
        <w:spacing w:before="240" w:after="120"/>
      </w:pPr>
      <w:r>
        <w:rPr>
          <w:sz w:val="20"/>
          <w:szCs w:val="20"/>
        </w:rPr>
        <w:t>12.5</w:t>
        <w:tab/>
        <w:t>Liability</w:t>
      </w:r>
    </w:p>
    <w:p w14:paraId="5AD93C36" w14:textId="77777777" w:rsidR="009C2D5A" w:rsidRDefault="00000000">
      <w:pPr>
        <w:spacing w:after="40"/>
      </w:pPr>
      <w:r>
        <w:rPr>
          <w:szCs w:val="20"/>
        </w:rPr>
        <w:t>To the fullest extent permitted by law:</w:t>
      </w:r>
    </w:p>
    <w:p w14:paraId="5AE7CB8B"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09786ADE"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6BA8722E"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38313D02"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3FE3796" w14:textId="77777777" w:rsidR="009C2D5A" w:rsidRDefault="009C2D5A">
      <w:pPr>
        <w:spacing w:after="0"/>
      </w:pPr>
    </w:p>
    <w:p w14:paraId="5AA768BB"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6369B5B5" w14:textId="77777777" w:rsidR="001C4B22" w:rsidRDefault="00000000">
      <w:pPr>
        <w:pStyle w:val="Heading1"/>
      </w:pPr>
      <w:r>
        <w:rPr>
          <w:color w:val="1F497D"/>
        </w:rPr>
        <w:lastRenderedPageBreak/>
        <w:t>APPENDICES</w:t>
      </w:r>
    </w:p>
    <w:p w14:paraId="696CD08B"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0E896500" w14:textId="77777777" w:rsidR="001C4B22" w:rsidRDefault="00000000">
      <w:pPr>
        <w:keepNext/>
        <w:keepLines/>
      </w:pPr>
      <w:r>
        <w:rPr>
          <w:b/>
        </w:rPr>
        <w:t>Appendix A:</w:t>
        <w:tab/>
        <w:t>Site Location Plan</w:t>
      </w:r>
    </w:p>
    <w:p w14:paraId="47F4782F"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b1175cf7-7760-429c-88c5-f1ee008e0874_fig1_location.jpg"/>
                    <pic:cNvPicPr/>
                  </pic:nvPicPr>
                  <pic:blipFill>
                    <a:blip r:embed="rId27"/>
                    <a:stretch>
                      <a:fillRect/>
                    </a:stretch>
                  </pic:blipFill>
                  <pic:spPr>
                    <a:xfrm>
                      <a:off x="0" y="0"/>
                      <a:ext cx="5486400" cy="4297680"/>
                    </a:xfrm>
                    <a:prstGeom prst="rect"/>
                  </pic:spPr>
                </pic:pic>
              </a:graphicData>
            </a:graphic>
          </wp:inline>
        </w:drawing>
      </w:r>
    </w:p>
    <w:p w14:paraId="3EC4AE58" w14:textId="77777777" w:rsidR="001C4B22" w:rsidRDefault="001C4B22"/>
    <w:p w14:paraId="1A614E59" w14:textId="77777777" w:rsidR="001C4B22" w:rsidRDefault="00000000">
      <w:pPr>
        <w:keepNext/>
        <w:keepLines/>
      </w:pPr>
      <w:r>
        <w:rPr>
          <w:b/>
        </w:rPr>
        <w:t>Appendix B:</w:t>
        <w:tab/>
        <w:t>BGS Bedrock Geology Extract</w:t>
      </w:r>
    </w:p>
    <w:p w14:paraId="220760C9"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b1175cf7-7760-429c-88c5-f1ee008e0874_fig2_bedrock.jpg"/>
                    <pic:cNvPicPr/>
                  </pic:nvPicPr>
                  <pic:blipFill>
                    <a:blip r:embed="rId28"/>
                    <a:stretch>
                      <a:fillRect/>
                    </a:stretch>
                  </pic:blipFill>
                  <pic:spPr>
                    <a:xfrm>
                      <a:off x="0" y="0"/>
                      <a:ext cx="5486400" cy="4617720"/>
                    </a:xfrm>
                    <a:prstGeom prst="rect"/>
                  </pic:spPr>
                </pic:pic>
              </a:graphicData>
            </a:graphic>
          </wp:inline>
        </w:drawing>
      </w:r>
    </w:p>
    <w:p w14:paraId="7F70BF7D" w14:textId="77777777" w:rsidR="001C4B22" w:rsidRDefault="001C4B22"/>
    <w:p w14:paraId="236F116D" w14:textId="77777777" w:rsidR="001C4B22" w:rsidRDefault="00000000">
      <w:pPr>
        <w:keepNext/>
        <w:keepLines/>
      </w:pPr>
      <w:r>
        <w:rPr>
          <w:b/>
        </w:rPr>
        <w:t>Appendix C:</w:t>
        <w:tab/>
        <w:t>BGS Superficial Geology Extract</w:t>
      </w:r>
    </w:p>
    <w:p w14:paraId="76FC558A"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b1175cf7-7760-429c-88c5-f1ee008e0874_fig3_superficial.jpg"/>
                    <pic:cNvPicPr/>
                  </pic:nvPicPr>
                  <pic:blipFill>
                    <a:blip r:embed="rId29"/>
                    <a:stretch>
                      <a:fillRect/>
                    </a:stretch>
                  </pic:blipFill>
                  <pic:spPr>
                    <a:xfrm>
                      <a:off x="0" y="0"/>
                      <a:ext cx="5486400" cy="4617720"/>
                    </a:xfrm>
                    <a:prstGeom prst="rect"/>
                  </pic:spPr>
                </pic:pic>
              </a:graphicData>
            </a:graphic>
          </wp:inline>
        </w:drawing>
      </w:r>
    </w:p>
    <w:p w14:paraId="0E4C43F9" w14:textId="77777777" w:rsidR="001C4B22" w:rsidRDefault="001C4B22"/>
    <w:p w14:paraId="1ED85DB5" w14:textId="77777777" w:rsidR="001C4B22" w:rsidRDefault="00000000">
      <w:pPr>
        <w:keepNext/>
        <w:keepLines/>
      </w:pPr>
      <w:r>
        <w:rPr>
          <w:b/>
        </w:rPr>
        <w:t>Appendix D:</w:t>
        <w:tab/>
        <w:t>EA Flood Map for Planning Extract</w:t>
      </w:r>
    </w:p>
    <w:p w14:paraId="6D8FAFB5"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b1175cf7-7760-429c-88c5-f1ee008e0874_fig4_flood.jpg"/>
                    <pic:cNvPicPr/>
                  </pic:nvPicPr>
                  <pic:blipFill>
                    <a:blip r:embed="rId30"/>
                    <a:stretch>
                      <a:fillRect/>
                    </a:stretch>
                  </pic:blipFill>
                  <pic:spPr>
                    <a:xfrm>
                      <a:off x="0" y="0"/>
                      <a:ext cx="5486400" cy="4297680"/>
                    </a:xfrm>
                    <a:prstGeom prst="rect"/>
                  </pic:spPr>
                </pic:pic>
              </a:graphicData>
            </a:graphic>
          </wp:inline>
        </w:drawing>
      </w:r>
    </w:p>
    <w:p w14:paraId="1F362797" w14:textId="77777777" w:rsidR="001C4B22" w:rsidRDefault="001C4B22"/>
    <w:p w14:paraId="7B997FB4" w14:textId="77777777" w:rsidR="001C4B22" w:rsidRDefault="00000000">
      <w:pPr>
        <w:keepNext/>
        <w:keepLines/>
      </w:pPr>
      <w:r>
        <w:rPr>
          <w:b/>
        </w:rPr>
        <w:t>Appendix E:</w:t>
        <w:tab/>
        <w:t>Heritage Designations (Historic England NHLE)</w:t>
      </w:r>
    </w:p>
    <w:p w14:paraId="4AC510E7"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b1175cf7-7760-429c-88c5-f1ee008e0874_fig5_heritage.jpg"/>
                    <pic:cNvPicPr/>
                  </pic:nvPicPr>
                  <pic:blipFill>
                    <a:blip r:embed="rId31"/>
                    <a:stretch>
                      <a:fillRect/>
                    </a:stretch>
                  </pic:blipFill>
                  <pic:spPr>
                    <a:xfrm>
                      <a:off x="0" y="0"/>
                      <a:ext cx="5486400" cy="4297680"/>
                    </a:xfrm>
                    <a:prstGeom prst="rect"/>
                  </pic:spPr>
                </pic:pic>
              </a:graphicData>
            </a:graphic>
          </wp:inline>
        </w:drawing>
      </w:r>
    </w:p>
    <w:p w14:paraId="120AE16F" w14:textId="77777777" w:rsidR="001C4B22" w:rsidRDefault="001C4B22"/>
    <w:p w14:paraId="46771FB0" w14:textId="77777777" w:rsidR="001C4B22" w:rsidRDefault="00000000">
      <w:pPr>
        <w:keepNext/>
        <w:keepLines/>
      </w:pPr>
      <w:r>
        <w:rPr>
          <w:b/>
        </w:rPr>
        <w:t>Appendix F:</w:t>
        <w:tab/>
        <w:t>Ecological Designations (Natural England)</w:t>
      </w:r>
    </w:p>
    <w:p w14:paraId="63077DE6"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b1175cf7-7760-429c-88c5-f1ee008e0874_fig6_ecological.jpg"/>
                    <pic:cNvPicPr/>
                  </pic:nvPicPr>
                  <pic:blipFill>
                    <a:blip r:embed="rId32"/>
                    <a:stretch>
                      <a:fillRect/>
                    </a:stretch>
                  </pic:blipFill>
                  <pic:spPr>
                    <a:xfrm>
                      <a:off x="0" y="0"/>
                      <a:ext cx="5486400" cy="4297680"/>
                    </a:xfrm>
                    <a:prstGeom prst="rect"/>
                  </pic:spPr>
                </pic:pic>
              </a:graphicData>
            </a:graphic>
          </wp:inline>
        </w:drawing>
      </w:r>
    </w:p>
    <w:p w14:paraId="0471DCB4" w14:textId="77777777" w:rsidR="001C4B22" w:rsidRDefault="001C4B22"/>
    <w:p w14:paraId="1F2C88FC" w14:textId="77777777" w:rsidR="001C4B22" w:rsidRDefault="00000000">
      <w:pPr>
        <w:keepNext/>
        <w:keepLines/>
      </w:pPr>
      <w:r>
        <w:rPr>
          <w:b/>
        </w:rPr>
        <w:t>Appendix G:</w:t>
        <w:tab/>
        <w:t>Mining Remediation Authority Output</w:t>
      </w:r>
    </w:p>
    <w:p w14:paraId="0A8FE9BE"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b1175cf7-7760-429c-88c5-f1ee008e0874_fig7_mra.jpg"/>
                    <pic:cNvPicPr/>
                  </pic:nvPicPr>
                  <pic:blipFill>
                    <a:blip r:embed="rId33"/>
                    <a:stretch>
                      <a:fillRect/>
                    </a:stretch>
                  </pic:blipFill>
                  <pic:spPr>
                    <a:xfrm>
                      <a:off x="0" y="0"/>
                      <a:ext cx="5486400" cy="4297680"/>
                    </a:xfrm>
                    <a:prstGeom prst="rect"/>
                  </pic:spPr>
                </pic:pic>
              </a:graphicData>
            </a:graphic>
          </wp:inline>
        </w:drawing>
      </w:r>
    </w:p>
    <w:p w14:paraId="4A1D1A70" w14:textId="77777777" w:rsidR="001C4B22" w:rsidRDefault="001C4B22"/>
    <w:p w14:paraId="598C150D" w14:textId="77777777" w:rsidR="001C4B22" w:rsidRDefault="00000000">
      <w:pPr>
        <w:keepNext/>
        <w:keepLines/>
      </w:pPr>
      <w:r>
        <w:rPr>
          <w:b/>
        </w:rPr>
        <w:t>Appendix H:</w:t>
        <w:tab/>
        <w:t>BGS/UKHSA Radon Potential Extract</w:t>
      </w:r>
    </w:p>
    <w:p w14:paraId="6E106FCF"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b1175cf7-7760-429c-88c5-f1ee008e0874_fig8_radon.jpg"/>
                    <pic:cNvPicPr/>
                  </pic:nvPicPr>
                  <pic:blipFill>
                    <a:blip r:embed="rId34"/>
                    <a:stretch>
                      <a:fillRect/>
                    </a:stretch>
                  </pic:blipFill>
                  <pic:spPr>
                    <a:xfrm>
                      <a:off x="0" y="0"/>
                      <a:ext cx="5486400" cy="4297680"/>
                    </a:xfrm>
                    <a:prstGeom prst="rect"/>
                  </pic:spPr>
                </pic:pic>
              </a:graphicData>
            </a:graphic>
          </wp:inline>
        </w:drawing>
      </w:r>
    </w:p>
    <w:p w14:paraId="56E2FA82" w14:textId="77777777" w:rsidR="001D76E9" w:rsidRDefault="001D76E9" w:rsidP="001D76E9">
      <w:pPr>
        <w:keepNext/>
        <w:keepLines/>
      </w:pPr>
      <w:r>
        <w:rPr>
          <w:b/>
        </w:rPr>
        <w:t>Appendix I:</w:t>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b1175cf7-7760-429c-88c5-f1ee008e0874_fig_hist_1885.jpg"/>
                    <pic:cNvPicPr/>
                  </pic:nvPicPr>
                  <pic:blipFill>
                    <a:blip r:embed="rId36"/>
                    <a:stretch>
                      <a:fillRect/>
                    </a:stretch>
                  </pic:blipFill>
                  <pic:spPr>
                    <a:xfrm>
                      <a:off x="0" y="0"/>
                      <a:ext cx="5486400" cy="4297680"/>
                    </a:xfrm>
                    <a:prstGeom prst="rect"/>
                  </pic:spPr>
                </pic:pic>
              </a:graphicData>
            </a:graphic>
          </wp:inline>
        </w:drawing>
      </w:r>
    </w:p>
    <w:p w14:paraId="52234A40" w14:textId="77777777" w:rsidR="001D76E9" w:rsidRDefault="001D76E9" w:rsidP="001D76E9">
      <w:pPr>
        <w:rPr>
          <w:i/>
          <w:color w:val="707070"/>
        </w:rPr>
      </w:pPr>
    </w:p>
    <w:p w14:paraId="2EE45916" w14:textId="77777777" w:rsidR="001D76E9" w:rsidRPr="001D76E9" w:rsidRDefault="001D76E9" w:rsidP="001D76E9">
      <w:pPr>
        <w:keepNext/>
        <w:keepLines/>
        <w:rPr>
          <w:b/>
        </w:rPr>
      </w:pPr>
      <w:r>
        <w:rPr>
          <w:b/>
        </w:rPr>
        <w:t>Appendix J:</w:t>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b1175cf7-7760-429c-88c5-f1ee008e0874_fig_hist_1888.jpg"/>
                    <pic:cNvPicPr/>
                  </pic:nvPicPr>
                  <pic:blipFill>
                    <a:blip r:embed="rId35"/>
                    <a:stretch>
                      <a:fillRect/>
                    </a:stretch>
                  </pic:blipFill>
                  <pic:spPr>
                    <a:xfrm>
                      <a:off x="0" y="0"/>
                      <a:ext cx="5486400" cy="4297680"/>
                    </a:xfrm>
                    <a:prstGeom prst="rect"/>
                  </pic:spPr>
                </pic:pic>
              </a:graphicData>
            </a:graphic>
          </wp:inline>
        </w:drawing>
      </w:r>
    </w:p>
    <w:p w14:paraId="6ECDB2FE" w14:textId="77777777" w:rsidR="001C4B22" w:rsidRDefault="001C4B22"/>
    <w:p w14:paraId="6458ADD0" w14:textId="77777777" w:rsidR="001D76E9" w:rsidRPr="001D76E9" w:rsidRDefault="001D76E9" w:rsidP="001D76E9">
      <w:pPr>
        <w:keepNext/>
        <w:keepLines/>
        <w:rPr>
          <w:b/>
        </w:rPr>
      </w:pPr>
      <w:r>
        <w:rPr>
          <w:b/>
        </w:rPr>
        <w:t>Appendix K:</w:t>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b1175cf7-7760-429c-88c5-f1ee008e0874_fig_hist_1919.jpg"/>
                    <pic:cNvPicPr/>
                  </pic:nvPicPr>
                  <pic:blipFill>
                    <a:blip r:embed="rId37"/>
                    <a:stretch>
                      <a:fillRect/>
                    </a:stretch>
                  </pic:blipFill>
                  <pic:spPr>
                    <a:xfrm>
                      <a:off x="0" y="0"/>
                      <a:ext cx="5486400" cy="4297680"/>
                    </a:xfrm>
                    <a:prstGeom prst="rect"/>
                  </pic:spPr>
                </pic:pic>
              </a:graphicData>
            </a:graphic>
          </wp:inline>
        </w:drawing>
      </w:r>
    </w:p>
    <w:p w14:paraId="62761558" w14:textId="77777777" w:rsidR="001D76E9" w:rsidRDefault="001D76E9"/>
    <w:p w14:paraId="671DB37F" w14:textId="77777777" w:rsidR="001D76E9" w:rsidRPr="001D76E9" w:rsidRDefault="001D76E9" w:rsidP="001D76E9">
      <w:pPr>
        <w:keepNext/>
        <w:keepLines/>
        <w:rPr>
          <w:b/>
        </w:rPr>
      </w:pPr>
      <w:r>
        <w:rPr>
          <w:b/>
        </w:rPr>
        <w:t>Appendix L:</w:t>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b1175cf7-7760-429c-88c5-f1ee008e0874_fig9_surface_water.jpg"/>
                    <pic:cNvPicPr/>
                  </pic:nvPicPr>
                  <pic:blipFill>
                    <a:blip r:embed="rId38"/>
                    <a:stretch>
                      <a:fillRect/>
                    </a:stretch>
                  </pic:blipFill>
                  <pic:spPr>
                    <a:xfrm>
                      <a:off x="0" y="0"/>
                      <a:ext cx="5486400" cy="4297680"/>
                    </a:xfrm>
                    <a:prstGeom prst="rect"/>
                  </pic:spPr>
                </pic:pic>
              </a:graphicData>
            </a:graphic>
          </wp:inline>
        </w:drawing>
      </w:r>
    </w:p>
    <w:p w14:paraId="00AB2230" w14:textId="77777777" w:rsidR="001D76E9" w:rsidRDefault="001D76E9" w:rsidP="001D76E9">
      <w:pPr>
        <w:keepNext/>
        <w:keepLines/>
        <w:rPr>
          <w:b/>
        </w:rPr>
      </w:pPr>
      <w:r>
        <w:rPr>
          <w:b/>
        </w:rPr>
        <w:t>Appendix M:</w:t>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b1175cf7-7760-429c-88c5-f1ee008e0874_fig_spz.jpg"/>
                    <pic:cNvPicPr/>
                  </pic:nvPicPr>
                  <pic:blipFill>
                    <a:blip r:embed="rId39"/>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 xml:space="preserve">Appendix N:</w:t>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b1175cf7-7760-429c-88c5-f1ee008e0874_fig14_dtm.jpg"/>
                    <pic:cNvPicPr/>
                  </pic:nvPicPr>
                  <pic:blipFill>
                    <a:blip r:embed="rId40"/>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 xml:space="preserve">Appendix O:</w:t>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b1175cf7-7760-429c-88c5-f1ee008e0874_fig15_epr.jpg"/>
                    <pic:cNvPicPr/>
                  </pic:nvPicPr>
                  <pic:blipFill>
                    <a:blip r:embed="rId41"/>
                    <a:stretch>
                      <a:fillRect/>
                    </a:stretch>
                  </pic:blipFill>
                  <pic:spPr>
                    <a:xfrm>
                      <a:off x="0" y="0"/>
                      <a:ext cx="5486400" cy="4297680"/>
                    </a:xfrm>
                    <a:prstGeom prst="rect"/>
                  </pic:spPr>
                </pic:pic>
              </a:graphicData>
            </a:graphic>
          </wp:inline>
        </w:drawing>
      </w:r>
    </w:p>
    <w:p w14:paraId="698A815E"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F0E1" w14:textId="77777777" w:rsidR="00B13255" w:rsidRDefault="00B13255">
      <w:pPr>
        <w:spacing w:after="0"/>
      </w:pPr>
      <w:r>
        <w:separator/>
      </w:r>
    </w:p>
  </w:endnote>
  <w:endnote w:type="continuationSeparator" w:id="0">
    <w:p w14:paraId="7C4E2E36" w14:textId="77777777" w:rsidR="00B13255" w:rsidRDefault="00B1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7F4C"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5E72"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A507"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9D6A" w14:textId="77777777" w:rsidR="00B13255" w:rsidRDefault="00B13255">
      <w:pPr>
        <w:spacing w:after="0"/>
      </w:pPr>
      <w:r>
        <w:separator/>
      </w:r>
    </w:p>
  </w:footnote>
  <w:footnote w:type="continuationSeparator" w:id="0">
    <w:p w14:paraId="6A3DAA67" w14:textId="77777777" w:rsidR="00B13255" w:rsidRDefault="00B1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6EC"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57BF" w14:textId="77777777" w:rsidR="001F40D2" w:rsidRDefault="00000000">
    <w:pPr>
      <w:pStyle w:val="Header"/>
      <w:pBdr>
        <w:bottom w:val="single" w:sz="4" w:space="6" w:color="2E75B6"/>
      </w:pBdr>
      <w:tabs>
        <w:tab w:val="right" w:pos="9050"/>
      </w:tabs>
      <w:spacing w:after="120"/>
    </w:pPr>
    <w:proofErr w:type="spellStart"/>
    <w:r>
      <w:rPr>
        <w:color w:val="888888"/>
        <w:sz w:val="16"/>
      </w:rPr>
      <w:t>GeoScreen</w:t>
    </w:r>
    <w:proofErr w:type="spellEnd"/>
    <w:r>
      <w:rPr>
        <w:color w:val="888888"/>
        <w:sz w:val="16"/>
      </w:rPr>
      <w:t xml:space="preserve">  |  Preliminary Ground Risk Screening Report</w:t>
    </w:r>
    <w:r w:rsidR="00C854A4">
      <w:rPr>
        <w:color w:val="888888"/>
        <w:sz w:val="16"/>
      </w:rPr>
      <w:t xml:space="preserve"> </w:t>
    </w:r>
    <w:r>
      <w:tab/>
    </w:r>
    <w:r>
      <w:rPr>
        <w:b/>
        <w:color w:val="2E75B6"/>
        <w:sz w:val="16"/>
      </w:rPr>
      <w:t>MAGNUM GSI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0D1B"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BA9"/>
    <w:rsid w:val="0006063C"/>
    <w:rsid w:val="00141998"/>
    <w:rsid w:val="0015074B"/>
    <w:rsid w:val="00155A1C"/>
    <w:rsid w:val="001B5C10"/>
    <w:rsid w:val="001C4B22"/>
    <w:rsid w:val="001D76E9"/>
    <w:rsid w:val="001F40D2"/>
    <w:rsid w:val="00233611"/>
    <w:rsid w:val="0029639D"/>
    <w:rsid w:val="002D0B21"/>
    <w:rsid w:val="002D2F9C"/>
    <w:rsid w:val="00326F90"/>
    <w:rsid w:val="00340A94"/>
    <w:rsid w:val="00370E15"/>
    <w:rsid w:val="004549D8"/>
    <w:rsid w:val="00462722"/>
    <w:rsid w:val="004B1941"/>
    <w:rsid w:val="004B33F9"/>
    <w:rsid w:val="00502C1E"/>
    <w:rsid w:val="00523B27"/>
    <w:rsid w:val="00542D0D"/>
    <w:rsid w:val="006B00A0"/>
    <w:rsid w:val="006F6B9B"/>
    <w:rsid w:val="00707556"/>
    <w:rsid w:val="0080357D"/>
    <w:rsid w:val="00836ABF"/>
    <w:rsid w:val="00847781"/>
    <w:rsid w:val="008503AE"/>
    <w:rsid w:val="008A0593"/>
    <w:rsid w:val="008E058B"/>
    <w:rsid w:val="008E0830"/>
    <w:rsid w:val="00901F49"/>
    <w:rsid w:val="009109C4"/>
    <w:rsid w:val="009535AA"/>
    <w:rsid w:val="00957F57"/>
    <w:rsid w:val="009C2D5A"/>
    <w:rsid w:val="00A65DE1"/>
    <w:rsid w:val="00A76E2E"/>
    <w:rsid w:val="00A858AB"/>
    <w:rsid w:val="00AA1D8D"/>
    <w:rsid w:val="00AC4133"/>
    <w:rsid w:val="00AE237E"/>
    <w:rsid w:val="00AF020A"/>
    <w:rsid w:val="00B01F77"/>
    <w:rsid w:val="00B13255"/>
    <w:rsid w:val="00B47730"/>
    <w:rsid w:val="00B6530A"/>
    <w:rsid w:val="00B965D3"/>
    <w:rsid w:val="00BD7063"/>
    <w:rsid w:val="00BF453F"/>
    <w:rsid w:val="00C854A4"/>
    <w:rsid w:val="00CA15CE"/>
    <w:rsid w:val="00CB0664"/>
    <w:rsid w:val="00CE6175"/>
    <w:rsid w:val="00D35D55"/>
    <w:rsid w:val="00DA08C4"/>
    <w:rsid w:val="00E17623"/>
    <w:rsid w:val="00E35E6D"/>
    <w:rsid w:val="00E7254D"/>
    <w:rsid w:val="00E74F8D"/>
    <w:rsid w:val="00EB20C5"/>
    <w:rsid w:val="00F3657C"/>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B5E6"/>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hyperlink" Target="https://api.bgs.ac.uk/sobi-scans/v1/borehole/scans/items/393421" TargetMode="External"/><Relationship Id="rId18" Type="http://schemas.openxmlformats.org/officeDocument/2006/relationships/hyperlink" Target="https://api.bgs.ac.uk/sobi-scans/v1/borehole/scans/items/393245" TargetMode="External"/><Relationship Id="rId19" Type="http://schemas.openxmlformats.org/officeDocument/2006/relationships/hyperlink" Target="https://api.bgs.ac.uk/sobi-scans/v1/borehole/scans/items/393246" TargetMode="External"/><Relationship Id="rId20" Type="http://schemas.openxmlformats.org/officeDocument/2006/relationships/hyperlink" Target="https://api.bgs.ac.uk/sobi-scans/v1/borehole/scans/items/393371" TargetMode="External"/><Relationship Id="rId21" Type="http://schemas.openxmlformats.org/officeDocument/2006/relationships/hyperlink" Target="https://api.bgs.ac.uk/sobi-scans/v1/borehole/scans/items/393270" TargetMode="External"/><Relationship Id="rId22" Type="http://schemas.openxmlformats.org/officeDocument/2006/relationships/hyperlink" Target="https://api.bgs.ac.uk/sobi-scans/v1/borehole/scans/items/393334" TargetMode="External"/><Relationship Id="rId23" Type="http://schemas.openxmlformats.org/officeDocument/2006/relationships/hyperlink" Target="https://api.bgs.ac.uk/sobi-scans/v1/borehole/scans/items/393269" TargetMode="External"/><Relationship Id="rId24" Type="http://schemas.openxmlformats.org/officeDocument/2006/relationships/hyperlink" Target="https://api.bgs.ac.uk/sobi-scans/v1/borehole/scans/items/393451" TargetMode="External"/><Relationship Id="rId25" Type="http://schemas.openxmlformats.org/officeDocument/2006/relationships/hyperlink" Target="https://api.bgs.ac.uk/sobi-scans/v1/borehole/scans/items/393249" TargetMode="External"/><Relationship Id="rId26" Type="http://schemas.openxmlformats.org/officeDocument/2006/relationships/hyperlink" Target="https://api.bgs.ac.uk/sobi-scans/v1/borehole/scans/items/393251" TargetMode="External"/><Relationship Id="rId27" Type="http://schemas.openxmlformats.org/officeDocument/2006/relationships/image" Target="media/image3.jpg"/><Relationship Id="rId28" Type="http://schemas.openxmlformats.org/officeDocument/2006/relationships/image" Target="media/image4.jpg"/><Relationship Id="rId29" Type="http://schemas.openxmlformats.org/officeDocument/2006/relationships/image" Target="media/image5.jpg"/><Relationship Id="rId30" Type="http://schemas.openxmlformats.org/officeDocument/2006/relationships/image" Target="media/image6.jpg"/><Relationship Id="rId31" Type="http://schemas.openxmlformats.org/officeDocument/2006/relationships/image" Target="media/image7.jpg"/><Relationship Id="rId32" Type="http://schemas.openxmlformats.org/officeDocument/2006/relationships/image" Target="media/image8.jpg"/><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3290</Words>
  <Characters>21684</Characters>
  <Application>Microsoft Office Word</Application>
  <DocSecurity>0</DocSecurity>
  <Lines>834</Lines>
  <Paragraphs>594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17</cp:revision>
  <dcterms:created xsi:type="dcterms:W3CDTF">2026-05-21T16:37:00Z</dcterms:created>
  <dcterms:modified xsi:type="dcterms:W3CDTF">2026-06-21T15:32:00Z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