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0E54F" w14:textId="77777777" w:rsidR="001C4B22" w:rsidRDefault="001C4B22"/>
    <w:p w14:paraId="4719C8BD" w14:textId="77777777" w:rsidR="001C4B22" w:rsidRDefault="001C4B22"/>
    <w:p w14:paraId="4336C79D" w14:textId="77777777" w:rsidR="001F40D2" w:rsidRDefault="00000000">
      <w:pPr>
        <w:spacing w:before="720" w:after="720"/>
        <w:jc w:val="center"/>
      </w:pPr>
      <w:r>
        <w:rPr>
          <w:noProof/>
        </w:rPr>
        <w:drawing>
          <wp:inline distT="0" distB="0" distL="0" distR="0" wp14:anchorId="11AFE2D8" wp14:editId="239E3769">
            <wp:extent cx="164592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45920" cy="1645920"/>
                    </a:xfrm>
                    <a:prstGeom prst="rect">
                      <a:avLst/>
                    </a:prstGeom>
                  </pic:spPr>
                </pic:pic>
              </a:graphicData>
            </a:graphic>
          </wp:inline>
        </w:drawing>
      </w:r>
    </w:p>
    <w:p w14:paraId="27949A6B" w14:textId="77777777" w:rsidR="001C4B22" w:rsidRDefault="00000000">
      <w:pPr>
        <w:jc w:val="center"/>
      </w:pPr>
      <w:r>
        <w:rPr>
          <w:b/>
          <w:color w:val="1F497D"/>
          <w:sz w:val="36"/>
        </w:rPr>
        <w:t>GROUND RISK</w:t>
      </w:r>
    </w:p>
    <w:p w14:paraId="0AF4C02F" w14:textId="77777777" w:rsidR="001C4B22" w:rsidRDefault="00000000">
      <w:pPr>
        <w:jc w:val="center"/>
      </w:pPr>
      <w:r>
        <w:rPr>
          <w:b/>
          <w:color w:val="1F497D"/>
          <w:sz w:val="36"/>
        </w:rPr>
        <w:t>SNAPSHOT</w:t>
      </w:r>
    </w:p>
    <w:p w14:paraId="6A7D7F39" w14:textId="77777777" w:rsidR="001C4B22" w:rsidRDefault="001C4B22"/>
    <w:p w14:paraId="6B8697BA" w14:textId="77777777" w:rsidR="001C4B22" w:rsidRDefault="00000000">
      <w:pPr>
        <w:jc w:val="center"/>
      </w:pPr>
      <w:r>
        <w:rPr>
          <w:b/>
          <w:i/>
          <w:sz w:val="28"/>
        </w:rPr>
        <w:t>KY1 1XT</w:t>
      </w:r>
    </w:p>
    <w:p w14:paraId="2577BB99" w14:textId="77777777" w:rsidR="001C4B22" w:rsidRDefault="00000000">
      <w:pPr>
        <w:jc w:val="center"/>
      </w:pPr>
      <w:r>
        <w:rPr>
          <w:i/>
          <w:sz w:val="24"/>
        </w:rPr>
        <w:t>KY1 1XT (route c. 1.51 km, 10 m corridor)</w:t>
      </w:r>
    </w:p>
    <w:p w14:paraId="7D64AE53" w14:textId="77777777" w:rsidR="001C4B22" w:rsidRDefault="00000000">
      <w:pPr>
        <w:jc w:val="center"/>
      </w:pPr>
      <w:r>
        <w:t>OS NGR: 327747 691406</w:t>
      </w:r>
    </w:p>
    <w:p w14:paraId="1A80ACE0" w14:textId="77777777" w:rsidR="001C4B22" w:rsidRDefault="001C4B22"/>
    <w:tbl>
      <w:tblPr>
        <w:tblStyle w:val="TableGrid"/>
        <w:tblW w:w="0" w:type="auto"/>
        <w:tblLook w:val="04A0" w:firstRow="1" w:lastRow="0" w:firstColumn="1" w:lastColumn="0" w:noHBand="0" w:noVBand="1"/>
      </w:tblPr>
      <w:tblGrid>
        <w:gridCol w:w="4531"/>
        <w:gridCol w:w="4531"/>
      </w:tblGrid>
      <w:tr w:rsidR="001C4B22" w14:paraId="3924A8CD" w14:textId="77777777">
        <w:tc>
          <w:tcPr>
            <w:tcW w:w="4536" w:type="dxa"/>
          </w:tcPr>
          <w:p w14:paraId="5574D7A1" w14:textId="77777777" w:rsidR="001C4B22" w:rsidRDefault="00000000">
            <w:r>
              <w:rPr>
                <w:b/>
              </w:rPr>
              <w:t>Prepared for:</w:t>
            </w:r>
          </w:p>
        </w:tc>
        <w:tc>
          <w:tcPr>
            <w:tcW w:w="4536" w:type="dxa"/>
          </w:tcPr>
          <w:p w14:paraId="7E81158C" w14:textId="77777777" w:rsidR="001C4B22" w:rsidRDefault="00000000">
            <w:r>
              <w:t>Magnum GSI</w:t>
            </w:r>
          </w:p>
        </w:tc>
      </w:tr>
      <w:tr w:rsidR="001C4B22" w14:paraId="0DF47447" w14:textId="77777777">
        <w:tc>
          <w:tcPr>
            <w:tcW w:w="4536" w:type="dxa"/>
          </w:tcPr>
          <w:p w14:paraId="4E6C8D93" w14:textId="77777777" w:rsidR="001C4B22" w:rsidRDefault="00000000">
            <w:r>
              <w:rPr>
                <w:b/>
              </w:rPr>
              <w:t>Report Reference:</w:t>
            </w:r>
          </w:p>
        </w:tc>
        <w:tc>
          <w:tcPr>
            <w:tcW w:w="4536" w:type="dxa"/>
          </w:tcPr>
          <w:p w14:paraId="358016B8" w14:textId="77777777" w:rsidR="001C4B22" w:rsidRDefault="00000000">
            <w:r>
              <w:t>GEO-CCF93784</w:t>
            </w:r>
          </w:p>
        </w:tc>
      </w:tr>
      <w:tr w:rsidR="001C4B22" w14:paraId="57B1230C" w14:textId="77777777">
        <w:tc>
          <w:tcPr>
            <w:tcW w:w="4536" w:type="dxa"/>
          </w:tcPr>
          <w:p w14:paraId="761D7CB0" w14:textId="77777777" w:rsidR="001C4B22" w:rsidRDefault="00000000">
            <w:r>
              <w:rPr>
                <w:b/>
              </w:rPr>
              <w:t>Date of Issue:</w:t>
            </w:r>
          </w:p>
        </w:tc>
        <w:tc>
          <w:tcPr>
            <w:tcW w:w="4536" w:type="dxa"/>
          </w:tcPr>
          <w:p w14:paraId="64457547" w14:textId="77777777" w:rsidR="001C4B22" w:rsidRDefault="00000000">
            <w:r>
              <w:t>18 October 2026</w:t>
            </w:r>
          </w:p>
        </w:tc>
      </w:tr>
      <w:tr w:rsidR="001C4B22" w14:paraId="0DF70750" w14:textId="77777777">
        <w:tc>
          <w:tcPr>
            <w:tcW w:w="4536" w:type="dxa"/>
          </w:tcPr>
          <w:p w14:paraId="419A5FAC" w14:textId="77777777" w:rsidR="001C4B22" w:rsidRDefault="00000000">
            <w:r>
              <w:rPr>
                <w:b/>
              </w:rPr>
              <w:t>Version:</w:t>
            </w:r>
          </w:p>
        </w:tc>
        <w:tc>
          <w:tcPr>
            <w:tcW w:w="4536" w:type="dxa"/>
          </w:tcPr>
          <w:p w14:paraId="5A551AEE" w14:textId="77777777" w:rsidR="001C4B22" w:rsidRDefault="00000000">
            <w:r>
              <w:t>1.0</w:t>
            </w:r>
          </w:p>
        </w:tc>
      </w:tr>
      <w:tr w:rsidR="001C4B22" w14:paraId="168E5123" w14:textId="77777777">
        <w:tc>
          <w:tcPr>
            <w:tcW w:w="4536" w:type="dxa"/>
          </w:tcPr>
          <w:p w14:paraId="58E03C49" w14:textId="77777777" w:rsidR="001C4B22" w:rsidRDefault="00000000">
            <w:r>
              <w:rPr>
                <w:b/>
              </w:rPr>
              <w:t>Classification:</w:t>
            </w:r>
          </w:p>
        </w:tc>
        <w:tc>
          <w:tcPr>
            <w:tcW w:w="4536" w:type="dxa"/>
          </w:tcPr>
          <w:p w14:paraId="2D75AD83" w14:textId="77777777" w:rsidR="001C4B22" w:rsidRDefault="00000000">
            <w:r>
              <w:t>Indicative — Not for Design</w:t>
            </w:r>
          </w:p>
        </w:tc>
      </w:tr>
      <w:tr w:rsidR="001C4B22" w14:paraId="267708E7" w14:textId="77777777">
        <w:tc>
          <w:tcPr>
            <w:tcW w:w="4536" w:type="dxa"/>
          </w:tcPr>
          <w:p w14:paraId="6CCB5752" w14:textId="77777777" w:rsidR="001C4B22" w:rsidRDefault="00000000">
            <w:r>
              <w:rPr>
                <w:b/>
              </w:rPr>
              <w:t>Prepared by:</w:t>
            </w:r>
          </w:p>
        </w:tc>
        <w:tc>
          <w:tcPr>
            <w:tcW w:w="4536" w:type="dxa"/>
          </w:tcPr>
          <w:p w14:paraId="4FE1DA0D" w14:textId="77777777" w:rsidR="001C4B22" w:rsidRDefault="00000000">
            <w:r>
              <w:t>GeoScreen® | Magnum GSI Ltd</w:t>
            </w:r>
          </w:p>
        </w:tc>
      </w:tr>
    </w:tbl>
    <w:p w14:paraId="3F9D5A23" w14:textId="77777777" w:rsidR="001F40D2" w:rsidRDefault="00000000">
      <w:pPr>
        <w:spacing w:before="1440"/>
        <w:jc w:val="center"/>
      </w:pPr>
      <w:r>
        <w:rPr>
          <w:b/>
          <w:color w:val="2E75B6"/>
        </w:rPr>
        <w:t>Prepared by GeoScreen®, an automated reporting platform developed and operated by Magnum GSI Ltd</w:t>
      </w:r>
    </w:p>
    <w:p w14:paraId="1297D0DA" w14:textId="77777777" w:rsidR="001C4B22" w:rsidRDefault="00000000">
      <w:r>
        <w:br w:type="page"/>
      </w:r>
    </w:p>
    <w:p w14:paraId="6533F064" w14:textId="77777777" w:rsidR="001C4B22" w:rsidRDefault="00000000">
      <w:pPr>
        <w:pStyle w:val="Heading1"/>
      </w:pPr>
      <w:r>
        <w:rPr>
          <w:color w:val="1F497D"/>
        </w:rPr>
        <w:lastRenderedPageBreak/>
        <w:t>DOCUMENT CONTROL</w:t>
      </w:r>
    </w:p>
    <w:tbl>
      <w:tblPr>
        <w:tblStyle w:val="TableGrid"/>
        <w:tblW w:w="0" w:type="auto"/>
        <w:tblLook w:val="04A0" w:firstRow="1" w:lastRow="0" w:firstColumn="1" w:lastColumn="0" w:noHBand="0" w:noVBand="1"/>
      </w:tblPr>
      <w:tblGrid>
        <w:gridCol w:w="4529"/>
        <w:gridCol w:w="4533"/>
      </w:tblGrid>
      <w:tr w:rsidR="001C4B22" w14:paraId="7646799F" w14:textId="77777777">
        <w:tc>
          <w:tcPr>
            <w:tcW w:w="4536" w:type="dxa"/>
          </w:tcPr>
          <w:p w14:paraId="149A2B2F" w14:textId="77777777" w:rsidR="001C4B22" w:rsidRDefault="00000000">
            <w:r>
              <w:rPr>
                <w:b/>
              </w:rPr>
              <w:t>Report Title</w:t>
            </w:r>
          </w:p>
        </w:tc>
        <w:tc>
          <w:tcPr>
            <w:tcW w:w="4536" w:type="dxa"/>
          </w:tcPr>
          <w:p w14:paraId="79777167" w14:textId="77777777" w:rsidR="001C4B22" w:rsidRDefault="00000000">
            <w:r>
              <w:t>KY1 1XT – Ground Risk Snapshot (Tier 0)</w:t>
            </w:r>
          </w:p>
        </w:tc>
      </w:tr>
      <w:tr w:rsidR="001C4B22" w14:paraId="4C53A45B" w14:textId="77777777">
        <w:tc>
          <w:tcPr>
            <w:tcW w:w="4536" w:type="dxa"/>
          </w:tcPr>
          <w:p w14:paraId="08B4B6AF" w14:textId="77777777" w:rsidR="001C4B22" w:rsidRDefault="00000000">
            <w:r>
              <w:rPr>
                <w:b/>
              </w:rPr>
              <w:t>Client</w:t>
            </w:r>
          </w:p>
        </w:tc>
        <w:tc>
          <w:tcPr>
            <w:tcW w:w="4536" w:type="dxa"/>
          </w:tcPr>
          <w:p w14:paraId="17D11D09" w14:textId="77777777" w:rsidR="001C4B22" w:rsidRDefault="00000000">
            <w:r>
              <w:t>Magnum GSI</w:t>
            </w:r>
          </w:p>
        </w:tc>
      </w:tr>
      <w:tr w:rsidR="001C4B22" w14:paraId="045A77E0" w14:textId="77777777">
        <w:tc>
          <w:tcPr>
            <w:tcW w:w="4536" w:type="dxa"/>
          </w:tcPr>
          <w:p w14:paraId="3FD518D7" w14:textId="77777777" w:rsidR="001C4B22" w:rsidRDefault="00000000">
            <w:r>
              <w:rPr>
                <w:b/>
              </w:rPr>
              <w:t>Site Address</w:t>
            </w:r>
          </w:p>
        </w:tc>
        <w:tc>
          <w:tcPr>
            <w:tcW w:w="4536" w:type="dxa"/>
          </w:tcPr>
          <w:p w14:paraId="6D26CB84" w14:textId="77777777" w:rsidR="001C4B22" w:rsidRDefault="00000000">
            <w:r>
              <w:t>KY1 1XT (route c. 1.51 km, 10 m corridor)</w:t>
            </w:r>
          </w:p>
        </w:tc>
      </w:tr>
      <w:tr w:rsidR="001C4B22" w14:paraId="38F79FE9" w14:textId="77777777">
        <w:tc>
          <w:tcPr>
            <w:tcW w:w="4536" w:type="dxa"/>
          </w:tcPr>
          <w:p w14:paraId="1DB575AA" w14:textId="77777777" w:rsidR="001C4B22" w:rsidRDefault="00000000">
            <w:r>
              <w:rPr>
                <w:b/>
              </w:rPr>
              <w:t>OS National Grid Reference</w:t>
            </w:r>
          </w:p>
        </w:tc>
        <w:tc>
          <w:tcPr>
            <w:tcW w:w="4536" w:type="dxa"/>
          </w:tcPr>
          <w:p w14:paraId="556FB174" w14:textId="77777777" w:rsidR="001C4B22" w:rsidRDefault="00000000">
            <w:r>
              <w:t>327747 691406</w:t>
            </w:r>
          </w:p>
        </w:tc>
      </w:tr>
      <w:tr w:rsidR="001C4B22" w14:paraId="721FDE8C" w14:textId="77777777">
        <w:tc>
          <w:tcPr>
            <w:tcW w:w="4536" w:type="dxa"/>
          </w:tcPr>
          <w:p w14:paraId="0EBE6F49" w14:textId="77777777" w:rsidR="001C4B22" w:rsidRDefault="00000000">
            <w:r>
              <w:rPr>
                <w:b/>
              </w:rPr>
              <w:t>Report Reference</w:t>
            </w:r>
          </w:p>
        </w:tc>
        <w:tc>
          <w:tcPr>
            <w:tcW w:w="4536" w:type="dxa"/>
          </w:tcPr>
          <w:p w14:paraId="3ABFFB7E" w14:textId="77777777" w:rsidR="001C4B22" w:rsidRDefault="00000000">
            <w:r>
              <w:t>GEO-CCF93784</w:t>
            </w:r>
          </w:p>
        </w:tc>
      </w:tr>
      <w:tr w:rsidR="001C4B22" w14:paraId="2882E7E5" w14:textId="77777777">
        <w:tc>
          <w:tcPr>
            <w:tcW w:w="4536" w:type="dxa"/>
          </w:tcPr>
          <w:p w14:paraId="4BA98F87" w14:textId="77777777" w:rsidR="001C4B22" w:rsidRDefault="00000000">
            <w:r>
              <w:rPr>
                <w:b/>
              </w:rPr>
              <w:t>Date of Issue</w:t>
            </w:r>
          </w:p>
        </w:tc>
        <w:tc>
          <w:tcPr>
            <w:tcW w:w="4536" w:type="dxa"/>
          </w:tcPr>
          <w:p w14:paraId="42F412D2" w14:textId="77777777" w:rsidR="001C4B22" w:rsidRDefault="00000000">
            <w:r>
              <w:t>18 October 2026</w:t>
            </w:r>
          </w:p>
        </w:tc>
      </w:tr>
      <w:tr w:rsidR="001C4B22" w14:paraId="5DB58014" w14:textId="77777777">
        <w:tc>
          <w:tcPr>
            <w:tcW w:w="4536" w:type="dxa"/>
          </w:tcPr>
          <w:p w14:paraId="4106FB5B" w14:textId="77777777" w:rsidR="001C4B22" w:rsidRDefault="00000000">
            <w:r>
              <w:rPr>
                <w:b/>
              </w:rPr>
              <w:t>Data Collection Date</w:t>
            </w:r>
          </w:p>
        </w:tc>
        <w:tc>
          <w:tcPr>
            <w:tcW w:w="4536" w:type="dxa"/>
          </w:tcPr>
          <w:p w14:paraId="43E5B09E" w14:textId="77777777" w:rsidR="001C4B22" w:rsidRDefault="00000000">
            <w:r>
              <w:t>18 October 2026</w:t>
            </w:r>
          </w:p>
        </w:tc>
      </w:tr>
    </w:tbl>
    <w:p w14:paraId="70B7780A" w14:textId="77777777" w:rsidR="001C4B22" w:rsidRDefault="00000000">
      <w:r>
        <w:br w:type="page"/>
      </w:r>
    </w:p>
    <w:p w14:paraId="4984FB70" w14:textId="77777777" w:rsidR="001C4B22" w:rsidRDefault="00000000">
      <w:pPr>
        <w:pStyle w:val="Heading1"/>
      </w:pPr>
      <w:r>
        <w:rPr>
          <w:color w:val="1F497D"/>
        </w:rPr>
        <w:lastRenderedPageBreak/>
        <w:t>DISCLAIMER AND SCOPE LIMITATIONS</w:t>
      </w:r>
    </w:p>
    <w:tbl>
      <w:tblPr>
        <w:tblStyle w:val="TableGrid"/>
        <w:tblW w:w="0" w:type="auto"/>
        <w:tblLook w:val="04A0" w:firstRow="1" w:lastRow="0" w:firstColumn="1" w:lastColumn="0" w:noHBand="0" w:noVBand="1"/>
      </w:tblPr>
      <w:tblGrid>
        <w:gridCol w:w="9062"/>
      </w:tblGrid>
      <w:tr w:rsidR="001C4B22" w14:paraId="4002064F" w14:textId="77777777">
        <w:tc>
          <w:tcPr>
            <w:tcW w:w="9072" w:type="dxa"/>
            <w:shd w:val="clear" w:color="auto" w:fill="FFF2CC"/>
          </w:tcPr>
          <w:p w14:paraId="0DAECF6F" w14:textId="77777777" w:rsidR="009C2D5A" w:rsidRDefault="00000000">
            <w:pPr>
              <w:keepLines/>
              <w:spacing w:before="80" w:after="100"/>
            </w:pPr>
            <w:r>
              <w:rPr>
                <w:b/>
                <w:sz w:val="18"/>
                <w:szCs w:val="18"/>
              </w:rPr>
              <w:t>IMPORTANT NOTICE — PLEASE READ BEFORE USING THIS REPORT</w:t>
            </w:r>
          </w:p>
          <w:p w14:paraId="06587D57" w14:textId="77777777" w:rsidR="009C2D5A" w:rsidRDefault="00000000">
            <w:pPr>
              <w:keepLines/>
              <w:spacing w:before="60" w:after="60"/>
              <w:rPr>
                <w:sz w:val="18"/>
                <w:szCs w:val="18"/>
              </w:rPr>
            </w:pPr>
            <w:r>
              <w:rPr>
                <w:sz w:val="18"/>
                <w:szCs w:val="18"/>
              </w:rPr>
              <w:t>This report has been prepared using GeoScreen®, an automated ground risk screening platform developed and operated by Magnum GSI Ltd.</w:t>
            </w:r>
          </w:p>
          <w:p w14:paraId="0BCD25EF" w14:textId="77777777" w:rsidR="00155A1C" w:rsidRDefault="00155A1C">
            <w:pPr>
              <w:keepLines/>
              <w:spacing w:before="60" w:after="60"/>
            </w:pPr>
          </w:p>
          <w:p w14:paraId="5835058F" w14:textId="77777777" w:rsidR="009C2D5A" w:rsidRDefault="00000000">
            <w:pPr>
              <w:keepLines/>
              <w:spacing w:after="80"/>
              <w:rPr>
                <w:sz w:val="18"/>
                <w:szCs w:val="18"/>
              </w:rPr>
            </w:pPr>
            <w:r>
              <w:rPr>
                <w:sz w:val="18"/>
                <w:szCs w:val="18"/>
              </w:rPr>
              <w:t>The report provides an indicative, desk-based assessment of ground conditions and associated constraints based solely on the interrogation and interpretation of publicly available datasets, including but not limited to British Geological Survey (BGS), Scottish Environment Protection Agency (SEPA), Mining Remediation Authority (MRA), Historic Environment Scotland (HES), and NatureScot data sources.</w:t>
            </w:r>
          </w:p>
          <w:p w14:paraId="05232096" w14:textId="77777777" w:rsidR="00155A1C" w:rsidRDefault="00155A1C">
            <w:pPr>
              <w:keepLines/>
              <w:spacing w:after="80"/>
            </w:pPr>
          </w:p>
          <w:p w14:paraId="2FA5C19B" w14:textId="77777777" w:rsidR="009C2D5A" w:rsidRDefault="00000000">
            <w:pPr>
              <w:keepLines/>
              <w:spacing w:before="60" w:after="40"/>
            </w:pPr>
            <w:r>
              <w:rPr>
                <w:sz w:val="18"/>
                <w:szCs w:val="18"/>
              </w:rPr>
              <w:t>This report:</w:t>
            </w:r>
          </w:p>
          <w:p w14:paraId="05012A1C"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constitute a professional geotechnical assessment or a BS 5930:2015+A1:2020 compliant desk study</w:t>
            </w:r>
          </w:p>
          <w:p w14:paraId="18B91CA3"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include intrusive ground investigation, site walkover, or statutory searches</w:t>
            </w:r>
          </w:p>
          <w:p w14:paraId="108C4FFE" w14:textId="77777777" w:rsidR="00B01F77" w:rsidRDefault="00000000">
            <w:pPr>
              <w:spacing w:before="40" w:after="60"/>
              <w:ind w:left="540" w:hanging="270"/>
              <w:rPr>
                <w:sz w:val="18"/>
                <w:szCs w:val="18"/>
              </w:rPr>
            </w:pPr>
            <w:r>
              <w:rPr>
                <w:sz w:val="18"/>
                <w:szCs w:val="18"/>
              </w:rPr>
              <w:t>•  IS informed by general principles derived from relevant UK geotechnical guidance, but does not constitute a desk study compliant with BS 5930:2015+A1:2020</w:t>
            </w:r>
          </w:p>
          <w:p w14:paraId="71E56E48" w14:textId="77777777" w:rsidR="009C2D5A" w:rsidRDefault="00000000">
            <w:pPr>
              <w:spacing w:before="40" w:after="60"/>
              <w:ind w:left="540" w:hanging="270"/>
              <w:rPr>
                <w:sz w:val="18"/>
                <w:szCs w:val="18"/>
              </w:rPr>
            </w:pPr>
            <w:r>
              <w:rPr>
                <w:sz w:val="18"/>
                <w:szCs w:val="18"/>
              </w:rPr>
              <w:t xml:space="preserve">•  </w:t>
            </w:r>
            <w:r>
              <w:rPr>
                <w:b/>
                <w:sz w:val="18"/>
                <w:szCs w:val="18"/>
              </w:rPr>
              <w:t>IS</w:t>
            </w:r>
            <w:r>
              <w:rPr>
                <w:sz w:val="18"/>
                <w:szCs w:val="18"/>
              </w:rPr>
              <w:t xml:space="preserve"> intended solely for early-stage feasibility, due diligence, and preliminary risk screening purposes</w:t>
            </w:r>
          </w:p>
          <w:p w14:paraId="09C4A40A" w14:textId="77777777" w:rsidR="00155A1C" w:rsidRDefault="00155A1C">
            <w:pPr>
              <w:spacing w:before="40" w:after="60"/>
              <w:ind w:left="540" w:hanging="270"/>
            </w:pPr>
          </w:p>
          <w:p w14:paraId="57D5CC0D" w14:textId="77777777" w:rsidR="009C2D5A" w:rsidRDefault="00000000">
            <w:pPr>
              <w:keepLines/>
              <w:spacing w:before="60" w:after="80"/>
            </w:pPr>
            <w:r>
              <w:rPr>
                <w:sz w:val="18"/>
                <w:szCs w:val="18"/>
              </w:rPr>
              <w:t>The findings presented are indicative only. Site-specific ground conditions may vary and can only be reliably established through an appropriately scoped ground investigation and professional interpretation by a suitably qualified and experienced geotechnical engineer.</w:t>
            </w:r>
          </w:p>
        </w:tc>
      </w:tr>
    </w:tbl>
    <w:p w14:paraId="28B8DAA5" w14:textId="77777777" w:rsidR="001C4B22" w:rsidRDefault="00000000">
      <w:r>
        <w:br w:type="page"/>
      </w:r>
    </w:p>
    <w:p w14:paraId="56A8AC87" w14:textId="77777777" w:rsidR="001938FA" w:rsidRDefault="00000000">
      <w:pPr>
        <w:pStyle w:val="Heading1"/>
      </w:pPr>
      <w:r>
        <w:lastRenderedPageBreak/>
        <w:t>1   SITE INFORMATION AND CONTEXT</w:t>
      </w:r>
    </w:p>
    <w:p w14:paraId="1FEFA6EA" w14:textId="77777777" w:rsidR="001938FA" w:rsidRDefault="00000000">
      <w:r>
        <w:t>The site is located at KY1 1XT, within the administrative area of Fife Council. The OS National Grid Reference (NGR) is 327747 E, 691406 N. This Ground Risk Snapshot has been prepared in the context of Residential development.</w:t>
      </w:r>
    </w:p>
    <w:p w14:paraId="47E319C0" w14:textId="77777777" w:rsidR="001938FA" w:rsidRDefault="001938FA">
      <w:pPr>
        <w:spacing w:before="40" w:after="40"/>
      </w:pPr>
    </w:p>
    <w:p w14:paraId="6E5FC42C" w14:textId="77777777" w:rsidR="001938FA" w:rsidRDefault="00000000">
      <w:pPr>
        <w:pStyle w:val="Heading1"/>
      </w:pPr>
      <w:r>
        <w:t>2   DATA SOURCES ASSESSED</w:t>
      </w:r>
    </w:p>
    <w:p w14:paraId="6AF5BBA0" w14:textId="77777777" w:rsidR="001938FA" w:rsidRDefault="00000000">
      <w:r>
        <w:t>The following publicly available datasets were interrogated automatically during preparation of this Ground Risk Snapshot. All data were collected on 18 October 2026.</w:t>
      </w:r>
    </w:p>
    <w:p w14:paraId="702BDBD6" w14:textId="77777777" w:rsidR="001938FA" w:rsidRDefault="001938FA">
      <w:pPr>
        <w:spacing w:before="40" w:after="40"/>
      </w:pPr>
    </w:p>
    <w:tbl>
      <w:tblPr>
        <w:tblStyle w:val="TableGrid"/>
        <w:tblW w:w="9360" w:type="dxa"/>
        <w:tblLook w:val="04A0" w:firstRow="1" w:lastRow="0" w:firstColumn="1" w:lastColumn="0" w:noHBand="0" w:noVBand="1"/>
      </w:tblPr>
      <w:tblGrid>
        <w:gridCol w:w="4140"/>
        <w:gridCol w:w="5220"/>
      </w:tblGrid>
      <w:tr w:rsidR="001938FA" w14:paraId="322F4F81" w14:textId="77777777">
        <w:tc>
          <w:tcPr>
            <w:tcW w:w="4140" w:type="dxa"/>
            <w:shd w:val="clear" w:color="auto" w:fill="DBE5F1"/>
          </w:tcPr>
          <w:p w14:paraId="5D9DA48A" w14:textId="77777777" w:rsidR="001938FA" w:rsidRDefault="00000000">
            <w:r>
              <w:rPr>
                <w:b/>
                <w:sz w:val="18"/>
              </w:rPr>
              <w:t>Data Source</w:t>
            </w:r>
          </w:p>
        </w:tc>
        <w:tc>
          <w:tcPr>
            <w:tcW w:w="5220" w:type="dxa"/>
            <w:shd w:val="clear" w:color="auto" w:fill="DBE5F1"/>
          </w:tcPr>
          <w:p w14:paraId="03BE2F75" w14:textId="77777777" w:rsidR="001938FA" w:rsidRDefault="00000000">
            <w:r>
              <w:rPr>
                <w:b/>
                <w:sz w:val="18"/>
              </w:rPr>
              <w:t>Information Provided</w:t>
            </w:r>
          </w:p>
        </w:tc>
      </w:tr>
      <w:tr w:rsidR="001938FA" w14:paraId="3AC50FEC" w14:textId="77777777">
        <w:tc>
          <w:tcPr>
            <w:tcW w:w="4140" w:type="dxa"/>
          </w:tcPr>
          <w:p w14:paraId="5C09E3F3" w14:textId="77777777" w:rsidR="001938FA" w:rsidRDefault="00000000">
            <w:r>
              <w:rPr>
                <w:sz w:val="18"/>
              </w:rPr>
              <w:t>Ordnance Survey (OS) Names API</w:t>
            </w:r>
          </w:p>
        </w:tc>
        <w:tc>
          <w:tcPr>
            <w:tcW w:w="5220" w:type="dxa"/>
          </w:tcPr>
          <w:p w14:paraId="027AC430" w14:textId="13AF919C" w:rsidR="001938FA" w:rsidRDefault="00000000">
            <w:r>
              <w:rPr>
                <w:sz w:val="18"/>
              </w:rPr>
              <w:t>Geocoding, site location, Local Planning Authority (Appendix A)</w:t>
            </w:r>
          </w:p>
        </w:tc>
      </w:tr>
      <w:tr w:rsidR="001938FA" w14:paraId="70086822" w14:textId="77777777">
        <w:tc>
          <w:tcPr>
            <w:tcW w:w="4140" w:type="dxa"/>
          </w:tcPr>
          <w:p w14:paraId="3500AA34" w14:textId="77777777" w:rsidR="001938FA" w:rsidRDefault="00000000">
            <w:r>
              <w:rPr>
                <w:sz w:val="18"/>
              </w:rPr>
              <w:t>BGS 1:625,000 Bedrock Geology WMS</w:t>
            </w:r>
          </w:p>
        </w:tc>
        <w:tc>
          <w:tcPr>
            <w:tcW w:w="5220" w:type="dxa"/>
          </w:tcPr>
          <w:p w14:paraId="758E52B9" w14:textId="76C93525" w:rsidR="001938FA" w:rsidRDefault="00000000">
            <w:r>
              <w:rPr>
                <w:sz w:val="18"/>
              </w:rPr>
              <w:t>Bedrock geology and formation identification (Appendix B)</w:t>
            </w:r>
          </w:p>
        </w:tc>
      </w:tr>
      <w:tr w:rsidR="001938FA" w14:paraId="2654149B" w14:textId="77777777">
        <w:tc>
          <w:tcPr>
            <w:tcW w:w="4140" w:type="dxa"/>
          </w:tcPr>
          <w:p w14:paraId="0D8FD3F8" w14:textId="77777777" w:rsidR="001938FA" w:rsidRDefault="00000000">
            <w:r>
              <w:rPr>
                <w:sz w:val="18"/>
              </w:rPr>
              <w:t>BGS 1:625,000 Superficial Deposits WMS</w:t>
            </w:r>
          </w:p>
        </w:tc>
        <w:tc>
          <w:tcPr>
            <w:tcW w:w="5220" w:type="dxa"/>
          </w:tcPr>
          <w:p w14:paraId="61C38F0F" w14:textId="7428DD67" w:rsidR="001938FA" w:rsidRDefault="00000000">
            <w:r>
              <w:rPr>
                <w:sz w:val="18"/>
              </w:rPr>
              <w:t>Superficial geology and drift deposits (Appendix C)</w:t>
            </w:r>
          </w:p>
        </w:tc>
      </w:tr>
      <w:tr w:rsidR="001938FA" w14:paraId="46800F8E" w14:textId="77777777">
        <w:tc>
          <w:tcPr>
            <w:tcW w:w="4140" w:type="dxa"/>
          </w:tcPr>
          <w:p w14:paraId="02A75634" w14:textId="77777777" w:rsidR="001938FA" w:rsidRDefault="00000000">
            <w:r>
              <w:rPr>
                <w:sz w:val="18"/>
              </w:rPr>
              <w:t>BGS Faults OGC API</w:t>
            </w:r>
          </w:p>
        </w:tc>
        <w:tc>
          <w:tcPr>
            <w:tcW w:w="5220" w:type="dxa"/>
          </w:tcPr>
          <w:p w14:paraId="68A2BED6" w14:textId="4F3487CF" w:rsidR="001938FA" w:rsidRDefault="00000000">
            <w:r>
              <w:rPr>
                <w:sz w:val="18"/>
              </w:rPr>
              <w:t>Fault lines within 1 km of site</w:t>
            </w:r>
          </w:p>
        </w:tc>
      </w:tr>
      <w:tr w:rsidR="001938FA" w14:paraId="2AE6A90D" w14:textId="77777777">
        <w:tc>
          <w:tcPr>
            <w:tcW w:w="4140" w:type="dxa"/>
          </w:tcPr>
          <w:p w14:paraId="39E19613" w14:textId="77777777" w:rsidR="001938FA" w:rsidRDefault="00000000">
            <w:r>
              <w:rPr>
                <w:sz w:val="18"/>
              </w:rPr>
              <w:t>BGS SOBI Borehole Database</w:t>
            </w:r>
          </w:p>
        </w:tc>
        <w:tc>
          <w:tcPr>
            <w:tcW w:w="5220" w:type="dxa"/>
          </w:tcPr>
          <w:p w14:paraId="1E47286D" w14:textId="77777777" w:rsidR="001938FA" w:rsidRDefault="00000000">
            <w:r>
              <w:rPr>
                <w:sz w:val="18"/>
              </w:rPr>
              <w:t>Proximate borehole records (SOBI)</w:t>
            </w:r>
          </w:p>
        </w:tc>
      </w:tr>
      <w:tr w:rsidR="001938FA" w14:paraId="641229EE" w14:textId="77777777">
        <w:tc>
          <w:tcPr>
            <w:tcW w:w="4140" w:type="dxa"/>
          </w:tcPr>
          <w:p w14:paraId="6DF02E30" w14:textId="77777777" w:rsidR="001938FA" w:rsidRDefault="00000000">
            <w:r>
              <w:rPr>
                <w:sz w:val="18"/>
              </w:rPr>
              <w:t>BGS Radon Potential WMS</w:t>
            </w:r>
          </w:p>
        </w:tc>
        <w:tc>
          <w:tcPr>
            <w:tcW w:w="5220" w:type="dxa"/>
          </w:tcPr>
          <w:p w14:paraId="3228D8CE" w14:textId="29AA6ECB" w:rsidR="001938FA" w:rsidRDefault="00000000">
            <w:r>
              <w:rPr>
                <w:sz w:val="18"/>
              </w:rPr>
              <w:t>Radon potential class and protective measures flag (Appendix H)</w:t>
            </w:r>
          </w:p>
        </w:tc>
      </w:tr>
      <w:tr w:rsidR="001938FA" w14:paraId="125224BC" w14:textId="77777777">
        <w:tc>
          <w:tcPr>
            <w:tcW w:w="4140" w:type="dxa"/>
          </w:tcPr>
          <w:p w14:paraId="27DF7A29" w14:textId="77777777" w:rsidR="001938FA" w:rsidRDefault="00000000">
            <w:r>
              <w:rPr>
                <w:sz w:val="18"/>
              </w:rPr>
              <w:t>SEPA flood maps (river and coastal, ArcGIS REST)</w:t>
            </w:r>
          </w:p>
        </w:tc>
        <w:tc>
          <w:tcPr>
            <w:tcW w:w="5220" w:type="dxa"/>
          </w:tcPr>
          <w:p w14:paraId="435E438C" w14:textId="1BC679FE" w:rsidR="001938FA" w:rsidRDefault="00000000">
            <w:r>
              <w:rPr>
                <w:sz w:val="18"/>
              </w:rPr>
              <w:t>Flood likelihood extents (Appendix D)</w:t>
            </w:r>
          </w:p>
        </w:tc>
      </w:tr>
      <w:tr w:rsidR="001938FA" w14:paraId="19BBCB3E" w14:textId="77777777">
        <w:tc>
          <w:tcPr>
            <w:tcW w:w="4140" w:type="dxa"/>
          </w:tcPr>
          <w:p w14:paraId="7457EFB9" w14:textId="77777777" w:rsidR="001938FA" w:rsidRDefault="00000000">
            <w:r>
              <w:rPr>
                <w:sz w:val="18"/>
              </w:rPr>
              <w:t>SEPA flood maps - surface water and small watercourses</w:t>
            </w:r>
          </w:p>
        </w:tc>
        <w:tc>
          <w:tcPr>
            <w:tcW w:w="5220" w:type="dxa"/>
          </w:tcPr>
          <w:p w14:paraId="6C948B95" w14:textId="54E1EAE4" w:rsidR="001938FA" w:rsidRDefault="00000000">
            <w:r>
              <w:rPr>
                <w:sz w:val="18"/>
              </w:rPr>
              <w:t>Surface water flood depth and extent (Appendix L)</w:t>
            </w:r>
          </w:p>
        </w:tc>
      </w:tr>
      <w:tr w:rsidR="001938FA" w14:paraId="00AB1240" w14:textId="77777777">
        <w:tc>
          <w:tcPr>
            <w:tcW w:w="4140" w:type="dxa"/>
          </w:tcPr>
          <w:p w14:paraId="00AB1241" w14:textId="2AED9156" w:rsidR="001938FA" w:rsidRDefault="00000000">
            <w:r>
              <w:rPr>
                <w:sz w:val="18"/>
              </w:rPr>
              <w:t>Scottish Water Water Supply Catchments and SEPA Drinking Water Protected Area catchments</w:t>
            </w:r>
          </w:p>
        </w:tc>
        <w:tc>
          <w:tcPr>
            <w:tcW w:w="5220" w:type="dxa"/>
          </w:tcPr>
          <w:p w14:paraId="00AB1242" w14:textId="09D140BE" w:rsidR="001938FA" w:rsidRDefault="00000000">
            <w:r>
              <w:rPr>
                <w:sz w:val="18"/>
              </w:rPr>
              <w:t>Public water supply catchment check - surface-water supplies (Appendix M)</w:t>
            </w:r>
          </w:p>
        </w:tc>
      </w:tr>
      <w:tr w:rsidR="001938FA" w14:paraId="49165841" w14:textId="77777777">
        <w:tc>
          <w:tcPr>
            <w:tcW w:w="4140" w:type="dxa"/>
          </w:tcPr>
          <w:p w14:paraId="5470C398" w14:textId="77777777" w:rsidR="001938FA" w:rsidRDefault="00000000">
            <w:r>
              <w:rPr>
                <w:sz w:val="18"/>
              </w:rPr>
              <w:t>SEPA granted authorisations (ArcGIS REST) and SEPA landfill register + council historic landfill records. Contains public sector information licensed under the Open Government Licence v3.0. Source: waste sites and capacity data tool (Scottish Environment Protection Agency). Copyright City of Edinburgh Council, contains Ordnance Survey data © Crown copyright and database right (2026). Contains OS data © Crown copyright and database right 2026 and Scottish local authority data from the Spatial Hub.</w:t>
            </w:r>
          </w:p>
        </w:tc>
        <w:tc>
          <w:tcPr>
            <w:tcW w:w="5220" w:type="dxa"/>
          </w:tcPr>
          <w:p w14:paraId="050C6F4C" w14:textId="77777777" w:rsidR="001938FA" w:rsidRDefault="00000000">
            <w:r>
              <w:rPr>
                <w:sz w:val="18"/>
              </w:rPr>
              <w:t>Landfill sites within 500 m. Data reflects SEPA and council records at the time this report was generated and may be subject to change (e.g. new or updated permits). SEPA's records cover landfill sites licensed since 1996, including sites whose licence has ended. Council historic landfill records are published by only a minority of Scottish councils; where a council publishes none, landfill sites that closed before 1996 may be present that are not recorded.</w:t>
            </w:r>
          </w:p>
        </w:tc>
      </w:tr>
      <w:tr w:rsidR="001938FA" w14:paraId="2DADEDD9" w14:textId="77777777">
        <w:tc>
          <w:tcPr>
            <w:tcW w:w="4140" w:type="dxa"/>
          </w:tcPr>
          <w:p w14:paraId="79447E71" w14:textId="77777777" w:rsidR="001938FA" w:rsidRDefault="00000000">
            <w:r>
              <w:rPr>
                <w:sz w:val="18"/>
              </w:rPr>
              <w:t>Mining Remediation Authority (MRA) open data (OGL v3). Contains Mining Remediation Authority information © Mining Remediation Authority, 2026</w:t>
            </w:r>
          </w:p>
        </w:tc>
        <w:tc>
          <w:tcPr>
            <w:tcW w:w="5220" w:type="dxa"/>
          </w:tcPr>
          <w:p w14:paraId="53B3A42B" w14:textId="2BACA14B" w:rsidR="001938FA" w:rsidRDefault="00000000">
            <w:r>
              <w:rPr>
                <w:sz w:val="18"/>
              </w:rPr>
              <w:t>Coal Mining Reporting Area, mining risk class (Appendix G)</w:t>
            </w:r>
          </w:p>
        </w:tc>
      </w:tr>
      <w:tr w:rsidR="001938FA" w14:paraId="40A4EFD6" w14:textId="77777777">
        <w:tc>
          <w:tcPr>
            <w:tcW w:w="4140" w:type="dxa"/>
          </w:tcPr>
          <w:p w14:paraId="048A6AB6" w14:textId="77777777" w:rsidR="001938FA" w:rsidRDefault="00000000">
            <w:r>
              <w:rPr>
                <w:sz w:val="18"/>
              </w:rPr>
              <w:t>Historic Environment Scotland designations (local dataset)</w:t>
            </w:r>
          </w:p>
        </w:tc>
        <w:tc>
          <w:tcPr>
            <w:tcW w:w="5220" w:type="dxa"/>
          </w:tcPr>
          <w:p w14:paraId="4D2C8987" w14:textId="1ACD0300" w:rsidR="001938FA" w:rsidRDefault="00000000">
            <w:r>
              <w:rPr>
                <w:sz w:val="18"/>
              </w:rPr>
              <w:t>Listed buildings (Category A/B/C), scheduled monuments, conservation areas, Inventory gardens and designed landscapes, and Inventory battlefields within 500 m (Appendix E)</w:t>
            </w:r>
          </w:p>
        </w:tc>
      </w:tr>
      <w:tr w:rsidR="001938FA" w14:paraId="573BD86C" w14:textId="77777777">
        <w:tc>
          <w:tcPr>
            <w:tcW w:w="4140" w:type="dxa"/>
          </w:tcPr>
          <w:p w14:paraId="1291BEE2" w14:textId="77777777" w:rsidR="001938FA" w:rsidRDefault="00000000">
            <w:r>
              <w:rPr>
                <w:sz w:val="18"/>
              </w:rPr>
              <w:t>NatureScot and Scottish Government (ArcGIS REST)</w:t>
            </w:r>
          </w:p>
        </w:tc>
        <w:tc>
          <w:tcPr>
            <w:tcW w:w="5220" w:type="dxa"/>
          </w:tcPr>
          <w:p w14:paraId="7C54AB48" w14:textId="203A4852" w:rsidR="001938FA" w:rsidRDefault="00000000">
            <w:r>
              <w:rPr>
                <w:sz w:val="18"/>
              </w:rPr>
              <w:t>SSSIs, SACs, SPAs, Ramsar sites, NNRs, National Scenic Areas, and National Parks within 2 km (Appendix F)</w:t>
            </w:r>
          </w:p>
        </w:tc>
      </w:tr>
      <w:tr w:rsidR="00D22001" w14:paraId="00D22001" w14:textId="77777777">
        <w:tc>
          <w:tcPr>
            <w:tcW w:w="4140" w:type="dxa"/>
          </w:tcPr>
          <w:p w14:paraId="00D22002" w14:textId="77777777" w:rsidR="00000000" w:rsidRDefault="00000000">
            <w:r>
              <w:rPr>
                <w:sz w:val="18"/>
              </w:rPr>
              <w:t>BGS 1km Non-Coal Mining Hazard Hex Grid v8</w:t>
            </w:r>
          </w:p>
        </w:tc>
        <w:tc>
          <w:tcPr>
            <w:tcW w:w="5220" w:type="dxa"/>
          </w:tcPr>
          <w:p w14:paraId="00D22003" w14:textId="77777777" w:rsidR="00000000" w:rsidRDefault="00000000">
            <w:r>
              <w:rPr>
                <w:sz w:val="18"/>
              </w:rPr>
              <w:t>Non-coal underground mining hazard classification (Appendix G)</w:t>
            </w:r>
          </w:p>
        </w:tc>
      </w:tr>
      <w:tr w:rsidR="00D23001" w14:paraId="00D23001" w14:textId="77777777">
        <w:tc>
          <w:tcPr>
            <w:tcW w:w="4140" w:type="dxa"/>
          </w:tcPr>
          <w:p w14:paraId="00D23002" w14:textId="77777777" w:rsidR="00000000" w:rsidRDefault="00000000">
            <w:r>
              <w:rPr>
                <w:sz w:val="18"/>
              </w:rPr>
              <w:t>OpenStreetMap (local extract, amenity=fuel)</w:t>
            </w:r>
          </w:p>
        </w:tc>
        <w:tc>
          <w:tcPr>
            <w:tcW w:w="5220" w:type="dxa"/>
          </w:tcPr>
          <w:p w14:paraId="00D23003" w14:textId="77777777" w:rsidR="00000000" w:rsidRDefault="00000000">
            <w:r>
              <w:rPr>
                <w:sz w:val="18"/>
              </w:rPr>
              <w:t>Petrol filling stations within 500 m (Appendix O)</w:t>
            </w:r>
          </w:p>
        </w:tc>
      </w:tr>
      <w:tr w:rsidR="00D24001" w14:paraId="00D24001" w14:textId="77777777">
        <w:tc>
          <w:tcPr>
            <w:tcW w:w="4140" w:type="dxa"/>
          </w:tcPr>
          <w:p w14:paraId="00D24002" w14:textId="77777777" w:rsidR="00000000" w:rsidRDefault="00000000">
            <w:r>
              <w:rPr>
                <w:sz w:val="18"/>
              </w:rPr>
              <w:t>Scottish Public Sector LiDAR - DTM tiles (0.25-1m, AWS Open Data)</w:t>
            </w:r>
          </w:p>
        </w:tc>
        <w:tc>
          <w:tcPr>
            <w:tcW w:w="5220" w:type="dxa"/>
          </w:tcPr>
          <w:p w14:paraId="00D24003" w14:textId="77777777" w:rsidR="00000000" w:rsidRDefault="00000000">
            <w:r>
              <w:rPr>
                <w:sz w:val="18"/>
              </w:rPr>
              <w:t>Site topography, terrain descriptor, slope analysis (Appendix N)</w:t>
            </w:r>
          </w:p>
        </w:tc>
      </w:tr>
      <w:tr w:rsidR="00D25001" w14:paraId="00D25001" w14:textId="77777777">
        <w:tc>
          <w:tcPr>
            <w:tcW w:w="4140" w:type="dxa"/>
          </w:tcPr>
          <w:p w14:paraId="00D25002" w14:textId="77777777" w:rsidR="00000000" w:rsidRDefault="00000000">
            <w:r>
              <w:rPr>
                <w:sz w:val="18"/>
              </w:rPr>
              <w:t>SEPA Granted Authorisations (permits: waste, PPC, radioactive substances and water discharges; ArcGIS REST) + OpenStreetMap fuel forecourts</w:t>
            </w:r>
          </w:p>
        </w:tc>
        <w:tc>
          <w:tcPr>
            <w:tcW w:w="5220" w:type="dxa"/>
          </w:tcPr>
          <w:p w14:paraId="00D25003" w14:textId="77777777" w:rsidR="00000000" w:rsidRDefault="00000000">
            <w:r>
              <w:rPr>
                <w:sz w:val="18"/>
              </w:rPr>
              <w:t>Environmental permits, registered facilities and flood defence assets within 1 km (Appendix O). Data reflects SEPA and council records at the time this report was generated and may be subject to change (e.g. new or updated permits).</w:t>
            </w:r>
          </w:p>
        </w:tc>
      </w:tr>
      <w:tr w:rsidR="00D25001" w14:paraId="969D86DE" w14:textId="77777777">
        <w:tc>
          <w:tcPr>
            <w:tcW w:w="4140" w:type="dxa"/>
          </w:tcPr>
          <w:p w14:paraId="0E6F4FA0" w14:textId="77777777" w:rsidR="00000000" w:rsidRDefault="00000000">
            <w:r>
              <w:rPr>
                <w:sz w:val="18"/>
              </w:rPr>
              <w:t>GB1900 Historical Gazetteer (CC-BY-SA 4.0, Great Britain Historical GIS / GB1900 partners and volunteers)</w:t>
            </w:r>
          </w:p>
        </w:tc>
        <w:tc>
          <w:tcPr>
            <w:tcW w:w="5220" w:type="dxa"/>
          </w:tcPr>
          <w:p w14:paraId="581595C4" w14:textId="77777777" w:rsidR="00000000" w:rsidRDefault="00000000">
            <w:r>
              <w:rPr>
                <w:sz w:val="18"/>
              </w:rPr>
              <w:t>Historical map feature and tunnel/subway portal positioning, OS Six-Inch County Series 1888-1913 (Appendix P, Q)</w:t>
            </w:r>
          </w:p>
        </w:tc>
      </w:tr>
      <w:tr w:rsidR="00D25001" w14:paraId="F2832F0D" w14:textId="77777777">
        <w:tc>
          <w:tcPr>
            <w:tcW w:w="4140" w:type="dxa"/>
          </w:tcPr>
          <w:p w14:paraId="5D6378D9" w14:textId="77777777" w:rsidR="00000000" w:rsidRDefault="00000000">
            <w:r>
              <w:rPr>
                <w:sz w:val="18"/>
              </w:rPr>
              <w:t>OpenStreetMap (local extract, infrastructure and land-use sites)</w:t>
            </w:r>
          </w:p>
        </w:tc>
        <w:tc>
          <w:tcPr>
            <w:tcW w:w="5220" w:type="dxa"/>
          </w:tcPr>
          <w:p w14:paraId="A7EAC21B" w14:textId="77777777" w:rsidR="00000000" w:rsidRDefault="00000000">
            <w:r>
              <w:rPr>
                <w:sz w:val="18"/>
              </w:rPr>
              <w:t>Current infrastructure and land-use feature positioning (Appendix P)</w:t>
            </w:r>
          </w:p>
        </w:tc>
      </w:tr>
      <w:tr w:rsidR="00D25001" w14:paraId="DF0FCC2E" w14:textId="77777777">
        <w:tc>
          <w:tcPr>
            <w:tcW w:w="4140" w:type="dxa"/>
          </w:tcPr>
          <w:p w14:paraId="8CB9C37E" w14:textId="77777777" w:rsidR="00000000" w:rsidRDefault="00000000">
            <w:r>
              <w:rPr>
                <w:sz w:val="18"/>
              </w:rPr>
              <w:t>OpenStreetMap (local extract, tunnel/subway geometry)</w:t>
            </w:r>
          </w:p>
        </w:tc>
        <w:tc>
          <w:tcPr>
            <w:tcW w:w="5220" w:type="dxa"/>
          </w:tcPr>
          <w:p w14:paraId="409C8078" w14:textId="77777777" w:rsidR="00000000" w:rsidRDefault="00000000">
            <w:r>
              <w:rPr>
                <w:sz w:val="18"/>
              </w:rPr>
              <w:t>Underground and buried structure positioning (Appendix Q)</w:t>
            </w:r>
          </w:p>
        </w:tc>
      </w:tr>
      <w:tr w:rsidR="00D25001" w14:paraId="E1F2A3B4" w14:textId="77777777">
        <w:tc>
          <w:tcPr>
            <w:tcW w:w="4140" w:type="dxa"/>
          </w:tcPr>
          <w:p w14:paraId="F2A3B4C5" w14:textId="77777777" w:rsidR="00000000" w:rsidRDefault="00000000">
            <w:r>
              <w:rPr>
                <w:sz w:val="18"/>
              </w:rPr>
              <w:t>SEPA Future Flood Maps – River, Coastal and Surface Water (climate change)</w:t>
            </w:r>
          </w:p>
        </w:tc>
        <w:tc>
          <w:tcPr>
            <w:tcW w:w="5220" w:type="dxa"/>
          </w:tcPr>
          <w:p w14:paraId="A3B4C5D6" w14:textId="77777777" w:rsidR="00000000" w:rsidRDefault="00000000">
            <w:r>
              <w:rPr>
                <w:sz w:val="18"/>
              </w:rPr>
              <w:t>Flood extent with climate change, reference only (Appendix R) – does not affect the ratings in the table above</w:t>
            </w:r>
          </w:p>
        </w:tc>
      </w:tr>
    </w:tbl>
    <w:p w14:paraId="2DEA9D66" w14:textId="77777777" w:rsidR="001938FA" w:rsidRDefault="001938FA">
      <w:pPr>
        <w:spacing w:before="40" w:after="40"/>
      </w:pPr>
    </w:p>
    <w:p w14:paraId="1CA516B1" w14:textId="77777777" w:rsidR="001938FA" w:rsidRDefault="00000000">
      <w:pPr>
        <w:pStyle w:val="Heading1"/>
      </w:pPr>
      <w:r>
        <w:t>3   GEOHAZARD RISK SUMMARY</w:t>
      </w:r>
    </w:p>
    <w:p w14:paraId="04644677" w14:textId="77777777" w:rsidR="001938FA" w:rsidRDefault="00000000">
      <w:r>
        <w:t>The table below summarises the geohazard risk rating and data confidence level for each hazard assessed. The overall ground risk classification for the site is High.</w:t>
      </w:r>
    </w:p>
    <w:p w14:paraId="15F0059F" w14:textId="77777777" w:rsidR="001938FA" w:rsidRDefault="001938FA">
      <w:pPr>
        <w:spacing w:before="40" w:after="40"/>
      </w:pPr>
    </w:p>
    <w:tbl>
      <w:tblPr>
        <w:tblStyle w:val="TableGrid"/>
        <w:tblW w:w="9360" w:type="dxa"/>
        <w:tblLook w:val="04A0" w:firstRow="1" w:lastRow="0" w:firstColumn="1" w:lastColumn="0" w:noHBand="0" w:noVBand="1"/>
      </w:tblPr>
      <w:tblGrid>
        <w:gridCol w:w="720"/>
        <w:gridCol w:w="4320"/>
        <w:gridCol w:w="2160"/>
        <w:gridCol w:w="2160"/>
      </w:tblGrid>
      <w:tr w:rsidR="001938FA" w14:paraId="513448F4" w14:textId="77777777">
        <w:tc>
          <w:tcPr>
            <w:tcW w:w="720" w:type="dxa"/>
            <w:shd w:val="clear" w:color="auto" w:fill="DBE5F1"/>
          </w:tcPr>
          <w:p w14:paraId="341455B1" w14:textId="77777777" w:rsidR="001938FA" w:rsidRDefault="00000000">
            <w:pPr>
              <w:jc w:val="center"/>
            </w:pPr>
            <w:r>
              <w:rPr>
                <w:b/>
                <w:sz w:val="18"/>
              </w:rPr>
              <w:t>Ref.</w:t>
            </w:r>
          </w:p>
        </w:tc>
        <w:tc>
          <w:tcPr>
            <w:tcW w:w="4320" w:type="dxa"/>
            <w:shd w:val="clear" w:color="auto" w:fill="DBE5F1"/>
          </w:tcPr>
          <w:p w14:paraId="0B28323C" w14:textId="77777777" w:rsidR="001938FA" w:rsidRDefault="00000000">
            <w:pPr>
              <w:jc w:val="center"/>
            </w:pPr>
            <w:r>
              <w:rPr>
                <w:b/>
                <w:sz w:val="18"/>
              </w:rPr>
              <w:t>Geohazard</w:t>
            </w:r>
          </w:p>
        </w:tc>
        <w:tc>
          <w:tcPr>
            <w:tcW w:w="2160" w:type="dxa"/>
            <w:shd w:val="clear" w:color="auto" w:fill="DBE5F1"/>
          </w:tcPr>
          <w:p w14:paraId="201BCD7D" w14:textId="77777777" w:rsidR="001938FA" w:rsidRDefault="00000000">
            <w:pPr>
              <w:jc w:val="center"/>
            </w:pPr>
            <w:r>
              <w:rPr>
                <w:b/>
                <w:sz w:val="18"/>
              </w:rPr>
              <w:t>Risk Rating</w:t>
            </w:r>
          </w:p>
        </w:tc>
        <w:tc>
          <w:tcPr>
            <w:tcW w:w="2160" w:type="dxa"/>
            <w:shd w:val="clear" w:color="auto" w:fill="DBE5F1"/>
          </w:tcPr>
          <w:p w14:paraId="65A6F5E5" w14:textId="77777777" w:rsidR="001938FA" w:rsidRDefault="00000000">
            <w:pPr>
              <w:jc w:val="center"/>
            </w:pPr>
            <w:r>
              <w:rPr>
                <w:b/>
                <w:sz w:val="18"/>
              </w:rPr>
              <w:t>Data Confidence</w:t>
            </w:r>
          </w:p>
        </w:tc>
      </w:tr>
      <w:tr w:rsidR="001938FA" w14:paraId="7A9F7A4B" w14:textId="77777777">
        <w:tc>
          <w:tcPr>
            <w:tcW w:w="720" w:type="dxa"/>
          </w:tcPr>
          <w:p w14:paraId="5DDF8EA8" w14:textId="77777777" w:rsidR="001938FA" w:rsidRDefault="00000000">
            <w:pPr>
              <w:jc w:val="center"/>
            </w:pPr>
            <w:r>
              <w:rPr>
                <w:sz w:val="18"/>
              </w:rPr>
              <w:t>GH01</w:t>
            </w:r>
          </w:p>
        </w:tc>
        <w:tc>
          <w:tcPr>
            <w:tcW w:w="4320" w:type="dxa"/>
          </w:tcPr>
          <w:p w14:paraId="6470B0F3" w14:textId="327B564C" w:rsidR="001938FA" w:rsidRDefault="00000000">
            <w:r>
              <w:rPr>
                <w:sz w:val="18"/>
              </w:rPr>
              <w:t>Mining Legacy (Appendix G)</w:t>
            </w:r>
          </w:p>
        </w:tc>
        <w:tc>
          <w:tcPr>
            <w:tcW w:w="2160" w:type="dxa"/>
            <w:shd w:val="clear" w:color="auto" w:fill="FFE8CC"/>
          </w:tcPr>
          <w:p w14:paraId="52414606" w14:textId="77777777" w:rsidR="001938FA" w:rsidRDefault="00000000">
            <w:pPr>
              <w:jc w:val="center"/>
            </w:pPr>
            <w:r>
              <w:rPr>
                <w:b/>
                <w:color w:val="FF7200"/>
                <w:sz w:val="18"/>
              </w:rPr>
              <w:t>High</w:t>
            </w:r>
          </w:p>
        </w:tc>
        <w:tc>
          <w:tcPr>
            <w:tcW w:w="2160" w:type="dxa"/>
            <w:shd w:val="clear" w:color="auto" w:fill="FFE8CC"/>
            <w:shd w:val="clear" w:color="auto" w:fill="E2EFDA"/>
          </w:tcPr>
          <w:p w14:paraId="2D2835AA" w14:textId="77777777" w:rsidR="001938FA" w:rsidRDefault="00000000">
            <w:pPr>
              <w:jc w:val="center"/>
            </w:pPr>
            <w:r>
              <w:rPr>
                <w:b/>
                <w:color w:val="378610"/>
                <w:sz w:val="18"/>
              </w:rPr>
              <w:t>High</w:t>
            </w:r>
          </w:p>
        </w:tc>
      </w:tr>
      <w:tr w:rsidR="001938FA" w14:paraId="2C4D76B1" w14:textId="77777777">
        <w:tc>
          <w:tcPr>
            <w:tcW w:w="720" w:type="dxa"/>
          </w:tcPr>
          <w:p w14:paraId="532390A5" w14:textId="77777777" w:rsidR="001938FA" w:rsidRDefault="00000000">
            <w:pPr>
              <w:jc w:val="center"/>
            </w:pPr>
            <w:r>
              <w:rPr>
                <w:sz w:val="18"/>
              </w:rPr>
              <w:t>GH02</w:t>
            </w:r>
          </w:p>
        </w:tc>
        <w:tc>
          <w:tcPr>
            <w:tcW w:w="4320" w:type="dxa"/>
          </w:tcPr>
          <w:p w14:paraId="1670FE75" w14:textId="77777777" w:rsidR="001938FA" w:rsidRDefault="00000000">
            <w:r>
              <w:rPr>
                <w:sz w:val="18"/>
              </w:rPr>
              <w:t>Compressible Ground</w:t>
            </w:r>
          </w:p>
        </w:tc>
        <w:tc>
          <w:tcPr>
            <w:tcW w:w="2160" w:type="dxa"/>
            <w:shd w:val="clear" w:color="auto" w:fill="FFF2CC"/>
          </w:tcPr>
          <w:p w14:paraId="07DE934B" w14:textId="77777777" w:rsidR="001938FA" w:rsidRDefault="00000000">
            <w:pPr>
              <w:jc w:val="center"/>
            </w:pPr>
            <w:r>
              <w:rPr>
                <w:b/>
                <w:color w:val="FF9C00"/>
                <w:sz w:val="18"/>
              </w:rPr>
              <w:t>Medium</w:t>
            </w:r>
          </w:p>
        </w:tc>
        <w:tc>
          <w:tcPr>
            <w:tcW w:w="2160" w:type="dxa"/>
            <w:shd w:val="clear" w:color="auto" w:fill="FFF2CC"/>
            <w:shd w:val="clear" w:color="auto" w:fill="FFF2CC"/>
          </w:tcPr>
          <w:p w14:paraId="00C54DFC" w14:textId="77777777" w:rsidR="001938FA" w:rsidRDefault="00000000">
            <w:pPr>
              <w:jc w:val="center"/>
            </w:pPr>
            <w:r>
              <w:rPr>
                <w:b/>
                <w:color w:val="FF9C00"/>
                <w:sz w:val="18"/>
              </w:rPr>
              <w:t>Medium</w:t>
            </w:r>
          </w:p>
        </w:tc>
      </w:tr>
      <w:tr w:rsidR="001938FA" w14:paraId="4F35DC71" w14:textId="77777777">
        <w:tc>
          <w:tcPr>
            <w:tcW w:w="720" w:type="dxa"/>
          </w:tcPr>
          <w:p w14:paraId="32CF3C58" w14:textId="77777777" w:rsidR="001938FA" w:rsidRDefault="00000000">
            <w:pPr>
              <w:jc w:val="center"/>
            </w:pPr>
            <w:r>
              <w:rPr>
                <w:sz w:val="18"/>
              </w:rPr>
              <w:t>GH03</w:t>
            </w:r>
          </w:p>
        </w:tc>
        <w:tc>
          <w:tcPr>
            <w:tcW w:w="4320" w:type="dxa"/>
          </w:tcPr>
          <w:p w14:paraId="534ACB5B" w14:textId="77777777" w:rsidR="001938FA" w:rsidRDefault="00000000">
            <w:r>
              <w:rPr>
                <w:sz w:val="18"/>
              </w:rPr>
              <w:t>Shrink-Swell Clays</w:t>
            </w:r>
          </w:p>
        </w:tc>
        <w:tc>
          <w:tcPr>
            <w:tcW w:w="2160" w:type="dxa"/>
            <w:shd w:val="clear" w:color="auto" w:fill="E2EFDA"/>
          </w:tcPr>
          <w:p w14:paraId="776839E9" w14:textId="77777777" w:rsidR="001938FA" w:rsidRDefault="00000000">
            <w:pPr>
              <w:jc w:val="center"/>
            </w:pPr>
            <w:r>
              <w:rPr>
                <w:b/>
                <w:color w:val="378610"/>
                <w:sz w:val="18"/>
              </w:rPr>
              <w:t>Low</w:t>
            </w:r>
          </w:p>
        </w:tc>
        <w:tc>
          <w:tcPr>
            <w:tcW w:w="2160" w:type="dxa"/>
            <w:shd w:val="clear" w:color="auto" w:fill="FFF2CC"/>
            <w:shd w:val="clear" w:color="auto" w:fill="FFF2CC"/>
          </w:tcPr>
          <w:p w14:paraId="74828BB0" w14:textId="77777777" w:rsidR="001938FA" w:rsidRDefault="00000000">
            <w:pPr>
              <w:jc w:val="center"/>
            </w:pPr>
            <w:r>
              <w:rPr>
                <w:b/>
                <w:color w:val="FF9C00"/>
                <w:sz w:val="18"/>
              </w:rPr>
              <w:t>Medium</w:t>
            </w:r>
          </w:p>
        </w:tc>
      </w:tr>
      <w:tr w:rsidR="001938FA" w14:paraId="68D447F0" w14:textId="77777777">
        <w:tc>
          <w:tcPr>
            <w:tcW w:w="720" w:type="dxa"/>
          </w:tcPr>
          <w:p w14:paraId="6056BE7B" w14:textId="77777777" w:rsidR="001938FA" w:rsidRDefault="00000000">
            <w:pPr>
              <w:jc w:val="center"/>
            </w:pPr>
            <w:r>
              <w:rPr>
                <w:sz w:val="18"/>
              </w:rPr>
              <w:t>GH04</w:t>
            </w:r>
          </w:p>
        </w:tc>
        <w:tc>
          <w:tcPr>
            <w:tcW w:w="4320" w:type="dxa"/>
          </w:tcPr>
          <w:p w14:paraId="7AD64FF1" w14:textId="77777777" w:rsidR="001938FA" w:rsidRDefault="00000000">
            <w:r>
              <w:rPr>
                <w:sz w:val="18"/>
              </w:rPr>
              <w:t>Slope Instability</w:t>
            </w:r>
          </w:p>
        </w:tc>
        <w:tc>
          <w:tcPr>
            <w:tcW w:w="2160" w:type="dxa"/>
            <w:shd w:val="clear" w:color="auto" w:fill="E2EFDA"/>
          </w:tcPr>
          <w:p w14:paraId="0AC5D9E6" w14:textId="77777777" w:rsidR="001938FA" w:rsidRDefault="00000000">
            <w:pPr>
              <w:jc w:val="center"/>
            </w:pPr>
            <w:r>
              <w:rPr>
                <w:b/>
                <w:color w:val="378610"/>
                <w:sz w:val="18"/>
              </w:rPr>
              <w:t>Low</w:t>
            </w:r>
          </w:p>
        </w:tc>
        <w:tc>
          <w:tcPr>
            <w:tcW w:w="2160" w:type="dxa"/>
            <w:shd w:val="clear" w:color="auto" w:fill="E2EFDA"/>
            <w:shd w:val="clear" w:color="auto" w:fill="FFE8CC"/>
          </w:tcPr>
          <w:p w14:paraId="6344FE15" w14:textId="77777777" w:rsidR="001938FA" w:rsidRDefault="00000000">
            <w:pPr>
              <w:jc w:val="center"/>
            </w:pPr>
            <w:r>
              <w:rPr>
                <w:b/>
                <w:color w:val="FF7200"/>
                <w:sz w:val="18"/>
              </w:rPr>
              <w:t>Low</w:t>
            </w:r>
          </w:p>
        </w:tc>
      </w:tr>
      <w:tr w:rsidR="001938FA" w14:paraId="51A30503" w14:textId="77777777">
        <w:tc>
          <w:tcPr>
            <w:tcW w:w="720" w:type="dxa"/>
          </w:tcPr>
          <w:p w14:paraId="32D8BA00" w14:textId="77777777" w:rsidR="001938FA" w:rsidRDefault="00000000">
            <w:pPr>
              <w:jc w:val="center"/>
            </w:pPr>
            <w:r>
              <w:rPr>
                <w:sz w:val="18"/>
              </w:rPr>
              <w:t>GH05</w:t>
            </w:r>
          </w:p>
        </w:tc>
        <w:tc>
          <w:tcPr>
            <w:tcW w:w="4320" w:type="dxa"/>
          </w:tcPr>
          <w:p w14:paraId="3F64567C" w14:textId="77777777" w:rsidR="001938FA" w:rsidRDefault="00000000">
            <w:r>
              <w:rPr>
                <w:sz w:val="18"/>
              </w:rPr>
              <w:t>Dissolution Features</w:t>
            </w:r>
          </w:p>
        </w:tc>
        <w:tc>
          <w:tcPr>
            <w:tcW w:w="2160" w:type="dxa"/>
            <w:shd w:val="clear" w:color="auto" w:fill="FFF2CC"/>
          </w:tcPr>
          <w:p w14:paraId="0756ADA4" w14:textId="77777777" w:rsidR="001938FA" w:rsidRDefault="00000000">
            <w:pPr>
              <w:jc w:val="center"/>
            </w:pPr>
            <w:r>
              <w:rPr>
                <w:b/>
                <w:color w:val="FF9C00"/>
                <w:sz w:val="18"/>
              </w:rPr>
              <w:t>Medium</w:t>
            </w:r>
          </w:p>
        </w:tc>
        <w:tc>
          <w:tcPr>
            <w:tcW w:w="2160" w:type="dxa"/>
            <w:shd w:val="clear" w:color="auto" w:fill="FFF2CC"/>
            <w:shd w:val="clear" w:color="auto" w:fill="FFF2CC"/>
          </w:tcPr>
          <w:p w14:paraId="235010D8" w14:textId="77777777" w:rsidR="001938FA" w:rsidRDefault="00000000">
            <w:pPr>
              <w:jc w:val="center"/>
            </w:pPr>
            <w:r>
              <w:rPr>
                <w:b/>
                <w:color w:val="FF9C00"/>
                <w:sz w:val="18"/>
              </w:rPr>
              <w:t>Medium</w:t>
            </w:r>
          </w:p>
        </w:tc>
      </w:tr>
      <w:tr w:rsidR="001938FA" w14:paraId="5CC99426" w14:textId="77777777">
        <w:tc>
          <w:tcPr>
            <w:tcW w:w="720" w:type="dxa"/>
          </w:tcPr>
          <w:p w14:paraId="7604160F" w14:textId="77777777" w:rsidR="001938FA" w:rsidRDefault="00000000">
            <w:pPr>
              <w:jc w:val="center"/>
            </w:pPr>
            <w:r>
              <w:rPr>
                <w:sz w:val="18"/>
              </w:rPr>
              <w:t>GH06</w:t>
            </w:r>
          </w:p>
        </w:tc>
        <w:tc>
          <w:tcPr>
            <w:tcW w:w="4320" w:type="dxa"/>
          </w:tcPr>
          <w:p w14:paraId="15CF32B7" w14:textId="77777777" w:rsidR="001938FA" w:rsidRDefault="00000000">
            <w:r>
              <w:rPr>
                <w:sz w:val="18"/>
              </w:rPr>
              <w:t>Made Ground</w:t>
            </w:r>
          </w:p>
        </w:tc>
        <w:tc>
          <w:tcPr>
            <w:tcW w:w="2160" w:type="dxa"/>
            <w:shd w:val="clear" w:color="auto" w:fill="FFF2CC"/>
          </w:tcPr>
          <w:p w14:paraId="48D9544C" w14:textId="77777777" w:rsidR="001938FA" w:rsidRDefault="00000000">
            <w:pPr>
              <w:jc w:val="center"/>
            </w:pPr>
            <w:r>
              <w:rPr>
                <w:b/>
                <w:color w:val="FF9C00"/>
                <w:sz w:val="18"/>
              </w:rPr>
              <w:t>Medium</w:t>
            </w:r>
          </w:p>
        </w:tc>
        <w:tc>
          <w:tcPr>
            <w:tcW w:w="2160" w:type="dxa"/>
            <w:shd w:val="clear" w:color="auto" w:fill="FFF2CC"/>
            <w:shd w:val="clear" w:color="auto" w:fill="FFF2CC"/>
          </w:tcPr>
          <w:p w14:paraId="5483BBD4" w14:textId="77777777" w:rsidR="001938FA" w:rsidRDefault="00000000">
            <w:pPr>
              <w:jc w:val="center"/>
            </w:pPr>
            <w:r>
              <w:rPr>
                <w:b/>
                <w:color w:val="FF9C00"/>
                <w:sz w:val="18"/>
              </w:rPr>
              <w:t>Medium</w:t>
            </w:r>
          </w:p>
        </w:tc>
      </w:tr>
      <w:tr w:rsidR="001938FA" w14:paraId="0F8910E5" w14:textId="77777777">
        <w:tc>
          <w:tcPr>
            <w:tcW w:w="720" w:type="dxa"/>
          </w:tcPr>
          <w:p w14:paraId="3C45515E" w14:textId="77777777" w:rsidR="001938FA" w:rsidRDefault="00000000">
            <w:pPr>
              <w:jc w:val="center"/>
            </w:pPr>
            <w:r>
              <w:rPr>
                <w:sz w:val="18"/>
              </w:rPr>
              <w:t>GH07</w:t>
            </w:r>
          </w:p>
        </w:tc>
        <w:tc>
          <w:tcPr>
            <w:tcW w:w="4320" w:type="dxa"/>
          </w:tcPr>
          <w:p w14:paraId="4A4F5BA3" w14:textId="7841A55C" w:rsidR="001938FA" w:rsidRDefault="00000000">
            <w:r>
              <w:rPr>
                <w:sz w:val="18"/>
              </w:rPr>
              <w:t>River and Coastal Flood Risk (Appendix D)</w:t>
            </w:r>
          </w:p>
        </w:tc>
        <w:tc>
          <w:tcPr>
            <w:tcW w:w="2160" w:type="dxa"/>
            <w:shd w:val="clear" w:color="auto" w:fill="FFE8CC"/>
          </w:tcPr>
          <w:p w14:paraId="617B69E8" w14:textId="77777777" w:rsidR="001938FA" w:rsidRDefault="00000000">
            <w:pPr>
              <w:jc w:val="center"/>
            </w:pPr>
            <w:r>
              <w:rPr>
                <w:b/>
                <w:color w:val="FF7200"/>
                <w:sz w:val="18"/>
              </w:rPr>
              <w:t>High</w:t>
            </w:r>
          </w:p>
        </w:tc>
        <w:tc>
          <w:tcPr>
            <w:tcW w:w="2160" w:type="dxa"/>
            <w:shd w:val="clear" w:color="auto" w:fill="FFE8CC"/>
            <w:shd w:val="clear" w:color="auto" w:fill="E2EFDA"/>
          </w:tcPr>
          <w:p w14:paraId="569AE67C" w14:textId="77777777" w:rsidR="001938FA" w:rsidRDefault="00000000">
            <w:pPr>
              <w:jc w:val="center"/>
            </w:pPr>
            <w:r>
              <w:rPr>
                <w:b/>
                <w:color w:val="378610"/>
                <w:sz w:val="18"/>
              </w:rPr>
              <w:t>High</w:t>
            </w:r>
          </w:p>
        </w:tc>
      </w:tr>
      <w:tr w:rsidR="001938FA" w14:paraId="60D68F2D" w14:textId="77777777">
        <w:tc>
          <w:tcPr>
            <w:tcW w:w="720" w:type="dxa"/>
          </w:tcPr>
          <w:p w14:paraId="1859DF9C" w14:textId="77777777" w:rsidR="001938FA" w:rsidRDefault="00000000">
            <w:pPr>
              <w:jc w:val="center"/>
            </w:pPr>
            <w:r>
              <w:rPr>
                <w:sz w:val="18"/>
              </w:rPr>
              <w:t>GH08</w:t>
            </w:r>
          </w:p>
        </w:tc>
        <w:tc>
          <w:tcPr>
            <w:tcW w:w="4320" w:type="dxa"/>
          </w:tcPr>
          <w:p w14:paraId="4AE422E9" w14:textId="628D2709" w:rsidR="001938FA" w:rsidRDefault="00000000">
            <w:r>
              <w:rPr>
                <w:sz w:val="18"/>
              </w:rPr>
              <w:t>Surface Water Flood Risk (Appendix L)</w:t>
            </w:r>
          </w:p>
        </w:tc>
        <w:tc>
          <w:tcPr>
            <w:tcW w:w="2160" w:type="dxa"/>
            <w:shd w:val="clear" w:color="auto" w:fill="FFE8CC"/>
          </w:tcPr>
          <w:p w14:paraId="2D1C2A2D" w14:textId="77777777" w:rsidR="001938FA" w:rsidRDefault="00000000">
            <w:pPr>
              <w:jc w:val="center"/>
            </w:pPr>
            <w:r>
              <w:rPr>
                <w:b/>
                <w:color w:val="FF7200"/>
                <w:sz w:val="18"/>
              </w:rPr>
              <w:t>High</w:t>
            </w:r>
          </w:p>
        </w:tc>
        <w:tc>
          <w:tcPr>
            <w:tcW w:w="2160" w:type="dxa"/>
            <w:shd w:val="clear" w:color="auto" w:fill="FFE8CC"/>
            <w:shd w:val="clear" w:color="auto" w:fill="E2EFDA"/>
          </w:tcPr>
          <w:p w14:paraId="2C8AB88C" w14:textId="77777777" w:rsidR="001938FA" w:rsidRDefault="00000000">
            <w:pPr>
              <w:jc w:val="center"/>
            </w:pPr>
            <w:r>
              <w:rPr>
                <w:b/>
                <w:color w:val="378610"/>
                <w:sz w:val="18"/>
              </w:rPr>
              <w:t>High</w:t>
            </w:r>
          </w:p>
        </w:tc>
      </w:tr>
      <w:tr w:rsidR="001938FA" w14:paraId="123A1154" w14:textId="77777777">
        <w:tc>
          <w:tcPr>
            <w:tcW w:w="720" w:type="dxa"/>
          </w:tcPr>
          <w:p w14:paraId="223F93A8" w14:textId="77777777" w:rsidR="001938FA" w:rsidRDefault="00000000">
            <w:pPr>
              <w:jc w:val="center"/>
            </w:pPr>
            <w:r>
              <w:rPr>
                <w:sz w:val="18"/>
              </w:rPr>
              <w:t>GH09</w:t>
            </w:r>
          </w:p>
        </w:tc>
        <w:tc>
          <w:tcPr>
            <w:tcW w:w="4320" w:type="dxa"/>
          </w:tcPr>
          <w:p w14:paraId="7C10537E" w14:textId="57378F4F" w:rsidR="001938FA" w:rsidRDefault="00000000">
            <w:r>
              <w:rPr>
                <w:sz w:val="18"/>
              </w:rPr>
              <w:t>Radon (Appendix H)</w:t>
            </w:r>
          </w:p>
        </w:tc>
        <w:tc>
          <w:tcPr>
            <w:tcW w:w="2160" w:type="dxa"/>
            <w:shd w:val="clear" w:color="auto" w:fill="E2EFDA"/>
          </w:tcPr>
          <w:p w14:paraId="19600335" w14:textId="77777777" w:rsidR="001938FA" w:rsidRDefault="00000000">
            <w:pPr>
              <w:jc w:val="center"/>
            </w:pPr>
            <w:r>
              <w:rPr>
                <w:b/>
                <w:color w:val="378610"/>
                <w:sz w:val="18"/>
              </w:rPr>
              <w:t>Low</w:t>
            </w:r>
          </w:p>
        </w:tc>
        <w:tc>
          <w:tcPr>
            <w:tcW w:w="2160" w:type="dxa"/>
            <w:shd w:val="clear" w:color="auto" w:fill="FFE8CC"/>
            <w:shd w:val="clear" w:color="auto" w:fill="E2EFDA"/>
          </w:tcPr>
          <w:p w14:paraId="1367DA9A" w14:textId="77777777" w:rsidR="001938FA" w:rsidRDefault="00000000">
            <w:pPr>
              <w:jc w:val="center"/>
            </w:pPr>
            <w:r>
              <w:rPr>
                <w:b/>
                <w:color w:val="378610"/>
                <w:sz w:val="18"/>
              </w:rPr>
              <w:t>High</w:t>
            </w:r>
          </w:p>
        </w:tc>
      </w:tr>
      <w:tr w:rsidR="001938FA" w14:paraId="7B088D24" w14:textId="77777777">
        <w:tc>
          <w:tcPr>
            <w:tcW w:w="720" w:type="dxa"/>
          </w:tcPr>
          <w:p w14:paraId="58B76CA6" w14:textId="77777777" w:rsidR="001938FA" w:rsidRDefault="00000000">
            <w:pPr>
              <w:jc w:val="center"/>
            </w:pPr>
            <w:r>
              <w:rPr>
                <w:sz w:val="18"/>
              </w:rPr>
              <w:t>GH10</w:t>
            </w:r>
          </w:p>
        </w:tc>
        <w:tc>
          <w:tcPr>
            <w:tcW w:w="4320" w:type="dxa"/>
          </w:tcPr>
          <w:p w14:paraId="0FD011CC" w14:textId="77777777" w:rsidR="001938FA" w:rsidRDefault="00000000">
            <w:r>
              <w:rPr>
                <w:sz w:val="18"/>
              </w:rPr>
              <w:t>Ground Gas</w:t>
            </w:r>
          </w:p>
        </w:tc>
        <w:tc>
          <w:tcPr>
            <w:tcW w:w="2160" w:type="dxa"/>
            <w:shd w:val="clear" w:color="auto" w:fill="FFF2CC"/>
          </w:tcPr>
          <w:p w14:paraId="3C476B64" w14:textId="77777777" w:rsidR="001938FA" w:rsidRDefault="00000000">
            <w:pPr>
              <w:jc w:val="center"/>
            </w:pPr>
            <w:r>
              <w:rPr>
                <w:b/>
                <w:color w:val="FF9C00"/>
                <w:sz w:val="18"/>
              </w:rPr>
              <w:t>Medium</w:t>
            </w:r>
          </w:p>
        </w:tc>
        <w:tc>
          <w:tcPr>
            <w:tcW w:w="2160" w:type="dxa"/>
            <w:shd w:val="clear" w:color="auto" w:fill="FFF2CC"/>
            <w:shd w:val="clear" w:color="auto" w:fill="FFF2CC"/>
          </w:tcPr>
          <w:p w14:paraId="1AEFC295" w14:textId="77777777" w:rsidR="001938FA" w:rsidRDefault="00000000">
            <w:pPr>
              <w:jc w:val="center"/>
            </w:pPr>
            <w:r>
              <w:rPr>
                <w:b/>
                <w:color w:val="FF9C00"/>
                <w:sz w:val="18"/>
              </w:rPr>
              <w:t>Medium</w:t>
            </w:r>
          </w:p>
        </w:tc>
      </w:tr>
      <w:tr w:rsidR="001938FA" w14:paraId="0348052C" w14:textId="77777777">
        <w:tc>
          <w:tcPr>
            <w:tcW w:w="720" w:type="dxa"/>
          </w:tcPr>
          <w:p w14:paraId="121B9511" w14:textId="77777777" w:rsidR="001938FA" w:rsidRDefault="00000000">
            <w:pPr>
              <w:jc w:val="center"/>
            </w:pPr>
            <w:r>
              <w:rPr>
                <w:sz w:val="18"/>
              </w:rPr>
              <w:t>GH12</w:t>
            </w:r>
          </w:p>
        </w:tc>
        <w:tc>
          <w:tcPr>
            <w:tcW w:w="4320" w:type="dxa"/>
          </w:tcPr>
          <w:p w14:paraId="473271BC" w14:textId="77777777" w:rsidR="001938FA" w:rsidRDefault="00000000">
            <w:r>
              <w:rPr>
                <w:sz w:val="18"/>
              </w:rPr>
              <w:t>Aggressive Ground Conditions</w:t>
            </w:r>
          </w:p>
        </w:tc>
        <w:tc>
          <w:tcPr>
            <w:tcW w:w="2160" w:type="dxa"/>
            <w:shd w:val="clear" w:color="auto" w:fill="FFF2CC"/>
          </w:tcPr>
          <w:p w14:paraId="75421ADA" w14:textId="77777777" w:rsidR="001938FA" w:rsidRDefault="00000000">
            <w:pPr>
              <w:jc w:val="center"/>
            </w:pPr>
            <w:r>
              <w:rPr>
                <w:b/>
                <w:color w:val="FF9C00"/>
                <w:sz w:val="18"/>
              </w:rPr>
              <w:t>Medium</w:t>
            </w:r>
          </w:p>
        </w:tc>
        <w:tc>
          <w:tcPr>
            <w:tcW w:w="2160" w:type="dxa"/>
            <w:shd w:val="clear" w:color="auto" w:fill="FFF2CC"/>
            <w:shd w:val="clear" w:color="auto" w:fill="FFF2CC"/>
          </w:tcPr>
          <w:p w14:paraId="040D0A12" w14:textId="77777777" w:rsidR="001938FA" w:rsidRDefault="00000000">
            <w:pPr>
              <w:jc w:val="center"/>
            </w:pPr>
            <w:r>
              <w:rPr>
                <w:b/>
                <w:color w:val="FF9C00"/>
                <w:sz w:val="18"/>
              </w:rPr>
              <w:t>Medium</w:t>
            </w:r>
          </w:p>
        </w:tc>
      </w:tr>
      <w:tr w:rsidR="001938FA" w14:paraId="26468FC4" w14:textId="77777777">
        <w:tc>
          <w:tcPr>
            <w:tcW w:w="720" w:type="dxa"/>
          </w:tcPr>
          <w:p w14:paraId="495C5078" w14:textId="77777777" w:rsidR="001938FA" w:rsidRDefault="00000000">
            <w:pPr>
              <w:jc w:val="center"/>
            </w:pPr>
            <w:r>
              <w:rPr>
                <w:sz w:val="18"/>
              </w:rPr>
              <w:t>PWS</w:t>
            </w:r>
          </w:p>
        </w:tc>
        <w:tc>
          <w:tcPr>
            <w:tcW w:w="4320" w:type="dxa"/>
          </w:tcPr>
          <w:p w14:paraId="7587DA0A" w14:textId="05B214C8" w:rsidR="001938FA" w:rsidRDefault="00000000">
            <w:r>
              <w:rPr>
                <w:sz w:val="18"/>
              </w:rPr>
              <w:t>Public Water Supply Catchment (Appendix M)</w:t>
            </w:r>
          </w:p>
        </w:tc>
        <w:tc>
          <w:tcPr>
            <w:tcW w:w="2160" w:type="dxa"/>
            <w:shd w:val="clear" w:color="auto" w:fill="F2F2F2"/>
          </w:tcPr>
          <w:p w14:paraId="77C4B8A7" w14:textId="77777777" w:rsidR="001938FA" w:rsidRDefault="00000000">
            <w:pPr>
              <w:jc w:val="center"/>
            </w:pPr>
            <w:r>
              <w:rPr>
                <w:b/>
                <w:color w:val="808080"/>
                <w:sz w:val="18"/>
              </w:rPr>
              <w:t>Not identified</w:t>
            </w:r>
          </w:p>
        </w:tc>
        <w:tc>
          <w:tcPr>
            <w:tcW w:w="2160" w:type="dxa"/>
            <w:shd w:val="clear" w:color="auto" w:fill="FFE8CC"/>
            <w:shd w:val="clear" w:color="auto" w:fill="E2EFDA"/>
          </w:tcPr>
          <w:p w14:paraId="50ECC4CB" w14:textId="77777777" w:rsidR="001938FA" w:rsidRDefault="00000000">
            <w:pPr>
              <w:jc w:val="center"/>
            </w:pPr>
            <w:r>
              <w:rPr>
                <w:b/>
                <w:color w:val="378610"/>
                <w:sz w:val="18"/>
              </w:rPr>
              <w:t>High</w:t>
            </w:r>
          </w:p>
        </w:tc>
      </w:tr>
    </w:tbl>
    <w:p w14:paraId="7CFB1809" w14:textId="77777777" w:rsidR="001938FA" w:rsidRDefault="001938FA">
      <w:pPr>
        <w:spacing w:before="40" w:after="40"/>
      </w:pPr>
    </w:p>
    <w:p w14:paraId="47D6142C" w14:textId="77777777" w:rsidR="001938FA" w:rsidRDefault="00000000">
      <w:pPr>
        <w:spacing w:before="40" w:after="40"/>
      </w:pPr>
      <w:r>
        <w:rPr>
          <w:i/>
          <w:sz w:val="18"/>
        </w:rPr>
        <w:lastRenderedPageBreak/>
        <w:t>The overall risk classification reflects the highest-rated hazard, with adjustment where multiple Medium-rated hazards collectively indicate increased development sensitivity at this preliminary screening stage.</w:t>
      </w:r>
    </w:p>
    <w:p w14:paraId="7AD0B2F9" w14:textId="77777777" w:rsidR="001938FA" w:rsidRDefault="00000000">
      <w:pPr>
        <w:spacing w:before="40"/>
      </w:pPr>
      <w:r>
        <w:rPr>
          <w:i/>
          <w:sz w:val="18"/>
        </w:rPr>
        <w:t>Flood-risk ratings reflect the worst case anywhere within the route supplied for this Tier 0 screening. Mapped flood extents may also be present in the surrounding area outside the route. Flood zones and surface water extents have been checked across the whole of the route; the Tier 1 report gives the share of the site affected.</w:t>
      </w:r>
    </w:p>
    <w:p w14:paraId="336EF63D" w14:textId="77777777" w:rsidR="001938FA" w:rsidRDefault="001938FA">
      <w:pPr>
        <w:spacing w:before="40" w:after="40"/>
      </w:pPr>
    </w:p>
    <w:p w14:paraId="42E95EB2" w14:textId="77777777" w:rsidR="001938FA" w:rsidRDefault="00000000">
      <w:pPr>
        <w:pStyle w:val="Heading1"/>
      </w:pPr>
      <w:r>
        <w:t>4   RISK RATING AND CONFIDENCE DEFINITIONS</w:t>
      </w:r>
    </w:p>
    <w:p w14:paraId="0DE2B905" w14:textId="77777777" w:rsidR="001938FA" w:rsidRDefault="00000000">
      <w:pPr>
        <w:pStyle w:val="Heading2"/>
      </w:pPr>
      <w:r>
        <w:t>4.1   Risk Rating Scale</w:t>
      </w:r>
    </w:p>
    <w:tbl>
      <w:tblPr>
        <w:tblStyle w:val="TableGrid"/>
        <w:tblW w:w="9360" w:type="dxa"/>
        <w:tblLook w:val="04A0" w:firstRow="1" w:lastRow="0" w:firstColumn="1" w:lastColumn="0" w:noHBand="0" w:noVBand="1"/>
      </w:tblPr>
      <w:tblGrid>
        <w:gridCol w:w="2160"/>
        <w:gridCol w:w="7200"/>
      </w:tblGrid>
      <w:tr w:rsidR="001938FA" w14:paraId="137AB3FC" w14:textId="77777777" w:rsidTr="00366320">
        <w:tc>
          <w:tcPr>
            <w:tcW w:w="2160" w:type="dxa"/>
            <w:shd w:val="clear" w:color="auto" w:fill="DBE5F1" w:themeFill="accent1" w:themeFillTint="33"/>
          </w:tcPr>
          <w:p w14:paraId="4DE0ACF0" w14:textId="77777777" w:rsidR="001938FA" w:rsidRDefault="00000000">
            <w:r>
              <w:rPr>
                <w:b/>
                <w:sz w:val="18"/>
              </w:rPr>
              <w:t>Risk Rating</w:t>
            </w:r>
          </w:p>
        </w:tc>
        <w:tc>
          <w:tcPr>
            <w:tcW w:w="7200" w:type="dxa"/>
            <w:shd w:val="clear" w:color="auto" w:fill="DBE5F1" w:themeFill="accent1" w:themeFillTint="33"/>
          </w:tcPr>
          <w:p w14:paraId="3F574EE6" w14:textId="77777777" w:rsidR="001938FA" w:rsidRDefault="00000000">
            <w:r>
              <w:rPr>
                <w:b/>
                <w:sz w:val="18"/>
              </w:rPr>
              <w:t>Description</w:t>
            </w:r>
          </w:p>
        </w:tc>
      </w:tr>
      <w:tr w:rsidR="001938FA" w14:paraId="68AD0AA3" w14:textId="77777777">
        <w:tc>
          <w:tcPr>
            <w:tcW w:w="2160" w:type="dxa"/>
            <w:shd w:val="clear" w:color="auto" w:fill="FFE0E0"/>
            <w:shd w:val="clear" w:color="auto" w:fill="FFE0E0"/>
          </w:tcPr>
          <w:p w14:paraId="655789A2" w14:textId="77777777" w:rsidR="001938FA" w:rsidRDefault="00000000">
            <w:r>
              <w:rPr>
                <w:b/>
                <w:color w:val="C00000"/>
                <w:sz w:val="18"/>
              </w:rPr>
              <w:t>Very High</w:t>
            </w:r>
          </w:p>
        </w:tc>
        <w:tc>
          <w:tcPr>
            <w:tcW w:w="7200" w:type="dxa"/>
          </w:tcPr>
          <w:p w14:paraId="6A4809CE" w14:textId="77777777" w:rsidR="001938FA" w:rsidRDefault="00000000">
            <w:r>
              <w:rPr>
                <w:sz w:val="18"/>
              </w:rPr>
              <w:t>A major geohazard has been identified at or close to the site. Development is feasible subject to appropriate mitigation of the identified geotechnical risks and subject to confirmation by intrusive ground investigation.</w:t>
            </w:r>
          </w:p>
        </w:tc>
      </w:tr>
      <w:tr w:rsidR="001938FA" w14:paraId="73E68B0E" w14:textId="77777777">
        <w:tc>
          <w:tcPr>
            <w:tcW w:w="2160" w:type="dxa"/>
            <w:shd w:val="clear" w:color="auto" w:fill="FFE8CC"/>
            <w:shd w:val="clear" w:color="auto" w:fill="FFE8CC"/>
          </w:tcPr>
          <w:p w14:paraId="517DF125" w14:textId="77777777" w:rsidR="001938FA" w:rsidRDefault="00000000">
            <w:r>
              <w:rPr>
                <w:b/>
                <w:color w:val="FF7200"/>
                <w:sz w:val="18"/>
              </w:rPr>
              <w:t>High</w:t>
            </w:r>
          </w:p>
        </w:tc>
        <w:tc>
          <w:tcPr>
            <w:tcW w:w="7200" w:type="dxa"/>
          </w:tcPr>
          <w:p w14:paraId="679901CA" w14:textId="77777777" w:rsidR="001938FA" w:rsidRDefault="00000000">
            <w:r>
              <w:rPr>
                <w:sz w:val="18"/>
              </w:rPr>
              <w:t>A significant geohazard has been identified that is likely to influence the development. Targeted ground investigation and specialist assessment are recommended.</w:t>
            </w:r>
          </w:p>
        </w:tc>
      </w:tr>
      <w:tr w:rsidR="001938FA" w14:paraId="46BB38F0" w14:textId="77777777">
        <w:tc>
          <w:tcPr>
            <w:tcW w:w="2160" w:type="dxa"/>
            <w:shd w:val="clear" w:color="auto" w:fill="FFF2CC"/>
            <w:shd w:val="clear" w:color="auto" w:fill="FFF2CC"/>
          </w:tcPr>
          <w:p w14:paraId="6E718EC5" w14:textId="77777777" w:rsidR="001938FA" w:rsidRDefault="00000000">
            <w:r>
              <w:rPr>
                <w:b/>
                <w:color w:val="FF9C00"/>
                <w:sz w:val="18"/>
              </w:rPr>
              <w:t>Medium</w:t>
            </w:r>
          </w:p>
        </w:tc>
        <w:tc>
          <w:tcPr>
            <w:tcW w:w="7200" w:type="dxa"/>
          </w:tcPr>
          <w:p w14:paraId="157F10FB" w14:textId="77777777" w:rsidR="001938FA" w:rsidRDefault="00000000">
            <w:r>
              <w:rPr>
                <w:sz w:val="18"/>
              </w:rPr>
              <w:t>A geohazard has been identified that may influence the development. Mitigation measures may be required; targeted investigation is advisable to confirm or refine the rating.</w:t>
            </w:r>
          </w:p>
        </w:tc>
      </w:tr>
      <w:tr w:rsidR="001938FA" w14:paraId="6D396898" w14:textId="77777777">
        <w:tc>
          <w:tcPr>
            <w:tcW w:w="2160" w:type="dxa"/>
            <w:shd w:val="clear" w:color="auto" w:fill="E2EFDA"/>
            <w:shd w:val="clear" w:color="auto" w:fill="E2EFDA"/>
          </w:tcPr>
          <w:p w14:paraId="17841B2B" w14:textId="77777777" w:rsidR="001938FA" w:rsidRDefault="00000000">
            <w:r>
              <w:rPr>
                <w:b/>
                <w:color w:val="378610"/>
                <w:sz w:val="18"/>
              </w:rPr>
              <w:t>Low</w:t>
            </w:r>
          </w:p>
        </w:tc>
        <w:tc>
          <w:tcPr>
            <w:tcW w:w="7200" w:type="dxa"/>
          </w:tcPr>
          <w:p w14:paraId="4212FB24" w14:textId="77777777" w:rsidR="001938FA" w:rsidRDefault="00000000">
            <w:r>
              <w:rPr>
                <w:sz w:val="18"/>
              </w:rPr>
              <w:t>No significant geohazard has been identified from available data at this desk-based stage. No specific mitigation measures are anticipated at this stage, subject to confirmation by ground investigation.</w:t>
            </w:r>
          </w:p>
        </w:tc>
      </w:tr>
    </w:tbl>
    <w:p w14:paraId="01DFFB3A" w14:textId="77777777" w:rsidR="001938FA" w:rsidRDefault="00000000">
      <w:pPr>
        <w:pStyle w:val="Heading2"/>
      </w:pPr>
      <w:r>
        <w:t>4.2   Data Confidence Level</w:t>
      </w:r>
    </w:p>
    <w:tbl>
      <w:tblPr>
        <w:tblStyle w:val="TableGrid"/>
        <w:tblW w:w="9360" w:type="dxa"/>
        <w:tblLook w:val="04A0" w:firstRow="1" w:lastRow="0" w:firstColumn="1" w:lastColumn="0" w:noHBand="0" w:noVBand="1"/>
      </w:tblPr>
      <w:tblGrid>
        <w:gridCol w:w="2160"/>
        <w:gridCol w:w="7200"/>
      </w:tblGrid>
      <w:tr w:rsidR="001938FA" w14:paraId="77E92466" w14:textId="77777777" w:rsidTr="00366320">
        <w:tc>
          <w:tcPr>
            <w:tcW w:w="2160" w:type="dxa"/>
            <w:shd w:val="clear" w:color="auto" w:fill="DBE5F1" w:themeFill="accent1" w:themeFillTint="33"/>
          </w:tcPr>
          <w:p w14:paraId="08B59AAB" w14:textId="77777777" w:rsidR="001938FA" w:rsidRDefault="00000000">
            <w:r>
              <w:rPr>
                <w:b/>
                <w:sz w:val="18"/>
              </w:rPr>
              <w:t>Confidence Level</w:t>
            </w:r>
          </w:p>
        </w:tc>
        <w:tc>
          <w:tcPr>
            <w:tcW w:w="7200" w:type="dxa"/>
            <w:shd w:val="clear" w:color="auto" w:fill="DBE5F1" w:themeFill="accent1" w:themeFillTint="33"/>
          </w:tcPr>
          <w:p w14:paraId="39FB4740" w14:textId="77777777" w:rsidR="001938FA" w:rsidRDefault="00000000">
            <w:r>
              <w:rPr>
                <w:b/>
                <w:sz w:val="18"/>
              </w:rPr>
              <w:t>Definition</w:t>
            </w:r>
          </w:p>
        </w:tc>
      </w:tr>
      <w:tr w:rsidR="001938FA" w14:paraId="73B12DFB" w14:textId="77777777">
        <w:tc>
          <w:tcPr>
            <w:tcW w:w="2160" w:type="dxa"/>
            <w:shd w:val="clear" w:color="auto" w:fill="E2EFDA"/>
            <w:shd w:val="clear" w:color="auto" w:fill="FFE8CC"/>
            <w:shd w:val="clear" w:color="auto" w:fill="E2EFDA"/>
          </w:tcPr>
          <w:p w14:paraId="46265CE2" w14:textId="77777777" w:rsidR="001938FA" w:rsidRDefault="00000000">
            <w:r>
              <w:rPr>
                <w:b/>
                <w:color w:val="378610"/>
                <w:sz w:val="18"/>
              </w:rPr>
              <w:t>High</w:t>
            </w:r>
          </w:p>
        </w:tc>
        <w:tc>
          <w:tcPr>
            <w:tcW w:w="7200" w:type="dxa"/>
          </w:tcPr>
          <w:p w14:paraId="48C61F72" w14:textId="77777777" w:rsidR="001938FA" w:rsidRDefault="00000000">
            <w:r>
              <w:rPr>
                <w:sz w:val="18"/>
              </w:rPr>
              <w:t>Multiple corroborating data sources; data returned successfully with high spatial resolution and dataset coverage at this location.</w:t>
            </w:r>
          </w:p>
        </w:tc>
      </w:tr>
      <w:tr w:rsidR="001938FA" w14:paraId="437E0342" w14:textId="77777777">
        <w:tc>
          <w:tcPr>
            <w:tcW w:w="2160" w:type="dxa"/>
            <w:shd w:val="clear" w:color="auto" w:fill="FFF2CC"/>
            <w:shd w:val="clear" w:color="auto" w:fill="FFF2CC"/>
            <w:shd w:val="clear" w:color="auto" w:fill="FFF2CC"/>
          </w:tcPr>
          <w:p w14:paraId="6F3DE0A7" w14:textId="77777777" w:rsidR="001938FA" w:rsidRDefault="00000000">
            <w:r>
              <w:rPr>
                <w:b/>
                <w:color w:val="FF9C00"/>
                <w:sz w:val="18"/>
              </w:rPr>
              <w:t>Medium</w:t>
            </w:r>
          </w:p>
        </w:tc>
        <w:tc>
          <w:tcPr>
            <w:tcW w:w="7200" w:type="dxa"/>
          </w:tcPr>
          <w:p w14:paraId="33E06B38" w14:textId="77777777" w:rsidR="001938FA" w:rsidRDefault="00000000">
            <w:r>
              <w:rPr>
                <w:sz w:val="18"/>
              </w:rPr>
              <w:t>Single primary data source; partial data available; some spatial uncertainty or limited dataset coverage. Rating reflects most probable scenario.</w:t>
            </w:r>
          </w:p>
        </w:tc>
      </w:tr>
      <w:tr w:rsidR="001938FA" w14:paraId="7B091F5C" w14:textId="77777777">
        <w:tc>
          <w:tcPr>
            <w:tcW w:w="2160" w:type="dxa"/>
            <w:shd w:val="clear" w:color="auto" w:fill="FFE8CC"/>
            <w:shd w:val="clear" w:color="auto" w:fill="E2EFDA"/>
            <w:shd w:val="clear" w:color="auto" w:fill="FFE8CC"/>
          </w:tcPr>
          <w:p w14:paraId="544FD27E" w14:textId="77777777" w:rsidR="001938FA" w:rsidRDefault="00000000">
            <w:r>
              <w:rPr>
                <w:b/>
                <w:color w:val="FF7200"/>
                <w:sz w:val="18"/>
              </w:rPr>
              <w:t>Low</w:t>
            </w:r>
          </w:p>
        </w:tc>
        <w:tc>
          <w:tcPr>
            <w:tcW w:w="7200" w:type="dxa"/>
          </w:tcPr>
          <w:p w14:paraId="154B0B9C" w14:textId="77777777" w:rsidR="001938FA" w:rsidRDefault="00000000">
            <w:r>
              <w:rPr>
                <w:sz w:val="18"/>
              </w:rPr>
              <w:t>Limited data available; API query returned no data or fell back to default. Treat the rating with caution and verify through further investigation.</w:t>
            </w:r>
          </w:p>
        </w:tc>
      </w:tr>
    </w:tbl>
    <w:p w14:paraId="2804F566" w14:textId="77777777" w:rsidR="001938FA" w:rsidRDefault="001938FA">
      <w:pPr>
        <w:spacing w:before="40" w:after="40"/>
      </w:pPr>
    </w:p>
    <w:p w14:paraId="00B11001" w14:textId="77777777" w:rsidR="00EA6495" w:rsidRDefault="00000000">
      <w:pPr>
        <w:pStyle w:val="Heading1"/>
      </w:pPr>
      <w:r>
        <w:t>5   SEPA AUTHORISED PERMITTED FACILITIES AND FUEL STATIONS</w:t>
      </w:r>
    </w:p>
    <w:p w14:paraId="00B11002" w14:textId="77777777" w:rsidR="00EA6495" w:rsidRDefault="00000000">
      <w:r>
        <w:t>SEPA-authorised permitted facilities and OpenStreetMap fuel stations identified within 1km of the route are listed below. See Appendix O for mapped locations.</w:t>
      </w:r>
    </w:p>
    <w:tbl>
      <w:tblPr>
        <w:tblStyle w:val="TableGrid"/>
        <w:tblW w:w="0" w:type="auto"/>
        <w:tblLook w:val="04A0" w:firstRow="1" w:lastRow="0" w:firstColumn="1" w:lastColumn="0" w:noHBand="0" w:noVBand="1"/>
      </w:tblPr>
      <w:tblGrid>
        <w:gridCol w:w="3400"/>
        <w:gridCol w:w="2300"/>
        <w:gridCol w:w="1200"/>
        <w:gridCol w:w="1200"/>
      </w:tblGrid>
      <w:tr w:rsidR="00AB1234" w14:paraId="00D11001" w14:textId="77777777">
        <w:tc>
          <w:tcPr>
            <w:tcW w:w="3400" w:type="dxa"/>
            <w:shd w:val="clear" w:color="auto" w:fill="DBE5F1" w:themeFill="accent1" w:themeFillTint="33"/>
          </w:tcPr>
          <w:p w14:paraId="00D11002" w14:textId="77777777" w:rsidR="00EA6495" w:rsidRDefault="00000000">
            <w:r>
              <w:rPr>
                <w:b/>
              </w:rPr>
              <w:t>Facility Name</w:t>
            </w:r>
          </w:p>
        </w:tc>
        <w:tc>
          <w:tcPr>
            <w:tcW w:w="2300" w:type="dxa"/>
            <w:shd w:val="clear" w:color="auto" w:fill="DBE5F1" w:themeFill="accent1" w:themeFillTint="33"/>
          </w:tcPr>
          <w:p w14:paraId="00D11003" w14:textId="77777777" w:rsidR="00EA6495" w:rsidRDefault="00000000">
            <w:r>
              <w:rPr>
                <w:b/>
              </w:rPr>
              <w:t>Category / Type</w:t>
            </w:r>
          </w:p>
        </w:tc>
        <w:tc>
          <w:tcPr>
            <w:tcW w:w="1200" w:type="dxa"/>
            <w:shd w:val="clear" w:color="auto" w:fill="DBE5F1" w:themeFill="accent1" w:themeFillTint="33"/>
          </w:tcPr>
          <w:p w14:paraId="00D11004" w14:textId="77777777" w:rsidR="00EA6495" w:rsidRDefault="00000000">
            <w:r>
              <w:rPr>
                <w:b/>
              </w:rPr>
              <w:t>Distance</w:t>
            </w:r>
          </w:p>
        </w:tc>
        <w:tc>
          <w:tcPr>
            <w:tcW w:w="1200" w:type="dxa"/>
            <w:shd w:val="clear" w:color="auto" w:fill="DBE5F1" w:themeFill="accent1" w:themeFillTint="33"/>
          </w:tcPr>
          <w:p w14:paraId="00D11005" w14:textId="77777777" w:rsidR="00EA6495" w:rsidRDefault="00000000">
            <w:r>
              <w:rPr>
                <w:b/>
              </w:rPr>
              <w:t>Direction</w:t>
            </w:r>
          </w:p>
        </w:tc>
      </w:tr>
      <w:tr>
        <w:tc>
          <w:tcPr>
            <w:tcW w:type="dxa" w:w="8100"/>
            <w:gridSpan w:val="4"/>
            <w:shd w:val="clear" w:color="auto" w:fill="D9E2F3"/>
          </w:tcPr>
          <w:p>
            <w:r/>
            <w:r>
              <w:rPr>
                <w:b/>
                <w:sz w:val="18"/>
              </w:rPr>
              <w:t>Wider study area - 100 m to 1 km from the site (4 facilities)</w:t>
            </w:r>
          </w:p>
        </w:tc>
      </w:tr>
      <w:tr>
        <w:tc>
          <w:tcPr>
            <w:tcW w:w="3400" w:type="dxa"/>
          </w:tcPr>
          <w:p>
            <w:r>
              <w:rPr>
                <w:sz w:val="18"/>
              </w:rPr>
              <w:t>Esso</w:t>
            </w:r>
          </w:p>
        </w:tc>
        <w:tc>
          <w:tcPr>
            <w:tcW w:w="2300" w:type="dxa"/>
          </w:tcPr>
          <w:p>
            <w:r>
              <w:rPr>
                <w:sz w:val="18"/>
              </w:rPr>
              <w:t>Active fuel forecourt</w:t>
            </w:r>
          </w:p>
        </w:tc>
        <w:tc>
          <w:tcPr>
            <w:tcW w:w="1200" w:type="dxa"/>
          </w:tcPr>
          <w:p>
            <w:r>
              <w:rPr>
                <w:sz w:val="18"/>
              </w:rPr>
              <w:t>128m</w:t>
            </w:r>
          </w:p>
        </w:tc>
        <w:tc>
          <w:tcPr>
            <w:tcW w:w="1200" w:type="dxa"/>
          </w:tcPr>
          <w:p>
            <w:r>
              <w:rPr>
                <w:sz w:val="18"/>
              </w:rPr>
              <w:t>N (Ch 0+672)</w:t>
            </w:r>
          </w:p>
        </w:tc>
      </w:tr>
      <w:tr>
        <w:tc>
          <w:tcPr>
            <w:tcW w:w="3400" w:type="dxa"/>
          </w:tcPr>
          <w:p>
            <w:r>
              <w:rPr>
                <w:sz w:val="18"/>
              </w:rPr>
              <w:t>Wemyssfield Service Station</w:t>
            </w:r>
          </w:p>
        </w:tc>
        <w:tc>
          <w:tcPr>
            <w:tcW w:w="2300" w:type="dxa"/>
          </w:tcPr>
          <w:p>
            <w:r>
              <w:rPr>
                <w:sz w:val="18"/>
              </w:rPr>
              <w:t>Industrial activity (PPC Part B)</w:t>
            </w:r>
          </w:p>
        </w:tc>
        <w:tc>
          <w:tcPr>
            <w:tcW w:w="1200" w:type="dxa"/>
          </w:tcPr>
          <w:p>
            <w:r>
              <w:rPr>
                <w:sz w:val="18"/>
              </w:rPr>
              <w:t>299m</w:t>
            </w:r>
          </w:p>
        </w:tc>
        <w:tc>
          <w:tcPr>
            <w:tcW w:w="1200" w:type="dxa"/>
          </w:tcPr>
          <w:p>
            <w:r>
              <w:rPr>
                <w:sz w:val="18"/>
              </w:rPr>
              <w:t>S (Ch 0+246)</w:t>
            </w:r>
          </w:p>
        </w:tc>
      </w:tr>
      <w:tr>
        <w:tc>
          <w:tcPr>
            <w:tcW w:w="3400" w:type="dxa"/>
          </w:tcPr>
          <w:p>
            <w:r>
              <w:rPr>
                <w:sz w:val="18"/>
              </w:rPr>
              <w:t>Kirkcaldy STW, Pathhead Headworks, Kirkcaldy</w:t>
            </w:r>
          </w:p>
        </w:tc>
        <w:tc>
          <w:tcPr>
            <w:tcW w:w="2300" w:type="dxa"/>
          </w:tcPr>
          <w:p>
            <w:r>
              <w:rPr>
                <w:sz w:val="18"/>
              </w:rPr>
              <w:t>Sewage treatment works</w:t>
            </w:r>
          </w:p>
        </w:tc>
        <w:tc>
          <w:tcPr>
            <w:tcW w:w="1200" w:type="dxa"/>
          </w:tcPr>
          <w:p>
            <w:r>
              <w:rPr>
                <w:sz w:val="18"/>
              </w:rPr>
              <w:t>769m</w:t>
            </w:r>
          </w:p>
        </w:tc>
        <w:tc>
          <w:tcPr>
            <w:tcW w:w="1200" w:type="dxa"/>
          </w:tcPr>
          <w:p>
            <w:r>
              <w:rPr>
                <w:sz w:val="18"/>
              </w:rPr>
              <w:t>N (Ch 1+515)</w:t>
            </w:r>
          </w:p>
        </w:tc>
      </w:tr>
      <w:tr>
        <w:tc>
          <w:tcPr>
            <w:tcW w:w="3400" w:type="dxa"/>
          </w:tcPr>
          <w:p>
            <w:r>
              <w:rPr>
                <w:sz w:val="18"/>
              </w:rPr>
              <w:t>Hutchison's Mill, East Bridge, Kirkcaldy, KY1 2SR</w:t>
            </w:r>
          </w:p>
        </w:tc>
        <w:tc>
          <w:tcPr>
            <w:tcW w:w="2300" w:type="dxa"/>
          </w:tcPr>
          <w:p>
            <w:r>
              <w:rPr>
                <w:sz w:val="18"/>
              </w:rPr>
              <w:t>Industrial installation (PPC Part A)</w:t>
            </w:r>
          </w:p>
        </w:tc>
        <w:tc>
          <w:tcPr>
            <w:tcW w:w="1200" w:type="dxa"/>
          </w:tcPr>
          <w:p>
            <w:r>
              <w:rPr>
                <w:sz w:val="18"/>
              </w:rPr>
              <w:t>802m</w:t>
            </w:r>
          </w:p>
        </w:tc>
        <w:tc>
          <w:tcPr>
            <w:tcW w:w="1200" w:type="dxa"/>
          </w:tcPr>
          <w:p>
            <w:r>
              <w:rPr>
                <w:sz w:val="18"/>
              </w:rPr>
              <w:t>N (Ch 1+515)</w:t>
            </w:r>
          </w:p>
        </w:tc>
      </w:tr>
    </w:tbl>
    <w:p w14:paraId="00B11004" w14:textId="77777777" w:rsidR="00EA6495" w:rsidRDefault="00EA6495">
      <w:pPr>
        <w:spacing w:before="40" w:after="40"/>
      </w:pPr>
    </w:p>
    <w:p w14:paraId="67E0C5C2" w14:textId="77777777" w:rsidR="001938FA" w:rsidRDefault="001938FA">
      <w:pPr>
        <w:spacing w:before="40" w:after="40"/>
      </w:pPr>
    </w:p>
    <w:tbl>
      <w:tblPr>
        <w:tblStyle w:val="TableGrid"/>
        <w:tblW w:w="9360" w:type="dxa"/>
        <w:tblLook w:val="04A0" w:firstRow="1" w:lastRow="0" w:firstColumn="1" w:lastColumn="0" w:noHBand="0" w:noVBand="1"/>
      </w:tblPr>
      <w:tblGrid>
        <w:gridCol w:w="9360"/>
      </w:tblGrid>
      <w:tr w:rsidR="001938FA" w14:paraId="2EDCD760" w14:textId="77777777" w:rsidTr="00366320">
        <w:tc>
          <w:tcPr>
            <w:tcW w:w="9072" w:type="dxa"/>
            <w:tcBorders>
              <w:top w:val="single" w:sz="6" w:space="0" w:color="002060"/>
              <w:left w:val="single" w:sz="6" w:space="0" w:color="002060"/>
              <w:bottom w:val="single" w:sz="6" w:space="0" w:color="002060"/>
              <w:right w:val="single" w:sz="6" w:space="0" w:color="002060"/>
            </w:tcBorders>
            <w:shd w:val="clear" w:color="auto" w:fill="DBE5F1" w:themeFill="accent1" w:themeFillTint="33"/>
          </w:tcPr>
          <w:p w14:paraId="350F8136" w14:textId="77777777" w:rsidR="001938FA" w:rsidRPr="005414C6" w:rsidRDefault="00000000">
            <w:pPr>
              <w:rPr>
                <w:sz w:val="18"/>
                <w:szCs w:val="18"/>
              </w:rPr>
            </w:pPr>
            <w:r>
              <w:rPr>
                <w:b/>
                <w:sz w:val="18"/>
                <w:szCs w:val="18"/>
              </w:rPr>
              <w:t>GROUND RISK KEY TAKEAWAY</w:t>
            </w:r>
          </w:p>
        </w:tc>
      </w:tr>
      <w:tr w:rsidR="001938FA" w14:paraId="3AA540BA" w14:textId="77777777">
        <w:tc>
          <w:tcPr>
            <w:tcW w:w="9072" w:type="dxa"/>
            <w:tcBorders>
              <w:top w:val="single" w:sz="6" w:space="0" w:color="D4A800"/>
              <w:left w:val="single" w:sz="6" w:space="0" w:color="D4A800"/>
              <w:bottom w:val="single" w:sz="6" w:space="0" w:color="D4A800"/>
              <w:right w:val="single" w:sz="6" w:space="0" w:color="D4A800"/>
            </w:tcBorders>
            <w:shd w:val="clear" w:color="auto" w:fill="FFF4CD"/>
          </w:tcPr>
          <w:p w14:paraId="693F40C9" w14:textId="77777777" w:rsidR="001938FA" w:rsidRDefault="00000000">
            <w:r>
              <w:t>The site is assessed as High geotechnical risk, driven by Mining Legacy, River and Coastal Flood Risk, and Surface Water Flood Risk, each rated High, with Compressible Ground, Dissolution Features, Made Ground, Ground Gas, and Aggressive Ground Conditions as additional Medium-rated considerations. A GeoScreen Tier 1 Preliminary Ground Risk Screening Report is recommended for detailed geohazard narrative, site investigation recommendations, and a Conceptual Site Model.</w:t>
            </w:r>
          </w:p>
        </w:tc>
      </w:tr>
    </w:tbl>
    <w:p w14:paraId="70B0F403" w14:textId="77777777" w:rsidR="001938FA" w:rsidRDefault="001938FA">
      <w:pPr>
        <w:spacing w:before="40" w:after="40"/>
      </w:pPr>
    </w:p>
    <w:p w14:paraId="4F8E0C21" w14:textId="77777777" w:rsidR="001938FA" w:rsidRDefault="00000000">
      <w:r>
        <w:br w:type="page"/>
      </w:r>
    </w:p>
    <w:p w14:paraId="17741D57" w14:textId="77777777" w:rsidR="001C4B22" w:rsidRDefault="00000000">
      <w:pPr>
        <w:pStyle w:val="Heading1"/>
      </w:pPr>
      <w:r>
        <w:rPr>
          <w:color w:val="1F497D"/>
        </w:rPr>
        <w:lastRenderedPageBreak/>
        <w:t>6</w:t>
      </w:r>
      <w:r>
        <w:rPr>
          <w:color w:val="1F497D"/>
        </w:rPr>
        <w:tab/>
        <w:t>LIMITATIONS AND LIABILITY STATEMENT</w:t>
      </w:r>
    </w:p>
    <w:tbl>
      <w:tblPr>
        <w:tblStyle w:val="TableGrid"/>
        <w:tblW w:w="0" w:type="auto"/>
        <w:tblLook w:val="04A0" w:firstRow="1" w:lastRow="0" w:firstColumn="1" w:lastColumn="0" w:noHBand="0" w:noVBand="1"/>
      </w:tblPr>
      <w:tblGrid>
        <w:gridCol w:w="9062"/>
      </w:tblGrid>
      <w:tr w:rsidR="001C4B22" w14:paraId="635DAA37" w14:textId="77777777">
        <w:tc>
          <w:tcPr>
            <w:tcW w:w="9072" w:type="dxa"/>
            <w:shd w:val="clear" w:color="auto" w:fill="FFF2CC"/>
          </w:tcPr>
          <w:p w14:paraId="5C9653CB" w14:textId="77777777" w:rsidR="001C4B22" w:rsidRDefault="00000000">
            <w:r>
              <w:t>This report has been prepared using GeoScreen®, an automated ground risk screening platform developed and operated by Magnum GSI Ltd, for the sole benefit of the named client, Magnum GSI, for the specific purpose of preliminary, indicative desk-based appraisal of land at KY1 1XT (route c. 1.51 km, 10 m corridor).</w:t>
            </w:r>
          </w:p>
          <w:p w14:paraId="0E196DA3" w14:textId="77777777" w:rsidR="00836ABF" w:rsidRDefault="00836ABF"/>
          <w:p w14:paraId="008FC65C" w14:textId="77777777" w:rsidR="001C4B22" w:rsidRDefault="00000000">
            <w:r>
              <w:t>The report is based entirely on a desk-based review, drawing upon publicly available information, mapping, and datasets as listed in Section 4. No intrusive investigations, physical site inspection, utilities searches, ecological surveys, or statutory authority searches have been undertaken. Accordingly, actual site conditions may differ materially from those described.</w:t>
            </w:r>
          </w:p>
          <w:p w14:paraId="26B9571E" w14:textId="77777777" w:rsidR="00836ABF" w:rsidRDefault="00836ABF"/>
          <w:p w14:paraId="2F4FED5F" w14:textId="77777777" w:rsidR="001C4B22" w:rsidRDefault="00000000">
            <w:r>
              <w:t>The findings and opinions expressed in this report are indicative and do not constitute a guarantee of planning permission, development feasibility, ground conditions, environmental status, or contamination status. The risks identified are perceived risks based on available information and are not exhaustive. Actual risks can only be assessed through site-specific intrusive investigation and professional interpretation.</w:t>
            </w:r>
          </w:p>
          <w:p w14:paraId="285221D4" w14:textId="77777777" w:rsidR="00B01F77" w:rsidRDefault="00B01F77"/>
          <w:p w14:paraId="71E888B5" w14:textId="77777777" w:rsidR="00B01F77" w:rsidRDefault="00000000">
            <w:r>
              <w:t>This report has been generated using automated, rule-based analysis. AI-assisted interpretation is used solely to generate the short Ground Risk Key Takeaway summary above; all geohazard ratings and other report content are produced by deterministic, rule-based logic, not AI narrative. It does not constitute site-specific advice issued by a Chartered Geotechnical Engineer or other qualified professional, and should be read alongside the limitations set out in this section.</w:t>
            </w:r>
          </w:p>
          <w:p w14:paraId="00D18347" w14:textId="77777777" w:rsidR="00836ABF" w:rsidRDefault="00836ABF"/>
          <w:p w14:paraId="00A5EBE0" w14:textId="77777777" w:rsidR="001C4B22" w:rsidRDefault="00000000">
            <w:r>
              <w:t>This report has been prepared exclusively for the named client. No responsibility or liability is accepted for reliance placed on this report by any third party — including purchasers, lenders, solicitors, planners, designers, or contractors — without prior written consent.</w:t>
            </w:r>
          </w:p>
          <w:p w14:paraId="7856A2E0" w14:textId="77777777" w:rsidR="00836ABF" w:rsidRDefault="00836ABF"/>
          <w:p w14:paraId="2EB3610D" w14:textId="77777777" w:rsidR="001C4B22" w:rsidRDefault="00000000">
            <w:r>
              <w:t>The information contained herein reflects the state of publicly available data at the time of automated data retrieval on 18 October 2026. No obligation is accepted to update this report for subsequent changes in circumstances, legislation, published datasets, or guidance.</w:t>
            </w:r>
          </w:p>
          <w:p w14:paraId="329EE9A5" w14:textId="77777777" w:rsidR="00836ABF" w:rsidRDefault="00836ABF"/>
          <w:p w14:paraId="15762215" w14:textId="77777777" w:rsidR="001C4B22" w:rsidRDefault="00000000">
            <w:r>
              <w:t>To the fullest extent permitted by law, GeoScreen® and Magnum GSI Ltd accept no liability for any loss, damage, cost, or expense arising from the use of this report beyond its stated purpose or intended use.</w:t>
            </w:r>
          </w:p>
          <w:p w14:paraId="70062983" w14:textId="77777777" w:rsidR="00836ABF" w:rsidRDefault="00836ABF"/>
          <w:p w14:paraId="37737509" w14:textId="77777777" w:rsidR="001C4B22" w:rsidRDefault="00000000">
            <w:r>
              <w:t>This report should not be relied upon as a substitute for a professional geotechnical desk study prepared and signed off by a Chartered Geotechnical Engineer in accordance with BS 5930:2015+A1:2020, nor for site-specific ground investigation or planning advice.</w:t>
            </w:r>
          </w:p>
        </w:tc>
      </w:tr>
    </w:tbl>
    <w:p w14:paraId="1B57F8EB" w14:textId="77777777" w:rsidR="009C2D5A" w:rsidRDefault="00000000">
      <w:pPr>
        <w:pStyle w:val="Heading2"/>
        <w:spacing w:before="240" w:after="120"/>
      </w:pPr>
      <w:r>
        <w:rPr>
          <w:sz w:val="20"/>
          <w:szCs w:val="20"/>
        </w:rPr>
        <w:t>6.1</w:t>
      </w:r>
      <w:r>
        <w:rPr>
          <w:sz w:val="20"/>
          <w:szCs w:val="20"/>
        </w:rPr>
        <w:tab/>
        <w:t>Limitations of Automated Assessment</w:t>
      </w:r>
    </w:p>
    <w:p w14:paraId="18F5094B" w14:textId="77777777" w:rsidR="009C2D5A" w:rsidRDefault="00000000">
      <w:pPr>
        <w:spacing w:after="60"/>
      </w:pPr>
      <w:r>
        <w:rPr>
          <w:szCs w:val="20"/>
        </w:rPr>
        <w:t>This report has been generated using an automated, algorithm-based system which applies rule-based logic to available digital datasets. AI-assisted interpretation is limited to generating the short Ground Risk Key Takeaway summary from the automated findings.</w:t>
      </w:r>
    </w:p>
    <w:p w14:paraId="0B724563" w14:textId="77777777" w:rsidR="009C2D5A" w:rsidRDefault="00000000">
      <w:pPr>
        <w:spacing w:after="40"/>
      </w:pPr>
      <w:r>
        <w:rPr>
          <w:szCs w:val="20"/>
        </w:rPr>
        <w:t>While reasonable care has been taken in the development and operation of this platform:</w:t>
      </w:r>
    </w:p>
    <w:p w14:paraId="39DC90DA" w14:textId="77777777" w:rsidR="009C2D5A" w:rsidRDefault="00000000">
      <w:pPr>
        <w:spacing w:before="40" w:after="0"/>
        <w:ind w:left="540" w:hanging="270"/>
      </w:pPr>
      <w:r>
        <w:rPr>
          <w:szCs w:val="20"/>
        </w:rPr>
        <w:t>•  The assessment is inherently probabilistic in nature</w:t>
      </w:r>
    </w:p>
    <w:p w14:paraId="5DADC346" w14:textId="77777777" w:rsidR="009C2D5A" w:rsidRDefault="00000000">
      <w:pPr>
        <w:spacing w:before="40" w:after="0"/>
        <w:ind w:left="540" w:hanging="270"/>
      </w:pPr>
      <w:r>
        <w:rPr>
          <w:szCs w:val="20"/>
        </w:rPr>
        <w:t>•  Not all site-specific hazards, anomalies, or constraints may be identified</w:t>
      </w:r>
    </w:p>
    <w:p w14:paraId="6E294A97" w14:textId="77777777" w:rsidR="009C2D5A" w:rsidRDefault="00000000">
      <w:pPr>
        <w:spacing w:before="40" w:after="60"/>
        <w:ind w:left="540" w:hanging="270"/>
      </w:pPr>
      <w:r>
        <w:rPr>
          <w:szCs w:val="20"/>
        </w:rPr>
        <w:t>•  The system may not capture localised conditions or site-specific variations that are not represented in underlying datasets</w:t>
      </w:r>
    </w:p>
    <w:p w14:paraId="411F6DDA" w14:textId="77777777" w:rsidR="009C2D5A" w:rsidRDefault="00000000">
      <w:pPr>
        <w:spacing w:after="80"/>
      </w:pPr>
      <w:r>
        <w:rPr>
          <w:i/>
          <w:szCs w:val="20"/>
        </w:rPr>
        <w:t>Accordingly, the report should be treated as a screening tool only, and not as a substitute for professional advice.</w:t>
      </w:r>
    </w:p>
    <w:p w14:paraId="6DC62CB8" w14:textId="77777777" w:rsidR="009C2D5A" w:rsidRDefault="00000000">
      <w:pPr>
        <w:pStyle w:val="Heading2"/>
        <w:spacing w:before="240" w:after="120"/>
      </w:pPr>
      <w:r>
        <w:rPr>
          <w:sz w:val="20"/>
          <w:szCs w:val="20"/>
        </w:rPr>
        <w:t>6.2</w:t>
      </w:r>
      <w:r>
        <w:rPr>
          <w:sz w:val="20"/>
          <w:szCs w:val="20"/>
        </w:rPr>
        <w:tab/>
        <w:t>Data Sources and Accuracy</w:t>
      </w:r>
    </w:p>
    <w:p w14:paraId="66AE7797" w14:textId="77777777" w:rsidR="009C2D5A" w:rsidRDefault="00000000">
      <w:pPr>
        <w:spacing w:after="60"/>
      </w:pPr>
      <w:r>
        <w:rPr>
          <w:szCs w:val="20"/>
        </w:rPr>
        <w:t>All information used in the preparation of this report is obtained from third-party data providers.</w:t>
      </w:r>
    </w:p>
    <w:p w14:paraId="4E2ED9A9" w14:textId="77777777" w:rsidR="009C2D5A" w:rsidRDefault="00000000">
      <w:pPr>
        <w:spacing w:after="40"/>
      </w:pPr>
      <w:r>
        <w:rPr>
          <w:szCs w:val="20"/>
        </w:rPr>
        <w:t>Magnum GSI Ltd:</w:t>
      </w:r>
    </w:p>
    <w:p w14:paraId="76610142" w14:textId="77777777" w:rsidR="009C2D5A" w:rsidRDefault="00000000">
      <w:pPr>
        <w:spacing w:before="40" w:after="0"/>
        <w:ind w:left="540" w:hanging="270"/>
      </w:pPr>
      <w:r>
        <w:rPr>
          <w:szCs w:val="20"/>
        </w:rPr>
        <w:t>•  Does not independently verify the accuracy, completeness, or currency of underlying datasets</w:t>
      </w:r>
    </w:p>
    <w:p w14:paraId="027A2B27" w14:textId="77777777" w:rsidR="009C2D5A" w:rsidRDefault="00000000">
      <w:pPr>
        <w:spacing w:before="40" w:after="0"/>
        <w:ind w:left="540" w:hanging="270"/>
      </w:pPr>
      <w:r>
        <w:rPr>
          <w:szCs w:val="20"/>
        </w:rPr>
        <w:t>•  Accepts no responsibility for errors, omissions, or inaccuracies within source data</w:t>
      </w:r>
    </w:p>
    <w:p w14:paraId="23D6397B" w14:textId="77777777" w:rsidR="009C2D5A" w:rsidRDefault="00000000">
      <w:pPr>
        <w:spacing w:before="40" w:after="60"/>
        <w:ind w:left="540" w:hanging="270"/>
      </w:pPr>
      <w:r>
        <w:rPr>
          <w:szCs w:val="20"/>
        </w:rPr>
        <w:t>•  Makes no representation that all relevant datasets or constraints have been identified</w:t>
      </w:r>
    </w:p>
    <w:p w14:paraId="6C67F402" w14:textId="77777777" w:rsidR="009C2D5A" w:rsidRDefault="00000000">
      <w:pPr>
        <w:spacing w:after="80"/>
      </w:pPr>
      <w:r>
        <w:rPr>
          <w:szCs w:val="20"/>
        </w:rPr>
        <w:t>The report reflects the state of data at the time of retrieval only, and no obligation is accepted to update the report for subsequent changes.</w:t>
      </w:r>
    </w:p>
    <w:p w14:paraId="6B08D6C7" w14:textId="77777777" w:rsidR="009C2D5A" w:rsidRDefault="00000000">
      <w:pPr>
        <w:pStyle w:val="Heading2"/>
        <w:spacing w:before="240" w:after="120"/>
      </w:pPr>
      <w:r>
        <w:rPr>
          <w:sz w:val="20"/>
          <w:szCs w:val="20"/>
        </w:rPr>
        <w:lastRenderedPageBreak/>
        <w:t>6.3</w:t>
      </w:r>
      <w:r>
        <w:rPr>
          <w:sz w:val="20"/>
          <w:szCs w:val="20"/>
        </w:rPr>
        <w:tab/>
        <w:t>Reliance and Use</w:t>
      </w:r>
    </w:p>
    <w:p w14:paraId="4D24796B" w14:textId="77777777" w:rsidR="009C2D5A" w:rsidRDefault="00000000">
      <w:pPr>
        <w:spacing w:after="60"/>
      </w:pPr>
      <w:r>
        <w:rPr>
          <w:szCs w:val="20"/>
        </w:rPr>
        <w:t>This report is produced solely for the benefit of the named client for the stated purpose.</w:t>
      </w:r>
    </w:p>
    <w:p w14:paraId="0B52D1B8" w14:textId="77777777" w:rsidR="009C2D5A" w:rsidRDefault="00000000">
      <w:pPr>
        <w:spacing w:after="40"/>
      </w:pPr>
      <w:r>
        <w:rPr>
          <w:szCs w:val="20"/>
        </w:rPr>
        <w:t>It:</w:t>
      </w:r>
    </w:p>
    <w:p w14:paraId="03443D24" w14:textId="77777777" w:rsidR="009C2D5A" w:rsidRDefault="00000000">
      <w:pPr>
        <w:spacing w:before="40" w:after="0"/>
        <w:ind w:left="540" w:hanging="270"/>
      </w:pPr>
      <w:r>
        <w:rPr>
          <w:szCs w:val="20"/>
        </w:rPr>
        <w:t>•  Should not be relied upon solely for design, planning submission, construction, or investment decisions without appropriate professional advice and intrusive ground investigation</w:t>
      </w:r>
    </w:p>
    <w:p w14:paraId="6BEA3184" w14:textId="77777777" w:rsidR="009C2D5A" w:rsidRDefault="00000000">
      <w:pPr>
        <w:spacing w:before="40" w:after="0"/>
        <w:ind w:left="540" w:hanging="270"/>
      </w:pPr>
      <w:r>
        <w:rPr>
          <w:szCs w:val="20"/>
        </w:rPr>
        <w:t>•  Should not be used as a substitute for a professional desk study or geotechnical investigation</w:t>
      </w:r>
    </w:p>
    <w:p w14:paraId="127A91F0" w14:textId="77777777" w:rsidR="009C2D5A" w:rsidRDefault="00000000">
      <w:pPr>
        <w:spacing w:before="40" w:after="0"/>
        <w:ind w:left="540" w:hanging="270"/>
      </w:pPr>
      <w:r>
        <w:rPr>
          <w:szCs w:val="20"/>
        </w:rPr>
        <w:t>•  Should only be used as part of a wider risk assessment process</w:t>
      </w:r>
    </w:p>
    <w:p w14:paraId="033D6DD9" w14:textId="77777777" w:rsidR="009C2D5A" w:rsidRDefault="00000000">
      <w:pPr>
        <w:spacing w:before="40" w:after="60"/>
        <w:ind w:left="540" w:hanging="270"/>
      </w:pPr>
      <w:r>
        <w:rPr>
          <w:szCs w:val="20"/>
        </w:rPr>
        <w:t>•  Must not be altered, redacted, or modified from the version as originally delivered; the version delivered by email and archived by Magnum GSI Ltd constitutes the definitive record</w:t>
      </w:r>
    </w:p>
    <w:p w14:paraId="66ABC026" w14:textId="77777777" w:rsidR="009C2D5A" w:rsidRDefault="00000000">
      <w:pPr>
        <w:spacing w:after="80"/>
      </w:pPr>
      <w:r>
        <w:rPr>
          <w:szCs w:val="20"/>
        </w:rPr>
        <w:t>Any decisions taken based on this report are made at the sole risk of the user. This report must not be reproduced, distributed, or relied upon by any party other than the named commissioning client without the prior written consent of Magnum GSI Ltd. This does not prevent the client sharing this report, unmodified, with professional advisers directly engaged on the Site (for example, an architect, planning consultant, lender, or contractor instructed by the client) for purposes connected with that engagement; such sharing does not extend any duty of care to, or permit reliance by, the recipient (see Section 6.5).</w:t>
      </w:r>
    </w:p>
    <w:p w14:paraId="65F752FD" w14:textId="77777777" w:rsidR="009C2D5A" w:rsidRDefault="00000000">
      <w:pPr>
        <w:pStyle w:val="Heading2"/>
        <w:spacing w:before="240" w:after="120"/>
      </w:pPr>
      <w:r>
        <w:rPr>
          <w:sz w:val="20"/>
          <w:szCs w:val="20"/>
        </w:rPr>
        <w:t>6.4</w:t>
      </w:r>
      <w:r>
        <w:rPr>
          <w:sz w:val="20"/>
          <w:szCs w:val="20"/>
        </w:rPr>
        <w:tab/>
        <w:t>Professional Advice</w:t>
      </w:r>
    </w:p>
    <w:p w14:paraId="5C3794F1" w14:textId="77777777" w:rsidR="009C2D5A" w:rsidRDefault="00000000">
      <w:pPr>
        <w:spacing w:after="40"/>
      </w:pPr>
      <w:r>
        <w:rPr>
          <w:szCs w:val="20"/>
        </w:rPr>
        <w:t>Outputs generated by GeoScreen®:</w:t>
      </w:r>
    </w:p>
    <w:p w14:paraId="5B59C401" w14:textId="77777777" w:rsidR="009C2D5A" w:rsidRDefault="00000000">
      <w:pPr>
        <w:spacing w:before="40" w:after="0"/>
        <w:ind w:left="540" w:hanging="270"/>
      </w:pPr>
      <w:r>
        <w:rPr>
          <w:szCs w:val="20"/>
        </w:rPr>
        <w:t>•  Do not constitute site-specific advice issued by a Chartered Geotechnical Engineer</w:t>
      </w:r>
    </w:p>
    <w:p w14:paraId="1DC14E21" w14:textId="77777777" w:rsidR="009C2D5A" w:rsidRDefault="00000000">
      <w:pPr>
        <w:spacing w:before="40" w:after="60"/>
        <w:ind w:left="540" w:hanging="270"/>
      </w:pPr>
      <w:r>
        <w:rPr>
          <w:szCs w:val="20"/>
        </w:rPr>
        <w:t>•  Do not replace the requirement for professional input in accordance with BS 5930:2015+A1:2020, Eurocode 7, and NPF4 requirements</w:t>
      </w:r>
    </w:p>
    <w:p w14:paraId="1BDF13D1" w14:textId="77777777" w:rsidR="009C2D5A" w:rsidRDefault="00000000">
      <w:pPr>
        <w:spacing w:after="80"/>
      </w:pPr>
      <w:r>
        <w:rPr>
          <w:szCs w:val="20"/>
        </w:rPr>
        <w:t>Professional services, including detailed desk studies, ground investigations, and geotechnical design advice, should be commissioned where required.</w:t>
      </w:r>
    </w:p>
    <w:p w14:paraId="58080BDF" w14:textId="77777777" w:rsidR="002D0B21" w:rsidRDefault="00000000">
      <w:pPr>
        <w:spacing w:after="80"/>
      </w:pPr>
      <w:r>
        <w:rPr>
          <w:szCs w:val="20"/>
        </w:rPr>
        <w:t>Where this report is commissioned by or reviewed by a qualified geotechnical engineer or engineering geologist, that professional is responsible for applying independent judgement when interpreting these findings and for meeting their own duty of care when advising clients.</w:t>
      </w:r>
    </w:p>
    <w:p w14:paraId="47BC46C6" w14:textId="77777777" w:rsidR="009C2D5A" w:rsidRDefault="00000000">
      <w:pPr>
        <w:pStyle w:val="Heading2"/>
        <w:spacing w:before="240" w:after="120"/>
      </w:pPr>
      <w:r>
        <w:rPr>
          <w:sz w:val="20"/>
          <w:szCs w:val="20"/>
        </w:rPr>
        <w:t>6.5</w:t>
      </w:r>
      <w:r>
        <w:rPr>
          <w:sz w:val="20"/>
          <w:szCs w:val="20"/>
        </w:rPr>
        <w:tab/>
        <w:t>Liability</w:t>
      </w:r>
    </w:p>
    <w:p>
      <w:pPr>
        <w:spacing w:after="40"/>
      </w:pPr>
      <w:r>
        <w:rPr>
          <w:szCs w:val="20"/>
        </w:rPr>
        <w:t>Nothing in this Section 6.5 excludes or limits liability for death or personal injury caused by negligence, fraud or fraudulent misrepresentation or any other liability that cannot lawfully be excluded or limited.</w:t>
      </w:r>
    </w:p>
    <w:p w14:paraId="1CF3EED3" w14:textId="77777777" w:rsidR="009C2D5A" w:rsidRDefault="00000000">
      <w:pPr>
        <w:spacing w:after="40"/>
      </w:pPr>
      <w:r>
        <w:rPr>
          <w:szCs w:val="20"/>
        </w:rPr>
        <w:t>To the fullest extent permitted by law:</w:t>
      </w:r>
    </w:p>
    <w:p w14:paraId="551DE6C6" w14:textId="77777777" w:rsidR="009C2D5A" w:rsidRDefault="00000000">
      <w:pPr>
        <w:spacing w:before="40" w:after="0"/>
        <w:ind w:left="540" w:hanging="270"/>
      </w:pPr>
      <w:r>
        <w:rPr>
          <w:szCs w:val="20"/>
        </w:rPr>
        <w:t>•  Magnum GSI Ltd shall not be liable for any indirect, consequential, or economic loss arising from reliance upon this report, and accepts no liability for any loss, damage, cost, or expense arising from the use of this report beyond its stated purpose or intended use</w:t>
      </w:r>
    </w:p>
    <w:p w14:paraId="772B16C3" w14:textId="77777777" w:rsidR="009C2D5A" w:rsidRDefault="00000000">
      <w:pPr>
        <w:spacing w:before="40" w:after="0"/>
        <w:ind w:left="540" w:hanging="270"/>
      </w:pPr>
      <w:r>
        <w:rPr>
          <w:szCs w:val="20"/>
        </w:rPr>
        <w:t>•  No duty of care is owed to any third party, and no reliance may be placed upon this report by any party other than the named client without prior written consent of Magnum GSI Ltd</w:t>
      </w:r>
    </w:p>
    <w:p w14:paraId="4B153911" w14:textId="77777777" w:rsidR="009C2D5A" w:rsidRDefault="00000000">
      <w:pPr>
        <w:spacing w:before="40" w:after="60"/>
        <w:ind w:left="540" w:hanging="270"/>
      </w:pPr>
      <w:r>
        <w:rPr>
          <w:szCs w:val="20"/>
        </w:rPr>
        <w:t>•  The report is provided on an “as is” basis without warranty, express or implied. No warranty is given that all risks, constraints, or site conditions have been identified</w:t>
      </w:r>
    </w:p>
    <w:p w14:paraId="083B0F54" w14:textId="77777777" w:rsidR="009C2D5A" w:rsidRDefault="00000000">
      <w:pPr>
        <w:spacing w:after="80"/>
      </w:pPr>
      <w:r>
        <w:rPr>
          <w:szCs w:val="20"/>
        </w:rPr>
        <w:t>Where liability cannot be lawfully excluded, the total liability of Magnum GSI Ltd shall not exceed the cap set out in Clause 12.1 of the Company’s Terms of Service (available at geoscreen.uk) in effect at the date of this report.</w:t>
      </w:r>
    </w:p>
    <w:p w14:paraId="5CC7CE4C" w14:textId="77777777" w:rsidR="009C2D5A" w:rsidRDefault="009C2D5A">
      <w:pPr>
        <w:spacing w:after="0"/>
      </w:pPr>
    </w:p>
    <w:p w14:paraId="78423011" w14:textId="77777777" w:rsidR="00155A1C" w:rsidRDefault="00155A1C">
      <w:pPr>
        <w:rPr>
          <w:rFonts w:asciiTheme="majorHAnsi" w:eastAsiaTheme="majorEastAsia" w:hAnsiTheme="majorHAnsi" w:cstheme="majorBidi"/>
          <w:b/>
          <w:bCs/>
          <w:color w:val="1F497D"/>
          <w:sz w:val="28"/>
          <w:szCs w:val="28"/>
        </w:rPr>
      </w:pPr>
      <w:r>
        <w:rPr>
          <w:color w:val="1F497D"/>
        </w:rPr>
        <w:br w:type="page"/>
      </w:r>
    </w:p>
    <w:p w14:paraId="1E3B030D" w14:textId="77777777" w:rsidR="001C4B22" w:rsidRDefault="00000000">
      <w:pPr>
        <w:pStyle w:val="Heading1"/>
      </w:pPr>
      <w:r>
        <w:rPr>
          <w:color w:val="1F497D"/>
        </w:rPr>
        <w:lastRenderedPageBreak/>
        <w:t>APPENDICES</w:t>
      </w:r>
    </w:p>
    <w:p w14:paraId="58F0BB66" w14:textId="77777777" w:rsidR="001C4B22" w:rsidRDefault="00000000">
      <w:r>
        <w:t>Map extracts are provided for indicative purposes only. All maps are generated from publicly available data sources as listed in Section 4. Users should refer to the original data sources for authoritative information. Scales and extents are approximate.</w:t>
      </w:r>
    </w:p>
    <w:p w14:paraId="2652224E" w14:textId="77777777" w:rsidR="001C4B22" w:rsidRDefault="00000000">
      <w:pPr>
        <w:keepNext/>
        <w:keepLines/>
      </w:pPr>
      <w:r>
        <w:rPr>
          <w:b/>
        </w:rPr>
        <w:t>Appendix A:</w:t>
      </w:r>
      <w:r>
        <w:rPr>
          <w:b/>
        </w:rPr>
        <w:tab/>
        <w:t>Site Location Plan</w:t>
      </w:r>
    </w:p>
    <w:p w14:paraId="37FAD38B" w14:textId="77777777" w:rsidR="001C4B22" w:rsidRDefault="00000000">
      <w:pPr>
        <w:keepNext/>
      </w:pPr>
      <w:r>
        <w:rPr>
          <w:i/>
        </w:rPr>
        <w:t>OS base mapping showing site location and surroundings</w:t>
      </w:r>
    </w:p>
    <w:p>
      <w:pPr>
        <w:jc w:val="center"/>
      </w:pPr>
      <w:r>
        <w:drawing>
          <wp:inline xmlns:a="http://schemas.openxmlformats.org/drawingml/2006/main" xmlns:pic="http://schemas.openxmlformats.org/drawingml/2006/picture">
            <wp:extent cx="5486400" cy="4297680"/>
            <wp:docPr id="2" name="Picture 2"/>
            <wp:cNvGraphicFramePr>
              <a:graphicFrameLocks noChangeAspect="1"/>
            </wp:cNvGraphicFramePr>
            <a:graphic>
              <a:graphicData uri="http://schemas.openxmlformats.org/drawingml/2006/picture">
                <pic:pic>
                  <pic:nvPicPr>
                    <pic:cNvPr id="0" name="ccf93784-8727-42f9-9d2b-727f79f8653d_fig1_location.jpg"/>
                    <pic:cNvPicPr/>
                  </pic:nvPicPr>
                  <pic:blipFill>
                    <a:blip r:embed="rId17"/>
                    <a:stretch>
                      <a:fillRect/>
                    </a:stretch>
                  </pic:blipFill>
                  <pic:spPr>
                    <a:xfrm>
                      <a:off x="0" y="0"/>
                      <a:ext cx="5486400" cy="4297680"/>
                    </a:xfrm>
                    <a:prstGeom prst="rect"/>
                  </pic:spPr>
                </pic:pic>
              </a:graphicData>
            </a:graphic>
          </wp:inline>
        </w:drawing>
      </w:r>
    </w:p>
    <w:p w14:paraId="5A9BEE85" w14:textId="77777777" w:rsidR="001C4B22" w:rsidRDefault="001C4B22"/>
    <w:p w14:paraId="2B1A5071" w14:textId="77777777" w:rsidR="001C4B22" w:rsidRDefault="00000000">
      <w:pPr>
        <w:keepNext/>
        <w:keepLines/>
      </w:pPr>
      <w:r>
        <w:rPr>
          <w:b/>
        </w:rPr>
        <w:t>Appendix B:</w:t>
      </w:r>
      <w:r>
        <w:rPr>
          <w:b/>
        </w:rPr>
        <w:tab/>
        <w:t>BGS Bedrock Geology Extract</w:t>
      </w:r>
    </w:p>
    <w:p w14:paraId="2B8CB6A6" w14:textId="77777777" w:rsidR="001C4B22" w:rsidRDefault="00000000">
      <w:pPr>
        <w:keepNext/>
      </w:pPr>
      <w:r>
        <w:rPr>
          <w:i/>
        </w:rPr>
        <w:t xml:space="preserve">BGS </w:t>
      </w:r>
      <w:r>
        <w:rPr>
          <w:i/>
          <w:iCs/>
        </w:rPr>
        <w:t>1:625,000</w:t>
      </w:r>
      <w:r>
        <w:t xml:space="preserve"> </w:t>
      </w:r>
      <w:r>
        <w:rPr>
          <w:i/>
        </w:rPr>
        <w:t>bedrock geology at site location</w:t>
      </w:r>
    </w:p>
    <w:p>
      <w:pPr>
        <w:jc w:val="center"/>
      </w:pPr>
      <w:r>
        <w:drawing>
          <wp:inline xmlns:a="http://schemas.openxmlformats.org/drawingml/2006/main" xmlns:pic="http://schemas.openxmlformats.org/drawingml/2006/picture">
            <wp:extent cx="5486400" cy="4617720"/>
            <wp:docPr id="3" name="Picture 3"/>
            <wp:cNvGraphicFramePr>
              <a:graphicFrameLocks noChangeAspect="1"/>
            </wp:cNvGraphicFramePr>
            <a:graphic>
              <a:graphicData uri="http://schemas.openxmlformats.org/drawingml/2006/picture">
                <pic:pic>
                  <pic:nvPicPr>
                    <pic:cNvPr id="0" name="ccf93784-8727-42f9-9d2b-727f79f8653d_fig2_bedrock.jpg"/>
                    <pic:cNvPicPr/>
                  </pic:nvPicPr>
                  <pic:blipFill>
                    <a:blip r:embed="rId18"/>
                    <a:stretch>
                      <a:fillRect/>
                    </a:stretch>
                  </pic:blipFill>
                  <pic:spPr>
                    <a:xfrm>
                      <a:off x="0" y="0"/>
                      <a:ext cx="5486400" cy="4617720"/>
                    </a:xfrm>
                    <a:prstGeom prst="rect"/>
                  </pic:spPr>
                </pic:pic>
              </a:graphicData>
            </a:graphic>
          </wp:inline>
        </w:drawing>
      </w:r>
    </w:p>
    <w:p w14:paraId="72F4A548" w14:textId="77777777" w:rsidR="001C4B22" w:rsidRDefault="001C4B22"/>
    <w:p w14:paraId="2E759FB6" w14:textId="77777777" w:rsidR="001C4B22" w:rsidRDefault="00000000">
      <w:pPr>
        <w:keepNext/>
        <w:keepLines/>
      </w:pPr>
      <w:r>
        <w:rPr>
          <w:b/>
        </w:rPr>
        <w:t>Appendix C:</w:t>
      </w:r>
      <w:r>
        <w:rPr>
          <w:b/>
        </w:rPr>
        <w:tab/>
        <w:t>BGS Superficial Geology Extract</w:t>
      </w:r>
    </w:p>
    <w:p w14:paraId="717CD9F6" w14:textId="77777777" w:rsidR="001C4B22" w:rsidRDefault="00000000">
      <w:pPr>
        <w:keepNext/>
      </w:pPr>
      <w:r>
        <w:rPr>
          <w:i/>
        </w:rPr>
        <w:t xml:space="preserve">BGS </w:t>
      </w:r>
      <w:r>
        <w:rPr>
          <w:i/>
          <w:iCs/>
        </w:rPr>
        <w:t>1:625,000</w:t>
      </w:r>
      <w:r>
        <w:t xml:space="preserve"> </w:t>
      </w:r>
      <w:r>
        <w:rPr>
          <w:i/>
        </w:rPr>
        <w:t>superficial deposits at site location</w:t>
      </w:r>
    </w:p>
    <w:p>
      <w:pPr>
        <w:jc w:val="center"/>
      </w:pPr>
      <w:r>
        <w:drawing>
          <wp:inline xmlns:a="http://schemas.openxmlformats.org/drawingml/2006/main" xmlns:pic="http://schemas.openxmlformats.org/drawingml/2006/picture">
            <wp:extent cx="5486400" cy="4617720"/>
            <wp:docPr id="4" name="Picture 4"/>
            <wp:cNvGraphicFramePr>
              <a:graphicFrameLocks noChangeAspect="1"/>
            </wp:cNvGraphicFramePr>
            <a:graphic>
              <a:graphicData uri="http://schemas.openxmlformats.org/drawingml/2006/picture">
                <pic:pic>
                  <pic:nvPicPr>
                    <pic:cNvPr id="0" name="ccf93784-8727-42f9-9d2b-727f79f8653d_fig3_superficial.jpg"/>
                    <pic:cNvPicPr/>
                  </pic:nvPicPr>
                  <pic:blipFill>
                    <a:blip r:embed="rId19"/>
                    <a:stretch>
                      <a:fillRect/>
                    </a:stretch>
                  </pic:blipFill>
                  <pic:spPr>
                    <a:xfrm>
                      <a:off x="0" y="0"/>
                      <a:ext cx="5486400" cy="4617720"/>
                    </a:xfrm>
                    <a:prstGeom prst="rect"/>
                  </pic:spPr>
                </pic:pic>
              </a:graphicData>
            </a:graphic>
          </wp:inline>
        </w:drawing>
      </w:r>
    </w:p>
    <w:p w14:paraId="18E20B39" w14:textId="77777777" w:rsidR="001C4B22" w:rsidRDefault="001C4B22"/>
    <w:p w14:paraId="32D54174" w14:textId="77777777" w:rsidR="001C4B22" w:rsidRDefault="00000000">
      <w:pPr>
        <w:keepNext/>
        <w:keepLines/>
      </w:pPr>
      <w:r>
        <w:rPr>
          <w:b/>
        </w:rPr>
        <w:t>Appendix D:</w:t>
        <w:tab/>
        <w:t>SEPA Flood Map Extract (River and Coastal)</w:t>
      </w:r>
      <w:r>
        <w:rPr>
          <w:b/>
        </w:rPr>
      </w:r>
    </w:p>
    <w:p w14:paraId="3A3CDE60" w14:textId="77777777" w:rsidR="001C4B22" w:rsidRDefault="00000000">
      <w:pPr>
        <w:keepNext/>
      </w:pPr>
      <w:r>
        <w:rPr>
          <w:i/>
        </w:rPr>
        <w:t>SEPA flood map likelihood classification</w:t>
      </w:r>
    </w:p>
    <w:p>
      <w:pPr>
        <w:jc w:val="center"/>
      </w:pPr>
      <w:r>
        <w:drawing>
          <wp:inline xmlns:a="http://schemas.openxmlformats.org/drawingml/2006/main" xmlns:pic="http://schemas.openxmlformats.org/drawingml/2006/picture">
            <wp:extent cx="5486400" cy="4297680"/>
            <wp:docPr id="5" name="Picture 5"/>
            <wp:cNvGraphicFramePr>
              <a:graphicFrameLocks noChangeAspect="1"/>
            </wp:cNvGraphicFramePr>
            <a:graphic>
              <a:graphicData uri="http://schemas.openxmlformats.org/drawingml/2006/picture">
                <pic:pic>
                  <pic:nvPicPr>
                    <pic:cNvPr id="0" name="ccf93784-8727-42f9-9d2b-727f79f8653d_fig4_flood.jpg"/>
                    <pic:cNvPicPr/>
                  </pic:nvPicPr>
                  <pic:blipFill>
                    <a:blip r:embed="rId20"/>
                    <a:stretch>
                      <a:fillRect/>
                    </a:stretch>
                  </pic:blipFill>
                  <pic:spPr>
                    <a:xfrm>
                      <a:off x="0" y="0"/>
                      <a:ext cx="5486400" cy="4297680"/>
                    </a:xfrm>
                    <a:prstGeom prst="rect"/>
                  </pic:spPr>
                </pic:pic>
              </a:graphicData>
            </a:graphic>
          </wp:inline>
        </w:drawing>
      </w:r>
    </w:p>
    <w:p w14:paraId="296B032F" w14:textId="77777777" w:rsidR="001C4B22" w:rsidRDefault="001C4B22"/>
    <w:p w14:paraId="0965FAA5" w14:textId="77777777" w:rsidR="001C4B22" w:rsidRDefault="00000000">
      <w:pPr>
        <w:keepNext/>
        <w:keepLines/>
      </w:pPr>
      <w:r>
        <w:rPr>
          <w:b/>
        </w:rPr>
        <w:t>Appendix E:</w:t>
      </w:r>
      <w:r>
        <w:rPr>
          <w:b/>
        </w:rPr>
        <w:tab/>
        <w:t>Heritage Designations (Historic Environment Scotland)</w:t>
      </w:r>
    </w:p>
    <w:p w14:paraId="284D33E1" w14:textId="77777777" w:rsidR="001C4B22" w:rsidRDefault="00000000">
      <w:pPr>
        <w:keepNext/>
      </w:pPr>
      <w:r>
        <w:rPr>
          <w:i/>
        </w:rPr>
        <w:t>Listed buildings, scheduled monuments and conservation areas within 500m</w:t>
      </w:r>
    </w:p>
    <w:p>
      <w:pPr>
        <w:jc w:val="center"/>
      </w:pPr>
      <w:r>
        <w:drawing>
          <wp:inline xmlns:a="http://schemas.openxmlformats.org/drawingml/2006/main" xmlns:pic="http://schemas.openxmlformats.org/drawingml/2006/picture">
            <wp:extent cx="5486400" cy="4297680"/>
            <wp:docPr id="6" name="Picture 6"/>
            <wp:cNvGraphicFramePr>
              <a:graphicFrameLocks noChangeAspect="1"/>
            </wp:cNvGraphicFramePr>
            <a:graphic>
              <a:graphicData uri="http://schemas.openxmlformats.org/drawingml/2006/picture">
                <pic:pic>
                  <pic:nvPicPr>
                    <pic:cNvPr id="0" name="ccf93784-8727-42f9-9d2b-727f79f8653d_fig5_heritage.jpg"/>
                    <pic:cNvPicPr/>
                  </pic:nvPicPr>
                  <pic:blipFill>
                    <a:blip r:embed="rId21"/>
                    <a:stretch>
                      <a:fillRect/>
                    </a:stretch>
                  </pic:blipFill>
                  <pic:spPr>
                    <a:xfrm>
                      <a:off x="0" y="0"/>
                      <a:ext cx="5486400" cy="4297680"/>
                    </a:xfrm>
                    <a:prstGeom prst="rect"/>
                  </pic:spPr>
                </pic:pic>
              </a:graphicData>
            </a:graphic>
          </wp:inline>
        </w:drawing>
      </w:r>
    </w:p>
    <w:p w14:paraId="4A07933A" w14:textId="77777777" w:rsidR="001C4B22" w:rsidRDefault="001C4B22"/>
    <w:p w14:paraId="1FA7FF79" w14:textId="77777777" w:rsidR="001C4B22" w:rsidRDefault="00000000">
      <w:pPr>
        <w:keepNext/>
        <w:keepLines/>
      </w:pPr>
      <w:r>
        <w:rPr>
          <w:b/>
        </w:rPr>
        <w:t>Appendix F:</w:t>
      </w:r>
      <w:r>
        <w:rPr>
          <w:b/>
        </w:rPr>
        <w:tab/>
        <w:t>Ecological Designations (NatureScot)</w:t>
      </w:r>
    </w:p>
    <w:p w14:paraId="0B0091E9" w14:textId="77777777" w:rsidR="001C4B22" w:rsidRDefault="00000000">
      <w:pPr>
        <w:keepNext/>
      </w:pPr>
      <w:r>
        <w:rPr>
          <w:i/>
        </w:rPr>
        <w:t>SSSI, SAC, SPA, Ramsar, National Scenic Area and National Park designations within search radii</w:t>
      </w:r>
    </w:p>
    <w:p>
      <w:pPr>
        <w:jc w:val="center"/>
      </w:pPr>
      <w:r>
        <w:drawing>
          <wp:inline xmlns:a="http://schemas.openxmlformats.org/drawingml/2006/main" xmlns:pic="http://schemas.openxmlformats.org/drawingml/2006/picture">
            <wp:extent cx="5486400" cy="4297680"/>
            <wp:docPr id="7" name="Picture 7"/>
            <wp:cNvGraphicFramePr>
              <a:graphicFrameLocks noChangeAspect="1"/>
            </wp:cNvGraphicFramePr>
            <a:graphic>
              <a:graphicData uri="http://schemas.openxmlformats.org/drawingml/2006/picture">
                <pic:pic>
                  <pic:nvPicPr>
                    <pic:cNvPr id="0" name="ccf93784-8727-42f9-9d2b-727f79f8653d_fig6_ecological.jpg"/>
                    <pic:cNvPicPr/>
                  </pic:nvPicPr>
                  <pic:blipFill>
                    <a:blip r:embed="rId22"/>
                    <a:stretch>
                      <a:fillRect/>
                    </a:stretch>
                  </pic:blipFill>
                  <pic:spPr>
                    <a:xfrm>
                      <a:off x="0" y="0"/>
                      <a:ext cx="5486400" cy="4297680"/>
                    </a:xfrm>
                    <a:prstGeom prst="rect"/>
                  </pic:spPr>
                </pic:pic>
              </a:graphicData>
            </a:graphic>
          </wp:inline>
        </w:drawing>
      </w:r>
    </w:p>
    <w:p w14:paraId="472953C7" w14:textId="77777777" w:rsidR="001C4B22" w:rsidRDefault="001C4B22"/>
    <w:p w14:paraId="177FD3F6" w14:textId="77777777" w:rsidR="001C4B22" w:rsidRDefault="00000000">
      <w:pPr>
        <w:keepNext/>
        <w:keepLines/>
      </w:pPr>
      <w:r>
        <w:rPr>
          <w:b/>
        </w:rPr>
        <w:t>Appendix G:</w:t>
      </w:r>
      <w:r>
        <w:rPr>
          <w:b/>
        </w:rPr>
        <w:tab/>
        <w:t>Mining Remediation Authority Output</w:t>
      </w:r>
    </w:p>
    <w:p w14:paraId="1DF32F9A" w14:textId="77777777" w:rsidR="001C4B22" w:rsidRDefault="00000000">
      <w:pPr>
        <w:keepNext/>
      </w:pPr>
      <w:r>
        <w:rPr>
          <w:i/>
        </w:rPr>
        <w:t>MRA development risk and mine entries data</w:t>
      </w:r>
    </w:p>
    <w:p>
      <w:pPr>
        <w:jc w:val="center"/>
      </w:pPr>
      <w:r>
        <w:drawing>
          <wp:inline xmlns:a="http://schemas.openxmlformats.org/drawingml/2006/main" xmlns:pic="http://schemas.openxmlformats.org/drawingml/2006/picture">
            <wp:extent cx="5486400" cy="4297680"/>
            <wp:docPr id="8" name="Picture 8"/>
            <wp:cNvGraphicFramePr>
              <a:graphicFrameLocks noChangeAspect="1"/>
            </wp:cNvGraphicFramePr>
            <a:graphic>
              <a:graphicData uri="http://schemas.openxmlformats.org/drawingml/2006/picture">
                <pic:pic>
                  <pic:nvPicPr>
                    <pic:cNvPr id="0" name="ccf93784-8727-42f9-9d2b-727f79f8653d_fig7_mra.jpg"/>
                    <pic:cNvPicPr/>
                  </pic:nvPicPr>
                  <pic:blipFill>
                    <a:blip r:embed="rId23"/>
                    <a:stretch>
                      <a:fillRect/>
                    </a:stretch>
                  </pic:blipFill>
                  <pic:spPr>
                    <a:xfrm>
                      <a:off x="0" y="0"/>
                      <a:ext cx="5486400" cy="4297680"/>
                    </a:xfrm>
                    <a:prstGeom prst="rect"/>
                  </pic:spPr>
                </pic:pic>
              </a:graphicData>
            </a:graphic>
          </wp:inline>
        </w:drawing>
      </w:r>
    </w:p>
    <w:p w14:paraId="3D404374" w14:textId="77777777" w:rsidR="001C4B22" w:rsidRDefault="001C4B22"/>
    <w:p w14:paraId="65688843" w14:textId="77777777" w:rsidR="001C4B22" w:rsidRDefault="00000000">
      <w:pPr>
        <w:keepNext/>
        <w:keepLines/>
      </w:pPr>
      <w:r>
        <w:rPr>
          <w:b/>
        </w:rPr>
        <w:t>Appendix H:</w:t>
      </w:r>
      <w:r>
        <w:rPr>
          <w:b/>
        </w:rPr>
        <w:tab/>
        <w:t>BGS/UKHSA Radon Potential Extract</w:t>
      </w:r>
    </w:p>
    <w:p w14:paraId="76406B59" w14:textId="77777777" w:rsidR="001C4B22" w:rsidRDefault="00000000">
      <w:pPr>
        <w:keepNext/>
      </w:pPr>
      <w:r>
        <w:rPr>
          <w:i/>
        </w:rPr>
        <w:t>Radon potential classification at site location</w:t>
      </w:r>
    </w:p>
    <w:p>
      <w:pPr>
        <w:jc w:val="center"/>
      </w:pPr>
      <w:r>
        <w:drawing>
          <wp:inline xmlns:a="http://schemas.openxmlformats.org/drawingml/2006/main" xmlns:pic="http://schemas.openxmlformats.org/drawingml/2006/picture">
            <wp:extent cx="5486400" cy="4297680"/>
            <wp:docPr id="9" name="Picture 9"/>
            <wp:cNvGraphicFramePr>
              <a:graphicFrameLocks noChangeAspect="1"/>
            </wp:cNvGraphicFramePr>
            <a:graphic>
              <a:graphicData uri="http://schemas.openxmlformats.org/drawingml/2006/picture">
                <pic:pic>
                  <pic:nvPicPr>
                    <pic:cNvPr id="0" name="ccf93784-8727-42f9-9d2b-727f79f8653d_fig8_radon.jpg"/>
                    <pic:cNvPicPr/>
                  </pic:nvPicPr>
                  <pic:blipFill>
                    <a:blip r:embed="rId24"/>
                    <a:stretch>
                      <a:fillRect/>
                    </a:stretch>
                  </pic:blipFill>
                  <pic:spPr>
                    <a:xfrm>
                      <a:off x="0" y="0"/>
                      <a:ext cx="5486400" cy="4297680"/>
                    </a:xfrm>
                    <a:prstGeom prst="rect"/>
                  </pic:spPr>
                </pic:pic>
              </a:graphicData>
            </a:graphic>
          </wp:inline>
        </w:drawing>
      </w:r>
    </w:p>
    <w:p w14:paraId="30DD9D14" w14:textId="77777777" w:rsidR="001D76E9" w:rsidRDefault="001D76E9" w:rsidP="001D76E9">
      <w:pPr>
        <w:keepNext/>
        <w:keepLines/>
      </w:pPr>
      <w:r>
        <w:rPr>
          <w:b/>
        </w:rPr>
        <w:t>Appendix I:</w:t>
      </w:r>
      <w:r>
        <w:rPr>
          <w:b/>
        </w:rPr>
        <w:tab/>
        <w:t>Historical OS Mapping (1885–1903)</w:t>
      </w:r>
    </w:p>
    <w:p>
      <w:pPr>
        <w:jc w:val="center"/>
      </w:pPr>
      <w:r>
        <w:drawing>
          <wp:inline xmlns:a="http://schemas.openxmlformats.org/drawingml/2006/main" xmlns:pic="http://schemas.openxmlformats.org/drawingml/2006/picture">
            <wp:extent cx="5486400" cy="4297680"/>
            <wp:docPr id="11" name="Picture 11"/>
            <wp:cNvGraphicFramePr>
              <a:graphicFrameLocks noChangeAspect="1"/>
            </wp:cNvGraphicFramePr>
            <a:graphic>
              <a:graphicData uri="http://schemas.openxmlformats.org/drawingml/2006/picture">
                <pic:pic>
                  <pic:nvPicPr>
                    <pic:cNvPr id="0" name="ccf93784-8727-42f9-9d2b-727f79f8653d_fig_hist_1885.jpg"/>
                    <pic:cNvPicPr/>
                  </pic:nvPicPr>
                  <pic:blipFill>
                    <a:blip r:embed="rId26"/>
                    <a:stretch>
                      <a:fillRect/>
                    </a:stretch>
                  </pic:blipFill>
                  <pic:spPr>
                    <a:xfrm>
                      <a:off x="0" y="0"/>
                      <a:ext cx="5486400" cy="4297680"/>
                    </a:xfrm>
                    <a:prstGeom prst="rect"/>
                  </pic:spPr>
                </pic:pic>
              </a:graphicData>
            </a:graphic>
          </wp:inline>
        </w:drawing>
      </w:r>
    </w:p>
    <w:p w14:paraId="1A8476C2" w14:textId="77777777" w:rsidR="001D76E9" w:rsidRDefault="001D76E9" w:rsidP="001D76E9">
      <w:pPr>
        <w:rPr>
          <w:i/>
          <w:color w:val="707070"/>
        </w:rPr>
      </w:pPr>
    </w:p>
    <w:p w14:paraId="66CCA1DA" w14:textId="77777777" w:rsidR="001D76E9" w:rsidRPr="001D76E9" w:rsidRDefault="001D76E9" w:rsidP="001D76E9">
      <w:pPr>
        <w:keepNext/>
        <w:keepLines/>
        <w:rPr>
          <w:b/>
        </w:rPr>
      </w:pPr>
      <w:r>
        <w:rPr>
          <w:b/>
        </w:rPr>
        <w:t>Appendix J:</w:t>
      </w:r>
      <w:r>
        <w:rPr>
          <w:b/>
        </w:rPr>
        <w:tab/>
        <w:t>Historical OS Mapping (1888–1913)</w:t>
      </w:r>
    </w:p>
    <w:p>
      <w:pPr>
        <w:jc w:val="center"/>
      </w:pPr>
      <w:r>
        <w:drawing>
          <wp:inline xmlns:a="http://schemas.openxmlformats.org/drawingml/2006/main" xmlns:pic="http://schemas.openxmlformats.org/drawingml/2006/picture">
            <wp:extent cx="5486400" cy="4297680"/>
            <wp:docPr id="10" name="Picture 10"/>
            <wp:cNvGraphicFramePr>
              <a:graphicFrameLocks noChangeAspect="1"/>
            </wp:cNvGraphicFramePr>
            <a:graphic>
              <a:graphicData uri="http://schemas.openxmlformats.org/drawingml/2006/picture">
                <pic:pic>
                  <pic:nvPicPr>
                    <pic:cNvPr id="0" name="ccf93784-8727-42f9-9d2b-727f79f8653d_fig_hist_1888.jpg"/>
                    <pic:cNvPicPr/>
                  </pic:nvPicPr>
                  <pic:blipFill>
                    <a:blip r:embed="rId25"/>
                    <a:stretch>
                      <a:fillRect/>
                    </a:stretch>
                  </pic:blipFill>
                  <pic:spPr>
                    <a:xfrm>
                      <a:off x="0" y="0"/>
                      <a:ext cx="5486400" cy="4297680"/>
                    </a:xfrm>
                    <a:prstGeom prst="rect"/>
                  </pic:spPr>
                </pic:pic>
              </a:graphicData>
            </a:graphic>
          </wp:inline>
        </w:drawing>
      </w:r>
    </w:p>
    <w:p w14:paraId="0245C693" w14:textId="77777777" w:rsidR="001C4B22" w:rsidRDefault="001C4B22"/>
    <w:p w14:paraId="49DF9C97" w14:textId="77777777" w:rsidR="001D76E9" w:rsidRPr="001D76E9" w:rsidRDefault="001D76E9" w:rsidP="001D76E9">
      <w:pPr>
        <w:keepNext/>
        <w:keepLines/>
        <w:rPr>
          <w:b/>
        </w:rPr>
      </w:pPr>
      <w:r>
        <w:rPr>
          <w:b/>
        </w:rPr>
        <w:t>Appendix K:</w:t>
      </w:r>
      <w:r>
        <w:rPr>
          <w:b/>
        </w:rPr>
        <w:tab/>
        <w:t>Historical OS Mapping (1919–1947)</w:t>
      </w:r>
    </w:p>
    <w:p>
      <w:pPr>
        <w:jc w:val="center"/>
      </w:pPr>
      <w:r>
        <w:drawing>
          <wp:inline xmlns:a="http://schemas.openxmlformats.org/drawingml/2006/main" xmlns:pic="http://schemas.openxmlformats.org/drawingml/2006/picture">
            <wp:extent cx="5486400" cy="4297680"/>
            <wp:docPr id="12" name="Picture 12"/>
            <wp:cNvGraphicFramePr>
              <a:graphicFrameLocks noChangeAspect="1"/>
            </wp:cNvGraphicFramePr>
            <a:graphic>
              <a:graphicData uri="http://schemas.openxmlformats.org/drawingml/2006/picture">
                <pic:pic>
                  <pic:nvPicPr>
                    <pic:cNvPr id="0" name="ccf93784-8727-42f9-9d2b-727f79f8653d_fig_hist_1919.jpg"/>
                    <pic:cNvPicPr/>
                  </pic:nvPicPr>
                  <pic:blipFill>
                    <a:blip r:embed="rId27"/>
                    <a:stretch>
                      <a:fillRect/>
                    </a:stretch>
                  </pic:blipFill>
                  <pic:spPr>
                    <a:xfrm>
                      <a:off x="0" y="0"/>
                      <a:ext cx="5486400" cy="4297680"/>
                    </a:xfrm>
                    <a:prstGeom prst="rect"/>
                  </pic:spPr>
                </pic:pic>
              </a:graphicData>
            </a:graphic>
          </wp:inline>
        </w:drawing>
      </w:r>
    </w:p>
    <w:p w14:paraId="10E6B950" w14:textId="77777777" w:rsidR="001D76E9" w:rsidRDefault="001D76E9"/>
    <w:p w14:paraId="7E5FDAE5" w14:textId="77777777" w:rsidR="001D76E9" w:rsidRPr="001D76E9" w:rsidRDefault="001D76E9" w:rsidP="001D76E9">
      <w:pPr>
        <w:keepNext/>
        <w:keepLines/>
        <w:rPr>
          <w:b/>
        </w:rPr>
      </w:pPr>
      <w:r>
        <w:rPr>
          <w:b/>
        </w:rPr>
        <w:t>Appendix L:</w:t>
      </w:r>
      <w:r>
        <w:rPr>
          <w:b/>
        </w:rPr>
        <w:tab/>
        <w:t>Surface Water Flood Risk (SEPA)</w:t>
      </w:r>
    </w:p>
    <w:p>
      <w:pPr>
        <w:jc w:val="center"/>
      </w:pPr>
      <w:r>
        <w:drawing>
          <wp:inline xmlns:a="http://schemas.openxmlformats.org/drawingml/2006/main" xmlns:pic="http://schemas.openxmlformats.org/drawingml/2006/picture">
            <wp:extent cx="5486400" cy="4297680"/>
            <wp:docPr id="13" name="Picture 13"/>
            <wp:cNvGraphicFramePr>
              <a:graphicFrameLocks noChangeAspect="1"/>
            </wp:cNvGraphicFramePr>
            <a:graphic>
              <a:graphicData uri="http://schemas.openxmlformats.org/drawingml/2006/picture">
                <pic:pic>
                  <pic:nvPicPr>
                    <pic:cNvPr id="0" name="ccf93784-8727-42f9-9d2b-727f79f8653d_fig9_surface_water.jpg"/>
                    <pic:cNvPicPr/>
                  </pic:nvPicPr>
                  <pic:blipFill>
                    <a:blip r:embed="rId28"/>
                    <a:stretch>
                      <a:fillRect/>
                    </a:stretch>
                  </pic:blipFill>
                  <pic:spPr>
                    <a:xfrm>
                      <a:off x="0" y="0"/>
                      <a:ext cx="5486400" cy="4297680"/>
                    </a:xfrm>
                    <a:prstGeom prst="rect"/>
                  </pic:spPr>
                </pic:pic>
              </a:graphicData>
            </a:graphic>
          </wp:inline>
        </w:drawing>
      </w:r>
    </w:p>
    <w:p w14:paraId="00AB1230" w14:textId="77777777" w:rsidR="001D76E9" w:rsidRDefault="001D76E9" w:rsidP="001D76E9">
      <w:pPr>
        <w:keepNext/>
        <w:keepLines/>
        <w:rPr>
          <w:b/>
        </w:rPr>
      </w:pPr>
      <w:r>
        <w:rPr>
          <w:b/>
        </w:rPr>
        <w:t>Appendix M:</w:t>
      </w:r>
      <w:r>
        <w:rPr>
          <w:b/>
        </w:rPr>
        <w:tab/>
        <w:t>Public Water Supply Catchments (Scottish Water / SEPA)</w:t>
      </w:r>
    </w:p>
    <w:p>
      <w:pPr>
        <w:jc w:val="center"/>
      </w:pPr>
      <w:r>
        <w:drawing>
          <wp:inline xmlns:a="http://schemas.openxmlformats.org/drawingml/2006/main" xmlns:pic="http://schemas.openxmlformats.org/drawingml/2006/picture">
            <wp:extent cx="5486400" cy="4297680"/>
            <wp:docPr id="14" name="Picture 14"/>
            <wp:cNvGraphicFramePr>
              <a:graphicFrameLocks noChangeAspect="1"/>
            </wp:cNvGraphicFramePr>
            <a:graphic>
              <a:graphicData uri="http://schemas.openxmlformats.org/drawingml/2006/picture">
                <pic:pic>
                  <pic:nvPicPr>
                    <pic:cNvPr id="0" name="ccf93784-8727-42f9-9d2b-727f79f8653d_fig_spz.jpg"/>
                    <pic:cNvPicPr/>
                  </pic:nvPicPr>
                  <pic:blipFill>
                    <a:blip r:embed="rId29"/>
                    <a:stretch>
                      <a:fillRect/>
                    </a:stretch>
                  </pic:blipFill>
                  <pic:spPr>
                    <a:xfrm>
                      <a:off x="0" y="0"/>
                      <a:ext cx="5486400" cy="4297680"/>
                    </a:xfrm>
                    <a:prstGeom prst="rect"/>
                  </pic:spPr>
                </pic:pic>
              </a:graphicData>
            </a:graphic>
          </wp:inline>
        </w:drawing>
      </w:r>
    </w:p>
    <w:p w14:paraId="00AB2240" w14:textId="77777777" w:rsidR="001D76E9" w:rsidRDefault="001D76E9" w:rsidP="001D76E9">
      <w:pPr>
        <w:keepNext/>
        <w:keepLines/>
        <w:rPr>
          <w:b/>
        </w:rPr>
      </w:pPr>
      <w:r>
        <w:rPr>
          <w:b/>
        </w:rPr>
        <w:t>Appendix N:</w:t>
      </w:r>
      <w:r>
        <w:rPr>
          <w:b/>
        </w:rPr>
        <w:tab/>
        <w:t>Site Topography — Scottish Public Sector LiDAR Digital Terrain Model</w:t>
      </w:r>
    </w:p>
    <w:p>
      <w:pPr>
        <w:jc w:val="center"/>
      </w:pPr>
      <w:r>
        <w:drawing>
          <wp:inline xmlns:a="http://schemas.openxmlformats.org/drawingml/2006/main" xmlns:pic="http://schemas.openxmlformats.org/drawingml/2006/picture">
            <wp:extent cx="5486400" cy="4297680"/>
            <wp:docPr id="15" name="Picture 15"/>
            <wp:cNvGraphicFramePr>
              <a:graphicFrameLocks noChangeAspect="1"/>
            </wp:cNvGraphicFramePr>
            <a:graphic>
              <a:graphicData uri="http://schemas.openxmlformats.org/drawingml/2006/picture">
                <pic:pic>
                  <pic:nvPicPr>
                    <pic:cNvPr id="0" name="ccf93784-8727-42f9-9d2b-727f79f8653d_fig14_dtm.jpg"/>
                    <pic:cNvPicPr/>
                  </pic:nvPicPr>
                  <pic:blipFill>
                    <a:blip r:embed="rId30"/>
                    <a:stretch>
                      <a:fillRect/>
                    </a:stretch>
                  </pic:blipFill>
                  <pic:spPr>
                    <a:xfrm>
                      <a:off x="0" y="0"/>
                      <a:ext cx="5486400" cy="4297680"/>
                    </a:xfrm>
                    <a:prstGeom prst="rect"/>
                  </pic:spPr>
                </pic:pic>
              </a:graphicData>
            </a:graphic>
          </wp:inline>
        </w:drawing>
      </w:r>
    </w:p>
    <w:p w14:paraId="00AB2250" w14:textId="77777777" w:rsidR="001D76E9" w:rsidRDefault="001D76E9" w:rsidP="001D76E9">
      <w:pPr>
        <w:keepNext/>
        <w:keepLines/>
        <w:rPr>
          <w:b/>
        </w:rPr>
      </w:pPr>
      <w:r>
        <w:rPr>
          <w:b/>
        </w:rPr>
        <w:t>Appendix O:</w:t>
        <w:tab/>
        <w:t>Permitted Regulated Facilities — SEPA Granted Authorisations</w:t>
      </w:r>
      <w:r>
        <w:rPr>
          <w:b/>
        </w:rPr>
      </w:r>
    </w:p>
    <w:p>
      <w:pPr>
        <w:jc w:val="center"/>
      </w:pPr>
      <w:r>
        <w:drawing>
          <wp:inline xmlns:a="http://schemas.openxmlformats.org/drawingml/2006/main" xmlns:pic="http://schemas.openxmlformats.org/drawingml/2006/picture">
            <wp:extent cx="5486400" cy="4297680"/>
            <wp:docPr id="16" name="Picture 16"/>
            <wp:cNvGraphicFramePr>
              <a:graphicFrameLocks noChangeAspect="1"/>
            </wp:cNvGraphicFramePr>
            <a:graphic>
              <a:graphicData uri="http://schemas.openxmlformats.org/drawingml/2006/picture">
                <pic:pic>
                  <pic:nvPicPr>
                    <pic:cNvPr id="0" name="ccf93784-8727-42f9-9d2b-727f79f8653d_fig15_epr.jpg"/>
                    <pic:cNvPicPr/>
                  </pic:nvPicPr>
                  <pic:blipFill>
                    <a:blip r:embed="rId31"/>
                    <a:stretch>
                      <a:fillRect/>
                    </a:stretch>
                  </pic:blipFill>
                  <pic:spPr>
                    <a:xfrm>
                      <a:off x="0" y="0"/>
                      <a:ext cx="5486400" cy="4297680"/>
                    </a:xfrm>
                    <a:prstGeom prst="rect"/>
                  </pic:spPr>
                </pic:pic>
              </a:graphicData>
            </a:graphic>
          </wp:inline>
        </w:drawing>
      </w:r>
    </w:p>
    <w:p w14:paraId="D403F0C7" w14:textId="77777777" w:rsidR="001D76E9" w:rsidRDefault="001D76E9" w:rsidP="001D76E9">
      <w:pPr>
        <w:keepNext/>
        <w:keepLines/>
        <w:rPr>
          <w:b/>
        </w:rPr>
      </w:pPr>
      <w:r>
        <w:rPr>
          <w:b/>
        </w:rPr>
        <w:t xml:space="preserve">Appendix P:</w:t>
        <w:tab/>
        <w:t>Historical &amp; Current Map Features</w:t>
      </w:r>
    </w:p>
    <w:p>
      <w:pPr>
        <w:jc w:val="center"/>
      </w:pPr>
      <w:r>
        <w:drawing>
          <wp:inline xmlns:a="http://schemas.openxmlformats.org/drawingml/2006/main" xmlns:pic="http://schemas.openxmlformats.org/drawingml/2006/picture">
            <wp:extent cx="5486400" cy="4663440"/>
            <wp:docPr id="17" name="Picture 17"/>
            <wp:cNvGraphicFramePr>
              <a:graphicFrameLocks noChangeAspect="1"/>
            </wp:cNvGraphicFramePr>
            <a:graphic>
              <a:graphicData uri="http://schemas.openxmlformats.org/drawingml/2006/picture">
                <pic:pic>
                  <pic:nvPicPr>
                    <pic:cNvPr id="0" name="ccf93784-8727-42f9-9d2b-727f79f8653d_fig16_historical_features.jpg"/>
                    <pic:cNvPicPr/>
                  </pic:nvPicPr>
                  <pic:blipFill>
                    <a:blip r:embed="rId32"/>
                    <a:stretch>
                      <a:fillRect/>
                    </a:stretch>
                  </pic:blipFill>
                  <pic:spPr>
                    <a:xfrm>
                      <a:off x="0" y="0"/>
                      <a:ext cx="5486400" cy="4663440"/>
                    </a:xfrm>
                    <a:prstGeom prst="rect"/>
                  </pic:spPr>
                </pic:pic>
              </a:graphicData>
            </a:graphic>
          </wp:inline>
        </w:drawing>
      </w:r>
    </w:p>
    <w:p w14:paraId="D41669D2" w14:textId="77777777" w:rsidR="001D76E9" w:rsidRDefault="001D76E9" w:rsidP="001D76E9">
      <w:pPr>
        <w:keepNext/>
        <w:keepLines/>
        <w:rPr>
          <w:b/>
        </w:rPr>
      </w:pPr>
      <w:r>
        <w:rPr>
          <w:b/>
        </w:rPr>
        <w:t xml:space="preserve">Appendix Q:</w:t>
        <w:tab/>
        <w:t>Underground &amp; Buried Structures</w:t>
      </w:r>
    </w:p>
    <w:p>
      <w:pPr>
        <w:jc w:val="center"/>
      </w:pPr>
      <w:r>
        <w:drawing>
          <wp:inline xmlns:a="http://schemas.openxmlformats.org/drawingml/2006/main" xmlns:pic="http://schemas.openxmlformats.org/drawingml/2006/picture">
            <wp:extent cx="5486400" cy="4663440"/>
            <wp:docPr id="18" name="Picture 18"/>
            <wp:cNvGraphicFramePr>
              <a:graphicFrameLocks noChangeAspect="1"/>
            </wp:cNvGraphicFramePr>
            <a:graphic>
              <a:graphicData uri="http://schemas.openxmlformats.org/drawingml/2006/picture">
                <pic:pic>
                  <pic:nvPicPr>
                    <pic:cNvPr id="0" name="ccf93784-8727-42f9-9d2b-727f79f8653d_fig17_buried_structures.jpg"/>
                    <pic:cNvPicPr/>
                  </pic:nvPicPr>
                  <pic:blipFill>
                    <a:blip r:embed="rId33"/>
                    <a:stretch>
                      <a:fillRect/>
                    </a:stretch>
                  </pic:blipFill>
                  <pic:spPr>
                    <a:xfrm>
                      <a:off x="0" y="0"/>
                      <a:ext cx="5486400" cy="4663440"/>
                    </a:xfrm>
                    <a:prstGeom prst="rect"/>
                  </pic:spPr>
                </pic:pic>
              </a:graphicData>
            </a:graphic>
          </wp:inline>
        </w:drawing>
      </w:r>
    </w:p>
    <w:p w14:paraId="5E6F7081" w14:textId="77777777" w:rsidR="001D76E9" w:rsidRDefault="001D76E9" w:rsidP="001D76E9">
      <w:pPr>
        <w:keepNext/>
        <w:keepLines/>
        <w:rPr>
          <w:b/>
        </w:rPr>
      </w:pPr>
      <w:r>
        <w:rPr>
          <w:b/>
        </w:rPr>
        <w:t>Appendix R:</w:t>
        <w:tab/>
        <w:t>Flood Risk – Reference (Climate Change)</w:t>
      </w:r>
    </w:p>
    <w:p>
      <w:pPr>
        <w:jc w:val="center"/>
      </w:pPr>
      <w:r>
        <w:drawing>
          <wp:inline xmlns:a="http://schemas.openxmlformats.org/drawingml/2006/main" xmlns:pic="http://schemas.openxmlformats.org/drawingml/2006/picture">
            <wp:extent cx="5486400" cy="4297680"/>
            <wp:docPr id="19" name="Picture 19"/>
            <wp:cNvGraphicFramePr>
              <a:graphicFrameLocks noChangeAspect="1"/>
            </wp:cNvGraphicFramePr>
            <a:graphic>
              <a:graphicData uri="http://schemas.openxmlformats.org/drawingml/2006/picture">
                <pic:pic>
                  <pic:nvPicPr>
                    <pic:cNvPr id="0" name="ccf93784-8727-42f9-9d2b-727f79f8653d_fig18_flood_reference.jpg"/>
                    <pic:cNvPicPr/>
                  </pic:nvPicPr>
                  <pic:blipFill>
                    <a:blip r:embed="rId34"/>
                    <a:stretch>
                      <a:fillRect/>
                    </a:stretch>
                  </pic:blipFill>
                  <pic:spPr>
                    <a:xfrm>
                      <a:off x="0" y="0"/>
                      <a:ext cx="5486400" cy="4297680"/>
                    </a:xfrm>
                    <a:prstGeom prst="rect"/>
                  </pic:spPr>
                </pic:pic>
              </a:graphicData>
            </a:graphic>
          </wp:inline>
        </w:drawing>
      </w:r>
    </w:p>
    <w:p w14:paraId="1B01C3F8" w14:textId="77777777" w:rsidR="001D76E9" w:rsidRDefault="001D76E9"/>
    <w:sectPr w:rsidR="001D76E9"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98D3" w14:textId="77777777" w:rsidR="001447F9" w:rsidRDefault="001447F9">
      <w:pPr>
        <w:spacing w:after="0"/>
      </w:pPr>
      <w:r>
        <w:separator/>
      </w:r>
    </w:p>
  </w:endnote>
  <w:endnote w:type="continuationSeparator" w:id="0">
    <w:p w14:paraId="19179A14" w14:textId="77777777" w:rsidR="001447F9" w:rsidRDefault="001447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4985" w14:textId="77777777" w:rsidR="00C854A4" w:rsidRDefault="00C8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9190" w14:textId="77777777" w:rsidR="001F40D2" w:rsidRDefault="00000000">
    <w:pPr>
      <w:pStyle w:val="Footer"/>
      <w:pBdr>
        <w:top w:val="single" w:sz="4" w:space="6" w:color="2E75B6"/>
      </w:pBdr>
      <w:tabs>
        <w:tab w:val="right" w:pos="9050"/>
      </w:tabs>
      <w:spacing w:before="120"/>
    </w:pPr>
    <w:r>
      <w:rPr>
        <w:noProof/>
      </w:rPr>
      <w:drawing>
        <wp:inline distT="0" distB="0" distL="0" distR="0" wp14:anchorId="41DF48E5" wp14:editId="2DFC4EC3">
          <wp:extent cx="384048" cy="384048"/>
          <wp:effectExtent l="0" t="0" r="0" b="0"/>
          <wp:docPr id="1218083460" name="Picture 121808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384048" cy="384048"/>
                  </a:xfrm>
                  <a:prstGeom prst="rect">
                    <a:avLst/>
                  </a:prstGeom>
                </pic:spPr>
              </pic:pic>
            </a:graphicData>
          </a:graphic>
        </wp:inline>
      </w:drawing>
    </w:r>
    <w:r>
      <w:rPr>
        <w:color w:val="888888"/>
        <w:sz w:val="16"/>
      </w:rPr>
      <w:t xml:space="preserve">  Magnum GSI Ltd</w:t>
    </w:r>
    <w:r>
      <w:tab/>
    </w:r>
    <w:r>
      <w:rPr>
        <w:color w:val="888888"/>
        <w:sz w:val="16"/>
        <w:szCs w:val="16"/>
      </w:rPr>
      <w:t xml:space="preserve">Page </w:t>
    </w:r>
    <w:r>
      <w:rPr>
        <w:color w:val="888888"/>
        <w:sz w:val="16"/>
        <w:szCs w:val="16"/>
      </w:rPr>
      <w:fldChar w:fldCharType="begin"/>
    </w:r>
    <w:r>
      <w:rPr>
        <w:color w:val="888888"/>
        <w:sz w:val="16"/>
        <w:szCs w:val="16"/>
      </w:rPr>
      <w:instrText xml:space="preserve"> PAGE </w:instrText>
    </w:r>
    <w:r>
      <w:fldChar w:fldCharType="separate"/>
    </w:r>
    <w:r>
      <w:rPr>
        <w:color w:val="888888"/>
        <w:sz w:val="16"/>
        <w:szCs w:val="16"/>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F074" w14:textId="77777777" w:rsidR="00C854A4" w:rsidRDefault="00C8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B60B5" w14:textId="77777777" w:rsidR="001447F9" w:rsidRDefault="001447F9">
      <w:pPr>
        <w:spacing w:after="0"/>
      </w:pPr>
      <w:r>
        <w:separator/>
      </w:r>
    </w:p>
  </w:footnote>
  <w:footnote w:type="continuationSeparator" w:id="0">
    <w:p w14:paraId="61849C9E" w14:textId="77777777" w:rsidR="001447F9" w:rsidRDefault="001447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857E" w14:textId="77777777" w:rsidR="00C854A4" w:rsidRDefault="00C8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13E2" w14:textId="77777777" w:rsidR="006E3E26" w:rsidRPr="004F2C23" w:rsidRDefault="006E3E26" w:rsidP="006E3E26">
    <w:pPr>
      <w:pStyle w:val="Header"/>
      <w:pBdr>
        <w:bottom w:val="single" w:sz="4" w:space="6" w:color="2E75B6"/>
      </w:pBdr>
      <w:tabs>
        <w:tab w:val="right" w:pos="9050"/>
      </w:tabs>
      <w:rPr>
        <w:color w:val="888888"/>
        <w:sz w:val="16"/>
      </w:rPr>
    </w:pPr>
    <w:r>
      <w:rPr>
        <w:color w:val="888888"/>
        <w:sz w:val="16"/>
      </w:rPr>
      <w:t xml:space="preserve">GeoScreen  |  </w:t>
    </w:r>
    <w:r w:rsidRPr="004F2C23">
      <w:rPr>
        <w:color w:val="888888"/>
        <w:sz w:val="16"/>
      </w:rPr>
      <w:t>Ground Risk</w:t>
    </w:r>
    <w:r>
      <w:rPr>
        <w:color w:val="888888"/>
        <w:sz w:val="16"/>
      </w:rPr>
      <w:t xml:space="preserve"> </w:t>
    </w:r>
    <w:r w:rsidRPr="004F2C23">
      <w:rPr>
        <w:color w:val="888888"/>
        <w:sz w:val="16"/>
      </w:rPr>
      <w:t>Snapshot</w:t>
    </w:r>
    <w:r>
      <w:rPr>
        <w:color w:val="888888"/>
        <w:sz w:val="16"/>
      </w:rPr>
      <w:t xml:space="preserve"> </w:t>
    </w:r>
    <w:r>
      <w:tab/>
    </w:r>
    <w:r>
      <w:rPr>
        <w:b/>
        <w:color w:val="2E75B6"/>
        <w:sz w:val="16"/>
      </w:rPr>
      <w:t>MAGNUM GSI LTD</w:t>
    </w:r>
  </w:p>
  <w:p w14:paraId="249844BF" w14:textId="72CC1B1D" w:rsidR="001F40D2" w:rsidRPr="006E3E26" w:rsidRDefault="001F40D2" w:rsidP="006E3E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03DF" w14:textId="77777777" w:rsidR="00C854A4" w:rsidRDefault="00C8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618678">
    <w:abstractNumId w:val="8"/>
  </w:num>
  <w:num w:numId="2" w16cid:durableId="391513401">
    <w:abstractNumId w:val="6"/>
  </w:num>
  <w:num w:numId="3" w16cid:durableId="164051794">
    <w:abstractNumId w:val="5"/>
  </w:num>
  <w:num w:numId="4" w16cid:durableId="678506759">
    <w:abstractNumId w:val="4"/>
  </w:num>
  <w:num w:numId="5" w16cid:durableId="593248378">
    <w:abstractNumId w:val="7"/>
  </w:num>
  <w:num w:numId="6" w16cid:durableId="1107189084">
    <w:abstractNumId w:val="3"/>
  </w:num>
  <w:num w:numId="7" w16cid:durableId="1217549045">
    <w:abstractNumId w:val="2"/>
  </w:num>
  <w:num w:numId="8" w16cid:durableId="189495066">
    <w:abstractNumId w:val="1"/>
  </w:num>
  <w:num w:numId="9" w16cid:durableId="200088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223"/>
    <w:rsid w:val="0006063C"/>
    <w:rsid w:val="00141998"/>
    <w:rsid w:val="001447F9"/>
    <w:rsid w:val="0015074B"/>
    <w:rsid w:val="00155A1C"/>
    <w:rsid w:val="001938FA"/>
    <w:rsid w:val="00195404"/>
    <w:rsid w:val="001B3C06"/>
    <w:rsid w:val="001C4B22"/>
    <w:rsid w:val="001D76E9"/>
    <w:rsid w:val="001F40D2"/>
    <w:rsid w:val="0029639D"/>
    <w:rsid w:val="002D0B21"/>
    <w:rsid w:val="002D2F9C"/>
    <w:rsid w:val="002E1F4F"/>
    <w:rsid w:val="003113A9"/>
    <w:rsid w:val="00326F90"/>
    <w:rsid w:val="00366320"/>
    <w:rsid w:val="00370E15"/>
    <w:rsid w:val="00381CFD"/>
    <w:rsid w:val="004549D8"/>
    <w:rsid w:val="00462722"/>
    <w:rsid w:val="00463493"/>
    <w:rsid w:val="004B1941"/>
    <w:rsid w:val="004B33F9"/>
    <w:rsid w:val="00502C1E"/>
    <w:rsid w:val="00523B27"/>
    <w:rsid w:val="005414C6"/>
    <w:rsid w:val="005F25B1"/>
    <w:rsid w:val="006B33DA"/>
    <w:rsid w:val="006E3E26"/>
    <w:rsid w:val="00707556"/>
    <w:rsid w:val="0080357D"/>
    <w:rsid w:val="00806B8C"/>
    <w:rsid w:val="00836ABF"/>
    <w:rsid w:val="00847781"/>
    <w:rsid w:val="008503AE"/>
    <w:rsid w:val="008A0593"/>
    <w:rsid w:val="008E058B"/>
    <w:rsid w:val="008E0830"/>
    <w:rsid w:val="00901F49"/>
    <w:rsid w:val="009109C4"/>
    <w:rsid w:val="00957F57"/>
    <w:rsid w:val="009C2D5A"/>
    <w:rsid w:val="009E7084"/>
    <w:rsid w:val="00A65DE1"/>
    <w:rsid w:val="00A76E2E"/>
    <w:rsid w:val="00A858AB"/>
    <w:rsid w:val="00AA1D8D"/>
    <w:rsid w:val="00AC4133"/>
    <w:rsid w:val="00AE237E"/>
    <w:rsid w:val="00AF020A"/>
    <w:rsid w:val="00B01F77"/>
    <w:rsid w:val="00B47730"/>
    <w:rsid w:val="00B6530A"/>
    <w:rsid w:val="00B965D3"/>
    <w:rsid w:val="00BD7063"/>
    <w:rsid w:val="00BF453F"/>
    <w:rsid w:val="00C854A4"/>
    <w:rsid w:val="00CA15CE"/>
    <w:rsid w:val="00CB0664"/>
    <w:rsid w:val="00CE6175"/>
    <w:rsid w:val="00DA08C4"/>
    <w:rsid w:val="00DC2CA8"/>
    <w:rsid w:val="00E17623"/>
    <w:rsid w:val="00E35E6D"/>
    <w:rsid w:val="00E7254D"/>
    <w:rsid w:val="00E74F8D"/>
    <w:rsid w:val="00EA6495"/>
    <w:rsid w:val="00EB20C5"/>
    <w:rsid w:val="00F3657C"/>
    <w:rsid w:val="00F73C71"/>
    <w:rsid w:val="00FC693F"/>
    <w:rsid w:val="00FE1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2D5A5F"/>
  <w14:defaultImageDpi w14:val="300"/>
  <w15:docId w15:val="{A81BF574-3419-47BC-BB8E-A1D03AD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E9"/>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17" Type="http://schemas.openxmlformats.org/officeDocument/2006/relationships/image" Target="media/image3.jp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2344</Words>
  <Characters>14886</Characters>
  <Application>Microsoft Office Word</Application>
  <DocSecurity>0</DocSecurity>
  <Lines>425</Lines>
  <Paragraphs>331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Tristan Morgan</cp:lastModifiedBy>
  <cp:revision>18</cp:revision>
  <dcterms:created xsi:type="dcterms:W3CDTF">2026-05-21T16:37:00Z</dcterms:created>
  <dcterms:modified xsi:type="dcterms:W3CDTF">2026-07-18T18:45:00Z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c7b2206d-6a43-4ed9-b9c1-2d8fe8a97450</vt:lpwstr>
  </property>
</Properties>
</file>